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0205"/>
        <w:gridCol w:w="2835"/>
      </w:tblGrid>
      <w:tr w:rsidR="00F561B7" w14:paraId="334EB96F" w14:textId="77777777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E0F5E" w14:textId="77777777" w:rsidR="00F561B7" w:rsidRDefault="006A289D">
            <w:r>
              <w:rPr>
                <w:noProof/>
              </w:rPr>
              <w:drawing>
                <wp:inline distT="0" distB="0" distL="0" distR="0" wp14:anchorId="70138AF8" wp14:editId="38C74EB2">
                  <wp:extent cx="1007999" cy="7526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752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08E39" w14:textId="7BFD8C93" w:rsidR="00F561B7" w:rsidRPr="005E4F17" w:rsidRDefault="006A289D">
            <w:pPr>
              <w:jc w:val="center"/>
              <w:rPr>
                <w:lang w:val="ru-RU"/>
              </w:rPr>
            </w:pPr>
            <w:r w:rsidRPr="005E4F17">
              <w:rPr>
                <w:b/>
                <w:sz w:val="20"/>
                <w:lang w:val="ru-RU"/>
              </w:rPr>
              <w:t>Проект «Повышение устойчивости городов к рискам бедствий</w:t>
            </w:r>
            <w:r w:rsidRPr="005E4F17">
              <w:rPr>
                <w:lang w:val="ru-RU"/>
              </w:rPr>
              <w:br/>
            </w:r>
            <w:r w:rsidRPr="005E4F17">
              <w:rPr>
                <w:b/>
                <w:sz w:val="20"/>
                <w:lang w:val="ru-RU"/>
              </w:rPr>
              <w:t>и изменению климата в Центральной Азии»</w:t>
            </w:r>
            <w:r w:rsidRPr="005E4F17">
              <w:rPr>
                <w:lang w:val="ru-RU"/>
              </w:rPr>
              <w:br/>
            </w:r>
            <w:r w:rsidR="00A0726D">
              <w:rPr>
                <w:i/>
                <w:iCs/>
              </w:rPr>
              <w:t>PID</w:t>
            </w:r>
            <w:r w:rsidR="00A0726D" w:rsidRPr="00A0726D">
              <w:rPr>
                <w:i/>
                <w:iCs/>
                <w:lang w:val="ru-RU"/>
              </w:rPr>
              <w:t xml:space="preserve"> 01004067</w:t>
            </w:r>
            <w:r w:rsidRPr="005E4F17">
              <w:rPr>
                <w:lang w:val="ru-RU"/>
              </w:rPr>
              <w:br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CEAF6" w14:textId="77777777" w:rsidR="00F561B7" w:rsidRDefault="006A289D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122CD38" wp14:editId="3F27ACEB">
                  <wp:extent cx="396000" cy="80060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800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C9789" w14:textId="77777777" w:rsidR="00F561B7" w:rsidRPr="005E4F17" w:rsidRDefault="006A289D">
      <w:pPr>
        <w:jc w:val="right"/>
        <w:rPr>
          <w:lang w:val="ru-RU"/>
        </w:rPr>
      </w:pPr>
      <w:r w:rsidRPr="005E4F17">
        <w:rPr>
          <w:b/>
          <w:sz w:val="20"/>
          <w:lang w:val="ru-RU"/>
        </w:rPr>
        <w:t>Приложение 4</w:t>
      </w:r>
    </w:p>
    <w:p w14:paraId="3FBE5629" w14:textId="77777777" w:rsidR="00F561B7" w:rsidRPr="005E4F17" w:rsidRDefault="006A289D">
      <w:pPr>
        <w:jc w:val="center"/>
        <w:rPr>
          <w:lang w:val="ru-RU"/>
        </w:rPr>
      </w:pPr>
      <w:r w:rsidRPr="005E4F17">
        <w:rPr>
          <w:b/>
          <w:color w:val="1F4E79"/>
          <w:sz w:val="28"/>
          <w:lang w:val="ru-RU"/>
        </w:rPr>
        <w:t>БЮДЖЕТ ГРАНТОВОГО ПРОЕКТА</w:t>
      </w:r>
    </w:p>
    <w:p w14:paraId="03FC323F" w14:textId="77777777" w:rsidR="00F561B7" w:rsidRPr="005E4F17" w:rsidRDefault="006A289D">
      <w:pPr>
        <w:spacing w:after="80"/>
        <w:rPr>
          <w:lang w:val="ru-RU"/>
        </w:rPr>
      </w:pPr>
      <w:r w:rsidRPr="005E4F17">
        <w:rPr>
          <w:lang w:val="ru-RU"/>
        </w:rPr>
        <w:t>Форма заполняется заявителем и подается вместе с Формой заявки (Приложение 2) и Календарным планом (Приложение 3). Все статьи бюджета должны быть связаны с мероприятиями календарного плана и подтверждены расчетами, сметами, прайс-листами или другими обосновывающими документами.</w:t>
      </w:r>
    </w:p>
    <w:p w14:paraId="7D205C12" w14:textId="77777777" w:rsidR="00F561B7" w:rsidRDefault="006A289D">
      <w:pPr>
        <w:spacing w:before="140" w:after="60"/>
      </w:pPr>
      <w:r>
        <w:rPr>
          <w:b/>
          <w:color w:val="1F4E79"/>
          <w:sz w:val="22"/>
        </w:rPr>
        <w:t>Раздел 1. Общая финансовая информация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10489"/>
      </w:tblGrid>
      <w:tr w:rsidR="00F561B7" w14:paraId="533EA065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791FCA" w14:textId="77777777" w:rsidR="00F561B7" w:rsidRDefault="006A289D">
            <w:r>
              <w:rPr>
                <w:b/>
                <w:sz w:val="17"/>
              </w:rPr>
              <w:t>Название проекта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56EF7" w14:textId="77777777" w:rsidR="00F561B7" w:rsidRDefault="00F561B7"/>
        </w:tc>
      </w:tr>
      <w:tr w:rsidR="00F561B7" w14:paraId="786D72F6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9C120B" w14:textId="77777777" w:rsidR="00F561B7" w:rsidRDefault="006A289D">
            <w:r>
              <w:rPr>
                <w:b/>
                <w:sz w:val="17"/>
              </w:rPr>
              <w:t>Лот / направление конкурса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6CF130" w14:textId="77777777" w:rsidR="00F561B7" w:rsidRDefault="006A289D">
            <w:r w:rsidRPr="005E4F17">
              <w:rPr>
                <w:i/>
                <w:color w:val="666666"/>
                <w:lang w:val="ru-RU"/>
              </w:rPr>
              <w:t xml:space="preserve">☐ Лот 1. Водоэффективные практики   ☐ Лот 2. Природоориентированные решения   ☐ Лот 3. </w:t>
            </w:r>
            <w:r>
              <w:rPr>
                <w:i/>
                <w:color w:val="666666"/>
              </w:rPr>
              <w:t>Энергоэффективность   ☐ Комбинированное решение</w:t>
            </w:r>
          </w:p>
        </w:tc>
      </w:tr>
      <w:tr w:rsidR="00F561B7" w14:paraId="3B59A803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02DDF" w14:textId="77777777" w:rsidR="00F561B7" w:rsidRDefault="006A289D">
            <w:r>
              <w:rPr>
                <w:b/>
                <w:sz w:val="17"/>
              </w:rPr>
              <w:t>Заявитель (наименование организации)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C8A12" w14:textId="77777777" w:rsidR="00F561B7" w:rsidRDefault="00F561B7"/>
        </w:tc>
      </w:tr>
      <w:tr w:rsidR="00F561B7" w14:paraId="3CC5CA43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F3BE6" w14:textId="77777777" w:rsidR="00F561B7" w:rsidRDefault="006A289D">
            <w:r>
              <w:rPr>
                <w:b/>
                <w:sz w:val="17"/>
              </w:rPr>
              <w:t>Партнер проекта / балансодержатель объекта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9EB55" w14:textId="77777777" w:rsidR="00F561B7" w:rsidRDefault="00F561B7"/>
        </w:tc>
      </w:tr>
      <w:tr w:rsidR="00F561B7" w14:paraId="5BC51297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ED3087" w14:textId="77777777" w:rsidR="00F561B7" w:rsidRDefault="006A289D">
            <w:r>
              <w:rPr>
                <w:b/>
                <w:sz w:val="17"/>
              </w:rPr>
              <w:t>Объект или территория реализации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B69C2" w14:textId="77777777" w:rsidR="00F561B7" w:rsidRDefault="00F561B7"/>
        </w:tc>
      </w:tr>
      <w:tr w:rsidR="00F561B7" w14:paraId="60622DA1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66FFE6" w14:textId="77777777" w:rsidR="00F561B7" w:rsidRDefault="006A289D">
            <w:r>
              <w:rPr>
                <w:b/>
                <w:sz w:val="17"/>
              </w:rPr>
              <w:t>Срок реализации проекта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3FA9D" w14:textId="4DE33D98" w:rsidR="00F561B7" w:rsidRDefault="006A289D">
            <w:r>
              <w:rPr>
                <w:i/>
                <w:color w:val="666666"/>
              </w:rPr>
              <w:t xml:space="preserve">Не более </w:t>
            </w:r>
            <w:r w:rsidR="001D73D8" w:rsidRPr="001D73D8">
              <w:rPr>
                <w:i/>
                <w:color w:val="666666"/>
                <w:highlight w:val="yellow"/>
              </w:rPr>
              <w:t>10</w:t>
            </w:r>
            <w:r w:rsidRPr="001D73D8">
              <w:rPr>
                <w:i/>
                <w:color w:val="666666"/>
                <w:highlight w:val="yellow"/>
              </w:rPr>
              <w:t xml:space="preserve"> месяцев</w:t>
            </w:r>
          </w:p>
        </w:tc>
      </w:tr>
      <w:tr w:rsidR="00F561B7" w14:paraId="77994BC7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D561A" w14:textId="77777777" w:rsidR="00F561B7" w:rsidRDefault="006A289D">
            <w:r>
              <w:rPr>
                <w:b/>
                <w:sz w:val="17"/>
              </w:rPr>
              <w:t>Запрашиваемая сумма гранта (USD)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CEA67" w14:textId="77777777" w:rsidR="00F561B7" w:rsidRDefault="00F561B7"/>
        </w:tc>
      </w:tr>
      <w:tr w:rsidR="00F561B7" w:rsidRPr="00A0726D" w14:paraId="2576552E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FD13BE" w14:textId="77777777" w:rsidR="00F561B7" w:rsidRDefault="006A289D">
            <w:r>
              <w:rPr>
                <w:b/>
                <w:sz w:val="17"/>
              </w:rPr>
              <w:t>Софинансирование (USD и %)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B4301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lang w:val="ru-RU"/>
              </w:rPr>
              <w:t>Не менее 20% от запрашиваемой суммы гранта, если это требование установлено Руководством конкурса</w:t>
            </w:r>
          </w:p>
        </w:tc>
      </w:tr>
      <w:tr w:rsidR="00F561B7" w:rsidRPr="00A0726D" w14:paraId="7C6D1A23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AE9B0E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b/>
                <w:sz w:val="17"/>
                <w:lang w:val="ru-RU"/>
              </w:rPr>
              <w:t>Общая стоимость проекта с учетом софинансирования (</w:t>
            </w:r>
            <w:r>
              <w:rPr>
                <w:b/>
                <w:sz w:val="17"/>
              </w:rPr>
              <w:t>USD</w:t>
            </w:r>
            <w:r w:rsidRPr="005E4F17">
              <w:rPr>
                <w:b/>
                <w:sz w:val="17"/>
                <w:lang w:val="ru-RU"/>
              </w:rPr>
              <w:t>)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F3DA8" w14:textId="77777777" w:rsidR="00F561B7" w:rsidRPr="005E4F17" w:rsidRDefault="00F561B7">
            <w:pPr>
              <w:rPr>
                <w:lang w:val="ru-RU"/>
              </w:rPr>
            </w:pPr>
          </w:p>
        </w:tc>
      </w:tr>
      <w:tr w:rsidR="00F561B7" w:rsidRPr="00A0726D" w14:paraId="3E0F8828" w14:textId="77777777">
        <w:trPr>
          <w:jc w:val="center"/>
        </w:trPr>
        <w:tc>
          <w:tcPr>
            <w:tcW w:w="5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0B531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b/>
                <w:sz w:val="17"/>
                <w:lang w:val="ru-RU"/>
              </w:rPr>
              <w:t>Курс ООН и дата пересчета</w:t>
            </w:r>
          </w:p>
        </w:tc>
        <w:tc>
          <w:tcPr>
            <w:tcW w:w="1048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3D1AC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lang w:val="ru-RU"/>
              </w:rPr>
              <w:t xml:space="preserve">Курс ООН на дату подготовки бюджета: ________ </w:t>
            </w:r>
            <w:r>
              <w:rPr>
                <w:i/>
                <w:color w:val="666666"/>
              </w:rPr>
              <w:t>KGS</w:t>
            </w:r>
            <w:r w:rsidRPr="005E4F17">
              <w:rPr>
                <w:i/>
                <w:color w:val="666666"/>
                <w:lang w:val="ru-RU"/>
              </w:rPr>
              <w:t xml:space="preserve"> за 1 </w:t>
            </w:r>
            <w:r>
              <w:rPr>
                <w:i/>
                <w:color w:val="666666"/>
              </w:rPr>
              <w:t>USD</w:t>
            </w:r>
            <w:r w:rsidRPr="005E4F17">
              <w:rPr>
                <w:i/>
                <w:color w:val="666666"/>
                <w:lang w:val="ru-RU"/>
              </w:rPr>
              <w:t>, дата: ___ / ___ / 2026</w:t>
            </w:r>
          </w:p>
        </w:tc>
      </w:tr>
    </w:tbl>
    <w:p w14:paraId="74E72F35" w14:textId="77777777" w:rsidR="00F561B7" w:rsidRPr="005E4F17" w:rsidRDefault="006A289D">
      <w:pPr>
        <w:spacing w:before="140" w:after="60"/>
        <w:rPr>
          <w:lang w:val="ru-RU"/>
        </w:rPr>
      </w:pPr>
      <w:r w:rsidRPr="005E4F17">
        <w:rPr>
          <w:b/>
          <w:color w:val="1F4E79"/>
          <w:sz w:val="22"/>
          <w:lang w:val="ru-RU"/>
        </w:rPr>
        <w:t>Раздел 2. Сводный бюджет по источникам финансирования</w:t>
      </w:r>
    </w:p>
    <w:p w14:paraId="640B0BCC" w14:textId="77777777" w:rsidR="00F561B7" w:rsidRPr="005E4F17" w:rsidRDefault="006A289D">
      <w:pPr>
        <w:spacing w:after="80"/>
        <w:rPr>
          <w:lang w:val="ru-RU"/>
        </w:rPr>
      </w:pPr>
      <w:r w:rsidRPr="005E4F17">
        <w:rPr>
          <w:lang w:val="ru-RU"/>
        </w:rPr>
        <w:t>Заполните суммы в долларах США. Если часть расходов будет оплачена или предоставлена в сомах, пересчитайте сумму по курсу ООН, указанному выше.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4536"/>
        <w:gridCol w:w="2268"/>
        <w:gridCol w:w="2268"/>
        <w:gridCol w:w="5953"/>
      </w:tblGrid>
      <w:tr w:rsidR="00F561B7" w14:paraId="57A659B7" w14:textId="77777777">
        <w:trPr>
          <w:tblHeader/>
          <w:jc w:val="center"/>
        </w:trPr>
        <w:tc>
          <w:tcPr>
            <w:tcW w:w="51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08194" w14:textId="77777777" w:rsidR="00F561B7" w:rsidRDefault="006A289D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453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7D6E4" w14:textId="77777777" w:rsidR="00F561B7" w:rsidRDefault="006A289D">
            <w:pPr>
              <w:jc w:val="center"/>
            </w:pPr>
            <w:r>
              <w:rPr>
                <w:b/>
              </w:rPr>
              <w:t>Источник / категория</w:t>
            </w:r>
          </w:p>
        </w:tc>
        <w:tc>
          <w:tcPr>
            <w:tcW w:w="226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CBD7A6" w14:textId="77777777" w:rsidR="00F561B7" w:rsidRDefault="006A289D">
            <w:pPr>
              <w:jc w:val="center"/>
            </w:pPr>
            <w:r>
              <w:rPr>
                <w:b/>
              </w:rPr>
              <w:t>Сумма (USD)</w:t>
            </w:r>
          </w:p>
        </w:tc>
        <w:tc>
          <w:tcPr>
            <w:tcW w:w="226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1CC796" w14:textId="77777777" w:rsidR="00F561B7" w:rsidRDefault="006A289D">
            <w:pPr>
              <w:jc w:val="center"/>
            </w:pPr>
            <w:r>
              <w:rPr>
                <w:b/>
              </w:rPr>
              <w:t>Доля от общей стоимости (%)</w:t>
            </w:r>
          </w:p>
        </w:tc>
        <w:tc>
          <w:tcPr>
            <w:tcW w:w="5953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217586" w14:textId="77777777" w:rsidR="00F561B7" w:rsidRDefault="006A289D">
            <w:pPr>
              <w:jc w:val="center"/>
            </w:pPr>
            <w:r>
              <w:rPr>
                <w:b/>
              </w:rPr>
              <w:t>Комментарий / подтверждение</w:t>
            </w:r>
          </w:p>
        </w:tc>
      </w:tr>
      <w:tr w:rsidR="00F561B7" w14:paraId="677BD90C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C98A0" w14:textId="77777777" w:rsidR="00F561B7" w:rsidRDefault="006A289D">
            <w:pPr>
              <w:jc w:val="center"/>
            </w:pPr>
            <w:r>
              <w:t>1</w:t>
            </w:r>
          </w:p>
        </w:tc>
        <w:tc>
          <w:tcPr>
            <w:tcW w:w="4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7EF1D" w14:textId="77777777" w:rsidR="00F561B7" w:rsidRDefault="006A289D">
            <w:r>
              <w:t>Запрашиваемая сумма гранта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D2631" w14:textId="77777777" w:rsidR="00F561B7" w:rsidRDefault="00F561B7">
            <w:pPr>
              <w:jc w:val="center"/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F0CFA" w14:textId="77777777" w:rsidR="00F561B7" w:rsidRDefault="00F561B7">
            <w:pPr>
              <w:jc w:val="center"/>
            </w:pP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1B14F" w14:textId="77777777" w:rsidR="00F561B7" w:rsidRDefault="006A289D">
            <w:r>
              <w:rPr>
                <w:i/>
                <w:color w:val="666666"/>
              </w:rPr>
              <w:t>Средства гранта ПРООН</w:t>
            </w:r>
          </w:p>
        </w:tc>
      </w:tr>
      <w:tr w:rsidR="00F561B7" w:rsidRPr="00A0726D" w14:paraId="074816F6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287CA" w14:textId="77777777" w:rsidR="00F561B7" w:rsidRDefault="006A289D">
            <w:pPr>
              <w:jc w:val="center"/>
            </w:pPr>
            <w:r>
              <w:t>2</w:t>
            </w:r>
          </w:p>
        </w:tc>
        <w:tc>
          <w:tcPr>
            <w:tcW w:w="4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01AF0" w14:textId="77777777" w:rsidR="00F561B7" w:rsidRDefault="006A289D">
            <w:r>
              <w:t>Денежное софинансирование заявителя / партнеров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638C2" w14:textId="77777777" w:rsidR="00F561B7" w:rsidRDefault="00F561B7">
            <w:pPr>
              <w:jc w:val="center"/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C66EF" w14:textId="77777777" w:rsidR="00F561B7" w:rsidRDefault="00F561B7">
            <w:pPr>
              <w:jc w:val="center"/>
            </w:pP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35AD59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lang w:val="ru-RU"/>
              </w:rPr>
              <w:t>Гарантийное письмо, решение организации, соглашение с партнером</w:t>
            </w:r>
          </w:p>
        </w:tc>
      </w:tr>
      <w:tr w:rsidR="00F561B7" w:rsidRPr="00A0726D" w14:paraId="37621A2B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A596DC" w14:textId="77777777" w:rsidR="00F561B7" w:rsidRDefault="006A289D">
            <w:pPr>
              <w:jc w:val="center"/>
            </w:pPr>
            <w:r>
              <w:t>3</w:t>
            </w:r>
          </w:p>
        </w:tc>
        <w:tc>
          <w:tcPr>
            <w:tcW w:w="4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9584E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Неденежный вклад: работы, услуги, материалы, техника, помещения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D6ED8" w14:textId="77777777" w:rsidR="00F561B7" w:rsidRPr="005E4F17" w:rsidRDefault="00F561B7">
            <w:pPr>
              <w:jc w:val="center"/>
              <w:rPr>
                <w:lang w:val="ru-RU"/>
              </w:rPr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F22B63" w14:textId="77777777" w:rsidR="00F561B7" w:rsidRPr="005E4F17" w:rsidRDefault="00F561B7">
            <w:pPr>
              <w:jc w:val="center"/>
              <w:rPr>
                <w:lang w:val="ru-RU"/>
              </w:rPr>
            </w:pP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7436A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lang w:val="ru-RU"/>
              </w:rPr>
              <w:t>Письмо поддержки, расчет стоимости вклада, акт/соглашение</w:t>
            </w:r>
          </w:p>
        </w:tc>
      </w:tr>
      <w:tr w:rsidR="00F561B7" w14:paraId="7DBC89FD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2A33C" w14:textId="77777777" w:rsidR="00F561B7" w:rsidRDefault="006A289D">
            <w:pPr>
              <w:jc w:val="center"/>
            </w:pPr>
            <w:r>
              <w:t>4</w:t>
            </w:r>
          </w:p>
        </w:tc>
        <w:tc>
          <w:tcPr>
            <w:tcW w:w="4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8D16CE" w14:textId="77777777" w:rsidR="00F561B7" w:rsidRDefault="006A289D">
            <w:r>
              <w:t>Итого софинансирование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B0A6CA" w14:textId="77777777" w:rsidR="00F561B7" w:rsidRDefault="00F561B7">
            <w:pPr>
              <w:jc w:val="center"/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FB77F0" w14:textId="77777777" w:rsidR="00F561B7" w:rsidRDefault="00F561B7">
            <w:pPr>
              <w:jc w:val="center"/>
            </w:pP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502E3" w14:textId="77777777" w:rsidR="00F561B7" w:rsidRDefault="006A289D">
            <w:r>
              <w:rPr>
                <w:i/>
                <w:color w:val="666666"/>
              </w:rPr>
              <w:t>Строка 2 + строка 3</w:t>
            </w:r>
          </w:p>
        </w:tc>
      </w:tr>
      <w:tr w:rsidR="00F561B7" w14:paraId="29A8C1BB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06B2B6" w14:textId="77777777" w:rsidR="00F561B7" w:rsidRDefault="006A289D">
            <w:pPr>
              <w:jc w:val="center"/>
            </w:pPr>
            <w:r>
              <w:t>5</w:t>
            </w:r>
          </w:p>
        </w:tc>
        <w:tc>
          <w:tcPr>
            <w:tcW w:w="4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2B713" w14:textId="77777777" w:rsidR="00F561B7" w:rsidRDefault="006A289D">
            <w:r>
              <w:t>Общая стоимость проекта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362E44" w14:textId="77777777" w:rsidR="00F561B7" w:rsidRDefault="00F561B7">
            <w:pPr>
              <w:jc w:val="center"/>
            </w:pP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99C2CB" w14:textId="77777777" w:rsidR="00F561B7" w:rsidRDefault="00F561B7">
            <w:pPr>
              <w:jc w:val="center"/>
            </w:pP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2A24A" w14:textId="77777777" w:rsidR="00F561B7" w:rsidRDefault="006A289D">
            <w:r>
              <w:rPr>
                <w:i/>
                <w:color w:val="666666"/>
              </w:rPr>
              <w:t>Строка 1 + строка 4</w:t>
            </w:r>
          </w:p>
        </w:tc>
      </w:tr>
    </w:tbl>
    <w:p w14:paraId="4A1CFC66" w14:textId="77777777" w:rsidR="00F561B7" w:rsidRDefault="006A289D">
      <w:pPr>
        <w:spacing w:before="140" w:after="60"/>
      </w:pPr>
      <w:r>
        <w:rPr>
          <w:b/>
          <w:color w:val="1F4E79"/>
          <w:sz w:val="22"/>
        </w:rPr>
        <w:lastRenderedPageBreak/>
        <w:t>Раздел 3. Детальная разбивка бюджета</w:t>
      </w:r>
    </w:p>
    <w:p w14:paraId="550BAA3F" w14:textId="77777777" w:rsidR="00F561B7" w:rsidRPr="005E4F17" w:rsidRDefault="006A289D">
      <w:pPr>
        <w:spacing w:after="80"/>
        <w:rPr>
          <w:lang w:val="ru-RU"/>
        </w:rPr>
      </w:pPr>
      <w:r w:rsidRPr="005E4F17">
        <w:rPr>
          <w:lang w:val="ru-RU"/>
        </w:rPr>
        <w:t>Каждая статья должна быть привязана к конкретному мероприятию из Календарного плана (Приложение 3). Для оборудования, материалов и услуг укажите единицу измерения, количество, цену за единицу и общую сумму.</w:t>
      </w:r>
    </w:p>
    <w:tbl>
      <w:tblPr>
        <w:tblStyle w:val="aff0"/>
        <w:tblW w:w="15828" w:type="dxa"/>
        <w:jc w:val="center"/>
        <w:tblLayout w:type="fixed"/>
        <w:tblLook w:val="04A0" w:firstRow="1" w:lastRow="0" w:firstColumn="1" w:lastColumn="0" w:noHBand="0" w:noVBand="1"/>
      </w:tblPr>
      <w:tblGrid>
        <w:gridCol w:w="379"/>
        <w:gridCol w:w="1741"/>
        <w:gridCol w:w="1741"/>
        <w:gridCol w:w="3320"/>
        <w:gridCol w:w="597"/>
        <w:gridCol w:w="652"/>
        <w:gridCol w:w="1088"/>
        <w:gridCol w:w="1088"/>
        <w:gridCol w:w="1305"/>
        <w:gridCol w:w="1196"/>
        <w:gridCol w:w="2721"/>
      </w:tblGrid>
      <w:tr w:rsidR="00F561B7" w14:paraId="7956D67B" w14:textId="77777777" w:rsidTr="001D73D8">
        <w:trPr>
          <w:cantSplit/>
          <w:trHeight w:val="313"/>
          <w:tblHeader/>
          <w:jc w:val="center"/>
        </w:trPr>
        <w:tc>
          <w:tcPr>
            <w:tcW w:w="379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F20E2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174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ED4A73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Мероприятие из Приложения 3</w:t>
            </w:r>
          </w:p>
        </w:tc>
        <w:tc>
          <w:tcPr>
            <w:tcW w:w="174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4E2181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Категория расходов</w:t>
            </w:r>
          </w:p>
        </w:tc>
        <w:tc>
          <w:tcPr>
            <w:tcW w:w="332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811ED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Описание статьи / спецификация</w:t>
            </w:r>
          </w:p>
        </w:tc>
        <w:tc>
          <w:tcPr>
            <w:tcW w:w="59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84968D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Ед.</w:t>
            </w:r>
          </w:p>
        </w:tc>
        <w:tc>
          <w:tcPr>
            <w:tcW w:w="65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076F6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Кол-во</w:t>
            </w:r>
          </w:p>
        </w:tc>
        <w:tc>
          <w:tcPr>
            <w:tcW w:w="108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0B01A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Цена за ед. (USD)</w:t>
            </w:r>
          </w:p>
        </w:tc>
        <w:tc>
          <w:tcPr>
            <w:tcW w:w="108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0D57F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Всего (USD)</w:t>
            </w:r>
          </w:p>
        </w:tc>
        <w:tc>
          <w:tcPr>
            <w:tcW w:w="130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B533C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Запрос гранта (USD)</w:t>
            </w:r>
          </w:p>
        </w:tc>
        <w:tc>
          <w:tcPr>
            <w:tcW w:w="119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65066D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Софинанс. (USD)</w:t>
            </w:r>
          </w:p>
        </w:tc>
        <w:tc>
          <w:tcPr>
            <w:tcW w:w="272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B4776F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Обоснование / подтверждение цены</w:t>
            </w:r>
          </w:p>
        </w:tc>
      </w:tr>
      <w:tr w:rsidR="00F561B7" w14:paraId="74C251C9" w14:textId="77777777" w:rsidTr="001D73D8">
        <w:trPr>
          <w:cantSplit/>
          <w:trHeight w:val="296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6F21F3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1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762518" w14:textId="77777777" w:rsidR="00F561B7" w:rsidRDefault="006A289D">
            <w:r>
              <w:rPr>
                <w:i/>
                <w:color w:val="666666"/>
                <w:sz w:val="13"/>
              </w:rPr>
              <w:t>1. Подготовка стартового пакета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9DDF0" w14:textId="77777777" w:rsidR="00F561B7" w:rsidRDefault="006A289D">
            <w:r>
              <w:rPr>
                <w:i/>
                <w:color w:val="666666"/>
                <w:sz w:val="13"/>
              </w:rPr>
              <w:t>Услуги специалистов</w:t>
            </w:r>
          </w:p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42052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3"/>
                <w:lang w:val="ru-RU"/>
              </w:rPr>
              <w:t>Технический специалист / инженер для уточнения объемов работ</w:t>
            </w:r>
          </w:p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98C55A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день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7E62F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686C5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D0A69" w14:textId="77777777" w:rsidR="00F561B7" w:rsidRDefault="00F561B7">
            <w:pPr>
              <w:jc w:val="center"/>
            </w:pPr>
          </w:p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525A0" w14:textId="77777777" w:rsidR="00F561B7" w:rsidRDefault="00F561B7">
            <w:pPr>
              <w:jc w:val="center"/>
            </w:pPr>
          </w:p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114FE7" w14:textId="77777777" w:rsidR="00F561B7" w:rsidRDefault="00F561B7">
            <w:pPr>
              <w:jc w:val="center"/>
            </w:pP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333699" w14:textId="77777777" w:rsidR="00F561B7" w:rsidRDefault="006A289D">
            <w:r>
              <w:rPr>
                <w:i/>
                <w:color w:val="666666"/>
                <w:sz w:val="13"/>
              </w:rPr>
              <w:t>Расчет ставки / резюме специалиста</w:t>
            </w:r>
          </w:p>
        </w:tc>
      </w:tr>
      <w:tr w:rsidR="00F561B7" w14:paraId="39482623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893CA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2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A8B50" w14:textId="77777777" w:rsidR="00F561B7" w:rsidRDefault="006A289D">
            <w:r>
              <w:rPr>
                <w:i/>
                <w:color w:val="666666"/>
                <w:sz w:val="13"/>
              </w:rPr>
              <w:t>2. Закупка материалов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F8196" w14:textId="77777777" w:rsidR="00F561B7" w:rsidRDefault="006A289D">
            <w:r>
              <w:rPr>
                <w:i/>
                <w:color w:val="666666"/>
                <w:sz w:val="13"/>
              </w:rPr>
              <w:t>Материалы</w:t>
            </w:r>
          </w:p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B2557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3"/>
                <w:lang w:val="ru-RU"/>
              </w:rPr>
              <w:t xml:space="preserve">Материалы согласно </w:t>
            </w:r>
            <w:r>
              <w:rPr>
                <w:i/>
                <w:color w:val="666666"/>
                <w:sz w:val="13"/>
              </w:rPr>
              <w:t>BoQ</w:t>
            </w:r>
            <w:r w:rsidRPr="005E4F17">
              <w:rPr>
                <w:i/>
                <w:color w:val="666666"/>
                <w:sz w:val="13"/>
                <w:lang w:val="ru-RU"/>
              </w:rPr>
              <w:t xml:space="preserve"> / предварительной смете</w:t>
            </w:r>
          </w:p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4703D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компл.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A2DB1C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BC79E5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D0CEC" w14:textId="77777777" w:rsidR="00F561B7" w:rsidRDefault="00F561B7">
            <w:pPr>
              <w:jc w:val="center"/>
            </w:pPr>
          </w:p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05A58E" w14:textId="77777777" w:rsidR="00F561B7" w:rsidRDefault="00F561B7">
            <w:pPr>
              <w:jc w:val="center"/>
            </w:pPr>
          </w:p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D210A" w14:textId="77777777" w:rsidR="00F561B7" w:rsidRDefault="00F561B7">
            <w:pPr>
              <w:jc w:val="center"/>
            </w:pP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9380D" w14:textId="77777777" w:rsidR="00F561B7" w:rsidRDefault="006A289D">
            <w:r>
              <w:rPr>
                <w:i/>
                <w:color w:val="666666"/>
                <w:sz w:val="13"/>
              </w:rPr>
              <w:t>Прайс-лист / смета / BoQ</w:t>
            </w:r>
          </w:p>
        </w:tc>
      </w:tr>
      <w:tr w:rsidR="00F561B7" w14:paraId="30BC4CEA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EBD745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3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E41A4" w14:textId="77777777" w:rsidR="00F561B7" w:rsidRDefault="006A289D">
            <w:r>
              <w:rPr>
                <w:i/>
                <w:color w:val="666666"/>
                <w:sz w:val="13"/>
              </w:rPr>
              <w:t>3. Закупка оборудования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1906AB" w14:textId="77777777" w:rsidR="00F561B7" w:rsidRDefault="006A289D">
            <w:r>
              <w:rPr>
                <w:i/>
                <w:color w:val="666666"/>
                <w:sz w:val="13"/>
              </w:rPr>
              <w:t>Оборудование</w:t>
            </w:r>
          </w:p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21C302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3"/>
                <w:lang w:val="ru-RU"/>
              </w:rPr>
              <w:t>Оборудование с указанием основных характеристик</w:t>
            </w:r>
          </w:p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430B5A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шт.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175D8D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CCC9A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F21CBD" w14:textId="77777777" w:rsidR="00F561B7" w:rsidRDefault="00F561B7">
            <w:pPr>
              <w:jc w:val="center"/>
            </w:pPr>
          </w:p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574F8" w14:textId="77777777" w:rsidR="00F561B7" w:rsidRDefault="00F561B7">
            <w:pPr>
              <w:jc w:val="center"/>
            </w:pPr>
          </w:p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5471B" w14:textId="77777777" w:rsidR="00F561B7" w:rsidRDefault="00F561B7">
            <w:pPr>
              <w:jc w:val="center"/>
            </w:pP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597C6" w14:textId="77777777" w:rsidR="00F561B7" w:rsidRDefault="006A289D">
            <w:r>
              <w:rPr>
                <w:i/>
                <w:color w:val="666666"/>
                <w:sz w:val="13"/>
              </w:rPr>
              <w:t>Не менее 1 прайс-листа</w:t>
            </w:r>
          </w:p>
        </w:tc>
      </w:tr>
      <w:tr w:rsidR="00F561B7" w14:paraId="6F30D13D" w14:textId="77777777" w:rsidTr="001D73D8">
        <w:trPr>
          <w:cantSplit/>
          <w:trHeight w:val="296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DF7982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4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55B87" w14:textId="77777777" w:rsidR="00F561B7" w:rsidRDefault="006A289D">
            <w:r>
              <w:rPr>
                <w:i/>
                <w:color w:val="666666"/>
                <w:sz w:val="13"/>
              </w:rPr>
              <w:t>4. Выполнение работ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501B8" w14:textId="77777777" w:rsidR="00F561B7" w:rsidRDefault="006A289D">
            <w:r>
              <w:rPr>
                <w:i/>
                <w:color w:val="666666"/>
                <w:sz w:val="13"/>
              </w:rPr>
              <w:t>Работы / услуги подрядчика</w:t>
            </w:r>
          </w:p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FA1BF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3"/>
                <w:lang w:val="ru-RU"/>
              </w:rPr>
              <w:t>Монтажные, строительные, восстановительные или иные технические работы</w:t>
            </w:r>
          </w:p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DCF52E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усл.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6A28D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86E7F2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7CF7E5" w14:textId="77777777" w:rsidR="00F561B7" w:rsidRDefault="00F561B7">
            <w:pPr>
              <w:jc w:val="center"/>
            </w:pPr>
          </w:p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3EE2E2" w14:textId="77777777" w:rsidR="00F561B7" w:rsidRDefault="00F561B7">
            <w:pPr>
              <w:jc w:val="center"/>
            </w:pPr>
          </w:p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92D802" w14:textId="77777777" w:rsidR="00F561B7" w:rsidRDefault="00F561B7">
            <w:pPr>
              <w:jc w:val="center"/>
            </w:pP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5B1BF" w14:textId="77777777" w:rsidR="00F561B7" w:rsidRDefault="006A289D">
            <w:r>
              <w:rPr>
                <w:i/>
                <w:color w:val="666666"/>
                <w:sz w:val="13"/>
              </w:rPr>
              <w:t>Смета / коммерческое предложение</w:t>
            </w:r>
          </w:p>
        </w:tc>
      </w:tr>
      <w:tr w:rsidR="00F561B7" w14:paraId="3693C054" w14:textId="77777777" w:rsidTr="001D73D8">
        <w:trPr>
          <w:cantSplit/>
          <w:trHeight w:val="296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7FDBB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5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DD069" w14:textId="77777777" w:rsidR="00F561B7" w:rsidRDefault="006A289D">
            <w:r>
              <w:rPr>
                <w:i/>
                <w:color w:val="666666"/>
                <w:sz w:val="13"/>
              </w:rPr>
              <w:t>5. Мониторинг качества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1586A" w14:textId="77777777" w:rsidR="00F561B7" w:rsidRDefault="006A289D">
            <w:r>
              <w:rPr>
                <w:i/>
                <w:color w:val="666666"/>
                <w:sz w:val="13"/>
              </w:rPr>
              <w:t>Мониторинг и приемка</w:t>
            </w:r>
          </w:p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C98F2F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3"/>
                <w:lang w:val="ru-RU"/>
              </w:rPr>
              <w:t>Фотофиксация, технический контроль, приемка результата</w:t>
            </w:r>
          </w:p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6CC27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3"/>
              </w:rPr>
              <w:t>усл.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2B1FD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2E4C4" w14:textId="77777777" w:rsidR="00F561B7" w:rsidRDefault="00F561B7">
            <w:pPr>
              <w:jc w:val="center"/>
            </w:pPr>
          </w:p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8F1355" w14:textId="77777777" w:rsidR="00F561B7" w:rsidRDefault="00F561B7">
            <w:pPr>
              <w:jc w:val="center"/>
            </w:pPr>
          </w:p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5A5CD" w14:textId="77777777" w:rsidR="00F561B7" w:rsidRDefault="00F561B7">
            <w:pPr>
              <w:jc w:val="center"/>
            </w:pPr>
          </w:p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16A87B" w14:textId="77777777" w:rsidR="00F561B7" w:rsidRDefault="00F561B7">
            <w:pPr>
              <w:jc w:val="center"/>
            </w:pP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4A25AB" w14:textId="77777777" w:rsidR="00F561B7" w:rsidRDefault="006A289D">
            <w:r>
              <w:rPr>
                <w:i/>
                <w:color w:val="666666"/>
                <w:sz w:val="13"/>
              </w:rPr>
              <w:t>План мониторинга / расчет</w:t>
            </w:r>
          </w:p>
        </w:tc>
      </w:tr>
      <w:tr w:rsidR="00F561B7" w14:paraId="7B78437E" w14:textId="77777777" w:rsidTr="001D73D8">
        <w:trPr>
          <w:cantSplit/>
          <w:trHeight w:val="164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61AA0" w14:textId="77777777" w:rsidR="00F561B7" w:rsidRDefault="006A289D">
            <w:pPr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84A3C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4BF08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16A93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C26CFB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BC262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D0458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C562B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62A44A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5573D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0AD62" w14:textId="77777777" w:rsidR="00F561B7" w:rsidRDefault="00F561B7"/>
        </w:tc>
      </w:tr>
      <w:tr w:rsidR="00F561B7" w14:paraId="601E5B0D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C23022" w14:textId="77777777" w:rsidR="00F561B7" w:rsidRDefault="006A289D">
            <w:pPr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D6FD3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77EBEF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31A73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A7375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C4CDC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D6958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F0B24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B4A6F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133C72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2BD21" w14:textId="77777777" w:rsidR="00F561B7" w:rsidRDefault="00F561B7"/>
        </w:tc>
      </w:tr>
      <w:tr w:rsidR="00F561B7" w14:paraId="24473B58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97E72E" w14:textId="77777777" w:rsidR="00F561B7" w:rsidRDefault="006A289D">
            <w:pPr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8C80F0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3B5DFD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194D7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7E575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FA7BD2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6CD140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4534D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1C7CA6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6D7AD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CECDA" w14:textId="77777777" w:rsidR="00F561B7" w:rsidRDefault="00F561B7"/>
        </w:tc>
      </w:tr>
      <w:tr w:rsidR="00F561B7" w14:paraId="6B99C87B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BC51C5" w14:textId="77777777" w:rsidR="00F561B7" w:rsidRDefault="006A289D">
            <w:pPr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9D240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3B95E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B1600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7E972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3A68A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8B3BA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3DE3B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15A6C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6A4AB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18203E" w14:textId="77777777" w:rsidR="00F561B7" w:rsidRDefault="00F561B7"/>
        </w:tc>
      </w:tr>
      <w:tr w:rsidR="00F561B7" w14:paraId="4C37DAA9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D0E59" w14:textId="77777777" w:rsidR="00F561B7" w:rsidRDefault="006A289D">
            <w:pPr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0C22F4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A5D470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D3B8D0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5BB3D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CC510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B0CF9B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92A27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2E086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C6406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61107" w14:textId="77777777" w:rsidR="00F561B7" w:rsidRDefault="00F561B7"/>
        </w:tc>
      </w:tr>
      <w:tr w:rsidR="00F561B7" w14:paraId="6EDA953A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C6A2E" w14:textId="77777777" w:rsidR="00F561B7" w:rsidRDefault="006A289D">
            <w:pPr>
              <w:jc w:val="center"/>
            </w:pPr>
            <w:r>
              <w:rPr>
                <w:sz w:val="13"/>
              </w:rPr>
              <w:t>11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21697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F97B50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FCB1CF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3E34E2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7F7E0B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351D4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36DFB8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318E67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0E938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00774" w14:textId="77777777" w:rsidR="00F561B7" w:rsidRDefault="00F561B7"/>
        </w:tc>
      </w:tr>
      <w:tr w:rsidR="00F561B7" w14:paraId="7F6E4F97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BB2BA" w14:textId="77777777" w:rsidR="00F561B7" w:rsidRDefault="006A289D">
            <w:pPr>
              <w:jc w:val="center"/>
            </w:pPr>
            <w:r>
              <w:rPr>
                <w:sz w:val="13"/>
              </w:rPr>
              <w:t>12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46FB3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DEF9C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3DF563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B95E7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2AEEF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EDF5DF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FE26FC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A4326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5EEC15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3D564" w14:textId="77777777" w:rsidR="00F561B7" w:rsidRDefault="00F561B7"/>
        </w:tc>
      </w:tr>
      <w:tr w:rsidR="00F561B7" w14:paraId="357EB7D6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F05422" w14:textId="77777777" w:rsidR="00F561B7" w:rsidRDefault="006A289D">
            <w:pPr>
              <w:jc w:val="center"/>
            </w:pPr>
            <w:r>
              <w:rPr>
                <w:sz w:val="13"/>
              </w:rPr>
              <w:t>13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D874FE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D098B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3E818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BCF50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D0DCC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72DDD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7608E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02FA8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1147A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B5AFE" w14:textId="77777777" w:rsidR="00F561B7" w:rsidRDefault="00F561B7"/>
        </w:tc>
      </w:tr>
      <w:tr w:rsidR="00F561B7" w14:paraId="3B6E8E7E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5F666E" w14:textId="77777777" w:rsidR="00F561B7" w:rsidRDefault="006A289D">
            <w:pPr>
              <w:jc w:val="center"/>
            </w:pPr>
            <w:r>
              <w:rPr>
                <w:sz w:val="13"/>
              </w:rPr>
              <w:t>14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E9740F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64516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65041B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5B529C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7CD323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BC9C7C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C4449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6470B9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4538A1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A6702" w14:textId="77777777" w:rsidR="00F561B7" w:rsidRDefault="00F561B7"/>
        </w:tc>
      </w:tr>
      <w:tr w:rsidR="00F561B7" w14:paraId="77AF3B52" w14:textId="77777777" w:rsidTr="001D73D8">
        <w:trPr>
          <w:cantSplit/>
          <w:trHeight w:val="181"/>
          <w:jc w:val="center"/>
        </w:trPr>
        <w:tc>
          <w:tcPr>
            <w:tcW w:w="37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D5EA7" w14:textId="77777777" w:rsidR="00F561B7" w:rsidRDefault="006A289D">
            <w:pPr>
              <w:jc w:val="center"/>
            </w:pPr>
            <w:r>
              <w:rPr>
                <w:sz w:val="13"/>
              </w:rPr>
              <w:t>15</w:t>
            </w:r>
          </w:p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4EF34" w14:textId="77777777" w:rsidR="00F561B7" w:rsidRDefault="00F561B7"/>
        </w:tc>
        <w:tc>
          <w:tcPr>
            <w:tcW w:w="17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9831F" w14:textId="77777777" w:rsidR="00F561B7" w:rsidRDefault="00F561B7"/>
        </w:tc>
        <w:tc>
          <w:tcPr>
            <w:tcW w:w="3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07FEF3" w14:textId="77777777" w:rsidR="00F561B7" w:rsidRDefault="00F561B7"/>
        </w:tc>
        <w:tc>
          <w:tcPr>
            <w:tcW w:w="5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CC7D14" w14:textId="77777777" w:rsidR="00F561B7" w:rsidRDefault="00F561B7"/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74913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B2B74" w14:textId="77777777" w:rsidR="00F561B7" w:rsidRDefault="00F561B7"/>
        </w:tc>
        <w:tc>
          <w:tcPr>
            <w:tcW w:w="10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EDAE7" w14:textId="77777777" w:rsidR="00F561B7" w:rsidRDefault="00F561B7"/>
        </w:tc>
        <w:tc>
          <w:tcPr>
            <w:tcW w:w="13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50C0FC" w14:textId="77777777" w:rsidR="00F561B7" w:rsidRDefault="00F561B7"/>
        </w:tc>
        <w:tc>
          <w:tcPr>
            <w:tcW w:w="11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08610E" w14:textId="77777777" w:rsidR="00F561B7" w:rsidRDefault="00F561B7"/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04A4C" w14:textId="77777777" w:rsidR="00F561B7" w:rsidRDefault="00F561B7"/>
        </w:tc>
      </w:tr>
      <w:tr w:rsidR="00F561B7" w14:paraId="159CB302" w14:textId="77777777" w:rsidTr="001D73D8">
        <w:trPr>
          <w:cantSplit/>
          <w:trHeight w:val="181"/>
          <w:jc w:val="center"/>
        </w:trPr>
        <w:tc>
          <w:tcPr>
            <w:tcW w:w="379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3A06B" w14:textId="77777777" w:rsidR="00F561B7" w:rsidRDefault="00F561B7">
            <w:pPr>
              <w:jc w:val="center"/>
            </w:pPr>
          </w:p>
        </w:tc>
        <w:tc>
          <w:tcPr>
            <w:tcW w:w="1741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DE471" w14:textId="77777777" w:rsidR="00F561B7" w:rsidRDefault="006A289D">
            <w:pPr>
              <w:jc w:val="center"/>
            </w:pPr>
            <w:r>
              <w:rPr>
                <w:b/>
                <w:sz w:val="14"/>
              </w:rPr>
              <w:t>ИТОГО</w:t>
            </w:r>
          </w:p>
        </w:tc>
        <w:tc>
          <w:tcPr>
            <w:tcW w:w="1741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21860A" w14:textId="77777777" w:rsidR="00F561B7" w:rsidRDefault="00F561B7">
            <w:pPr>
              <w:jc w:val="center"/>
            </w:pPr>
          </w:p>
        </w:tc>
        <w:tc>
          <w:tcPr>
            <w:tcW w:w="3320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1FEFF2" w14:textId="77777777" w:rsidR="00F561B7" w:rsidRDefault="00F561B7">
            <w:pPr>
              <w:jc w:val="center"/>
            </w:pPr>
          </w:p>
        </w:tc>
        <w:tc>
          <w:tcPr>
            <w:tcW w:w="597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4E73D" w14:textId="77777777" w:rsidR="00F561B7" w:rsidRDefault="00F561B7">
            <w:pPr>
              <w:jc w:val="center"/>
            </w:pPr>
          </w:p>
        </w:tc>
        <w:tc>
          <w:tcPr>
            <w:tcW w:w="652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7DE36" w14:textId="77777777" w:rsidR="00F561B7" w:rsidRDefault="00F561B7">
            <w:pPr>
              <w:jc w:val="center"/>
            </w:pPr>
          </w:p>
        </w:tc>
        <w:tc>
          <w:tcPr>
            <w:tcW w:w="1088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4894C" w14:textId="77777777" w:rsidR="00F561B7" w:rsidRDefault="00F561B7">
            <w:pPr>
              <w:jc w:val="center"/>
            </w:pPr>
          </w:p>
        </w:tc>
        <w:tc>
          <w:tcPr>
            <w:tcW w:w="1088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3ED9D" w14:textId="77777777" w:rsidR="00F561B7" w:rsidRDefault="00F561B7">
            <w:pPr>
              <w:jc w:val="center"/>
            </w:pPr>
          </w:p>
        </w:tc>
        <w:tc>
          <w:tcPr>
            <w:tcW w:w="1305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4FAB67" w14:textId="77777777" w:rsidR="00F561B7" w:rsidRDefault="00F561B7">
            <w:pPr>
              <w:jc w:val="center"/>
            </w:pPr>
          </w:p>
        </w:tc>
        <w:tc>
          <w:tcPr>
            <w:tcW w:w="1196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F6290" w14:textId="77777777" w:rsidR="00F561B7" w:rsidRDefault="00F561B7">
            <w:pPr>
              <w:jc w:val="center"/>
            </w:pPr>
          </w:p>
        </w:tc>
        <w:tc>
          <w:tcPr>
            <w:tcW w:w="2721" w:type="dxa"/>
            <w:shd w:val="clear" w:color="auto" w:fill="EAF3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25077A" w14:textId="77777777" w:rsidR="00F561B7" w:rsidRDefault="00F561B7">
            <w:pPr>
              <w:jc w:val="center"/>
            </w:pPr>
          </w:p>
        </w:tc>
      </w:tr>
    </w:tbl>
    <w:p w14:paraId="378C057B" w14:textId="77777777" w:rsidR="00F561B7" w:rsidRDefault="006A289D">
      <w:pPr>
        <w:spacing w:before="140" w:after="60"/>
      </w:pPr>
      <w:r>
        <w:rPr>
          <w:b/>
          <w:color w:val="1F4E79"/>
          <w:sz w:val="22"/>
        </w:rPr>
        <w:t>Раздел 4. Софинансирование и неденежный вклад</w:t>
      </w:r>
    </w:p>
    <w:p w14:paraId="11BB0A8A" w14:textId="77777777" w:rsidR="00F561B7" w:rsidRPr="005E4F17" w:rsidRDefault="006A289D">
      <w:pPr>
        <w:spacing w:after="80"/>
        <w:rPr>
          <w:lang w:val="ru-RU"/>
        </w:rPr>
      </w:pPr>
      <w:r w:rsidRPr="005E4F17">
        <w:rPr>
          <w:lang w:val="ru-RU"/>
        </w:rPr>
        <w:t>Укажите только тот вклад, который непосредственно связан с реализацией проекта. Стоимость неденежного вклада должна быть реалистично рассчитана и подтверждена документами.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2268"/>
        <w:gridCol w:w="2268"/>
        <w:gridCol w:w="3969"/>
        <w:gridCol w:w="1417"/>
        <w:gridCol w:w="1701"/>
        <w:gridCol w:w="3402"/>
      </w:tblGrid>
      <w:tr w:rsidR="00F561B7" w14:paraId="03443A02" w14:textId="77777777">
        <w:trPr>
          <w:tblHeader/>
          <w:jc w:val="center"/>
        </w:trPr>
        <w:tc>
          <w:tcPr>
            <w:tcW w:w="453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01537" w14:textId="77777777" w:rsidR="00F561B7" w:rsidRDefault="006A289D"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w="226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ACAF3" w14:textId="77777777" w:rsidR="00F561B7" w:rsidRDefault="006A289D">
            <w:pPr>
              <w:jc w:val="center"/>
            </w:pPr>
            <w:r>
              <w:rPr>
                <w:b/>
                <w:sz w:val="15"/>
              </w:rPr>
              <w:t>Вид вклада</w:t>
            </w:r>
          </w:p>
        </w:tc>
        <w:tc>
          <w:tcPr>
            <w:tcW w:w="226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98C2AB" w14:textId="77777777" w:rsidR="00F561B7" w:rsidRDefault="006A289D">
            <w:pPr>
              <w:jc w:val="center"/>
            </w:pPr>
            <w:r>
              <w:rPr>
                <w:b/>
                <w:sz w:val="15"/>
              </w:rPr>
              <w:t>Кто предоставляет</w:t>
            </w:r>
          </w:p>
        </w:tc>
        <w:tc>
          <w:tcPr>
            <w:tcW w:w="3969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0CD4C" w14:textId="77777777" w:rsidR="00F561B7" w:rsidRPr="005E4F17" w:rsidRDefault="006A289D">
            <w:pPr>
              <w:jc w:val="center"/>
              <w:rPr>
                <w:lang w:val="ru-RU"/>
              </w:rPr>
            </w:pPr>
            <w:r w:rsidRPr="005E4F17">
              <w:rPr>
                <w:b/>
                <w:sz w:val="15"/>
                <w:lang w:val="ru-RU"/>
              </w:rPr>
              <w:t>Описание и связь с мероприятиями</w:t>
            </w:r>
          </w:p>
        </w:tc>
        <w:tc>
          <w:tcPr>
            <w:tcW w:w="14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80B8C5" w14:textId="77777777" w:rsidR="00F561B7" w:rsidRDefault="006A289D">
            <w:pPr>
              <w:jc w:val="center"/>
            </w:pPr>
            <w:r>
              <w:rPr>
                <w:b/>
                <w:sz w:val="15"/>
              </w:rPr>
              <w:t>Период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3D4771" w14:textId="77777777" w:rsidR="00F561B7" w:rsidRDefault="006A289D">
            <w:pPr>
              <w:jc w:val="center"/>
            </w:pPr>
            <w:r>
              <w:rPr>
                <w:b/>
                <w:sz w:val="15"/>
              </w:rPr>
              <w:t>Оценочная стоимость (USD)</w:t>
            </w:r>
          </w:p>
        </w:tc>
        <w:tc>
          <w:tcPr>
            <w:tcW w:w="3402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EA86DB" w14:textId="77777777" w:rsidR="00F561B7" w:rsidRDefault="006A289D">
            <w:pPr>
              <w:jc w:val="center"/>
            </w:pPr>
            <w:r>
              <w:rPr>
                <w:b/>
                <w:sz w:val="15"/>
              </w:rPr>
              <w:t>Подтверждающий документ</w:t>
            </w:r>
          </w:p>
        </w:tc>
      </w:tr>
      <w:tr w:rsidR="00F561B7" w14:paraId="50ED2F35" w14:textId="77777777">
        <w:trPr>
          <w:jc w:val="center"/>
        </w:trPr>
        <w:tc>
          <w:tcPr>
            <w:tcW w:w="4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7205E9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4"/>
              </w:rPr>
              <w:t>1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9BBC7" w14:textId="77777777" w:rsidR="00F561B7" w:rsidRDefault="006A289D">
            <w:r>
              <w:rPr>
                <w:i/>
                <w:color w:val="666666"/>
                <w:sz w:val="14"/>
              </w:rPr>
              <w:t>Трудовой вклад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857CB6" w14:textId="77777777" w:rsidR="00F561B7" w:rsidRDefault="006A289D">
            <w:r>
              <w:rPr>
                <w:i/>
                <w:color w:val="666666"/>
                <w:sz w:val="14"/>
              </w:rPr>
              <w:t>Заявитель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0E2D87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4"/>
                <w:lang w:val="ru-RU"/>
              </w:rPr>
              <w:t>Координация проекта, мониторинг, работа с пользователями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584F5" w14:textId="314E9C9F" w:rsidR="00F561B7" w:rsidRDefault="006A289D">
            <w:pPr>
              <w:jc w:val="center"/>
            </w:pPr>
            <w:r w:rsidRPr="001D73D8">
              <w:rPr>
                <w:i/>
                <w:color w:val="666666"/>
                <w:sz w:val="14"/>
                <w:highlight w:val="yellow"/>
              </w:rPr>
              <w:t>М1-М</w:t>
            </w:r>
            <w:r w:rsidR="001D73D8" w:rsidRPr="001D73D8">
              <w:rPr>
                <w:i/>
                <w:color w:val="666666"/>
                <w:sz w:val="14"/>
                <w:highlight w:val="yellow"/>
              </w:rPr>
              <w:t>9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AA0F1" w14:textId="77777777" w:rsidR="00F561B7" w:rsidRDefault="00F561B7">
            <w:pPr>
              <w:jc w:val="center"/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D13CB" w14:textId="77777777" w:rsidR="00F561B7" w:rsidRDefault="006A289D">
            <w:r>
              <w:rPr>
                <w:i/>
                <w:color w:val="666666"/>
                <w:sz w:val="14"/>
              </w:rPr>
              <w:t>Письмо заявителя / расчет</w:t>
            </w:r>
          </w:p>
        </w:tc>
      </w:tr>
      <w:tr w:rsidR="00F561B7" w14:paraId="648AD3FB" w14:textId="77777777">
        <w:trPr>
          <w:jc w:val="center"/>
        </w:trPr>
        <w:tc>
          <w:tcPr>
            <w:tcW w:w="4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8E3A3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4"/>
              </w:rPr>
              <w:t>2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1C6D2" w14:textId="77777777" w:rsidR="00F561B7" w:rsidRDefault="006A289D">
            <w:r>
              <w:rPr>
                <w:i/>
                <w:color w:val="666666"/>
                <w:sz w:val="14"/>
              </w:rPr>
              <w:t>Материалы / техника / помещение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541A0" w14:textId="77777777" w:rsidR="00F561B7" w:rsidRDefault="006A289D">
            <w:r>
              <w:rPr>
                <w:i/>
                <w:color w:val="666666"/>
                <w:sz w:val="14"/>
              </w:rPr>
              <w:t>Партнер / балансодержатель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A38112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i/>
                <w:color w:val="666666"/>
                <w:sz w:val="14"/>
                <w:lang w:val="ru-RU"/>
              </w:rPr>
              <w:t>Предоставление ресурсов для выполнения работ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B89BF" w14:textId="77777777" w:rsidR="00F561B7" w:rsidRDefault="006A289D">
            <w:pPr>
              <w:jc w:val="center"/>
            </w:pPr>
            <w:r>
              <w:rPr>
                <w:i/>
                <w:color w:val="666666"/>
                <w:sz w:val="14"/>
              </w:rPr>
              <w:t>М__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0481E" w14:textId="77777777" w:rsidR="00F561B7" w:rsidRDefault="00F561B7">
            <w:pPr>
              <w:jc w:val="center"/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DB77AC" w14:textId="77777777" w:rsidR="00F561B7" w:rsidRDefault="006A289D">
            <w:r>
              <w:rPr>
                <w:i/>
                <w:color w:val="666666"/>
                <w:sz w:val="14"/>
              </w:rPr>
              <w:t>Письмо поддержки / акт</w:t>
            </w:r>
          </w:p>
        </w:tc>
      </w:tr>
      <w:tr w:rsidR="00F561B7" w14:paraId="4BB7C370" w14:textId="77777777">
        <w:trPr>
          <w:jc w:val="center"/>
        </w:trPr>
        <w:tc>
          <w:tcPr>
            <w:tcW w:w="4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31D80" w14:textId="77777777" w:rsidR="00F561B7" w:rsidRDefault="006A289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BF7EC1" w14:textId="77777777" w:rsidR="00F561B7" w:rsidRDefault="00F561B7"/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6EA85A" w14:textId="77777777" w:rsidR="00F561B7" w:rsidRDefault="00F561B7"/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3D504C" w14:textId="77777777" w:rsidR="00F561B7" w:rsidRDefault="00F561B7"/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3E5803" w14:textId="77777777" w:rsidR="00F561B7" w:rsidRDefault="00F561B7"/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35437" w14:textId="77777777" w:rsidR="00F561B7" w:rsidRDefault="00F561B7"/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295C0" w14:textId="77777777" w:rsidR="00F561B7" w:rsidRDefault="00F561B7"/>
        </w:tc>
      </w:tr>
      <w:tr w:rsidR="00F561B7" w14:paraId="7FA51671" w14:textId="77777777">
        <w:trPr>
          <w:jc w:val="center"/>
        </w:trPr>
        <w:tc>
          <w:tcPr>
            <w:tcW w:w="4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16D9C" w14:textId="77777777" w:rsidR="00F561B7" w:rsidRDefault="006A289D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66F646" w14:textId="77777777" w:rsidR="00F561B7" w:rsidRDefault="00F561B7"/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2DE42" w14:textId="77777777" w:rsidR="00F561B7" w:rsidRDefault="00F561B7"/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154325" w14:textId="77777777" w:rsidR="00F561B7" w:rsidRDefault="00F561B7"/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DD2FB" w14:textId="77777777" w:rsidR="00F561B7" w:rsidRDefault="00F561B7"/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53E0A4" w14:textId="77777777" w:rsidR="00F561B7" w:rsidRDefault="00F561B7"/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DDDE46" w14:textId="77777777" w:rsidR="00F561B7" w:rsidRDefault="00F561B7"/>
        </w:tc>
      </w:tr>
      <w:tr w:rsidR="00F561B7" w14:paraId="0AFAA41C" w14:textId="77777777">
        <w:trPr>
          <w:jc w:val="center"/>
        </w:trPr>
        <w:tc>
          <w:tcPr>
            <w:tcW w:w="4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AE648" w14:textId="77777777" w:rsidR="00F561B7" w:rsidRDefault="006A289D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15476" w14:textId="77777777" w:rsidR="00F561B7" w:rsidRDefault="00F561B7"/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5219E6" w14:textId="77777777" w:rsidR="00F561B7" w:rsidRDefault="00F561B7"/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836AB" w14:textId="77777777" w:rsidR="00F561B7" w:rsidRDefault="00F561B7"/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5F4BE" w14:textId="77777777" w:rsidR="00F561B7" w:rsidRDefault="00F561B7"/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B06D2" w14:textId="77777777" w:rsidR="00F561B7" w:rsidRDefault="00F561B7"/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1926A" w14:textId="77777777" w:rsidR="00F561B7" w:rsidRDefault="00F561B7"/>
        </w:tc>
      </w:tr>
      <w:tr w:rsidR="00F561B7" w14:paraId="0E650BF1" w14:textId="77777777">
        <w:trPr>
          <w:jc w:val="center"/>
        </w:trPr>
        <w:tc>
          <w:tcPr>
            <w:tcW w:w="4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6711B" w14:textId="77777777" w:rsidR="00F561B7" w:rsidRDefault="006A289D">
            <w:pPr>
              <w:jc w:val="center"/>
            </w:pPr>
            <w:r>
              <w:rPr>
                <w:sz w:val="14"/>
              </w:rPr>
              <w:lastRenderedPageBreak/>
              <w:t>6</w:t>
            </w:r>
          </w:p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DF5B7" w14:textId="77777777" w:rsidR="00F561B7" w:rsidRDefault="00F561B7"/>
        </w:tc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2876AD" w14:textId="77777777" w:rsidR="00F561B7" w:rsidRDefault="00F561B7"/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D94CD" w14:textId="77777777" w:rsidR="00F561B7" w:rsidRDefault="00F561B7"/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226106" w14:textId="77777777" w:rsidR="00F561B7" w:rsidRDefault="00F561B7"/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11A64" w14:textId="77777777" w:rsidR="00F561B7" w:rsidRDefault="00F561B7"/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E47CC" w14:textId="77777777" w:rsidR="00F561B7" w:rsidRDefault="00F561B7"/>
        </w:tc>
      </w:tr>
    </w:tbl>
    <w:p w14:paraId="5587E42E" w14:textId="77777777" w:rsidR="00F561B7" w:rsidRDefault="006A289D">
      <w:pPr>
        <w:spacing w:before="140" w:after="60"/>
      </w:pPr>
      <w:r>
        <w:rPr>
          <w:b/>
          <w:color w:val="1F4E79"/>
          <w:sz w:val="22"/>
        </w:rPr>
        <w:t>Раздел 5. Контроль лимитов и соответствия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1984"/>
        <w:gridCol w:w="6804"/>
      </w:tblGrid>
      <w:tr w:rsidR="00F561B7" w14:paraId="3C4A43BF" w14:textId="77777777">
        <w:trPr>
          <w:jc w:val="center"/>
        </w:trPr>
        <w:tc>
          <w:tcPr>
            <w:tcW w:w="68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49AB6D" w14:textId="77777777" w:rsidR="00F561B7" w:rsidRDefault="006A289D">
            <w:pPr>
              <w:jc w:val="center"/>
            </w:pPr>
            <w:r>
              <w:rPr>
                <w:b/>
              </w:rPr>
              <w:t>Проверка</w:t>
            </w:r>
          </w:p>
        </w:tc>
        <w:tc>
          <w:tcPr>
            <w:tcW w:w="198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251F4" w14:textId="77777777" w:rsidR="00F561B7" w:rsidRDefault="006A289D">
            <w:pPr>
              <w:jc w:val="center"/>
            </w:pPr>
            <w:r>
              <w:rPr>
                <w:b/>
              </w:rPr>
              <w:t>Да / Нет</w:t>
            </w:r>
          </w:p>
        </w:tc>
        <w:tc>
          <w:tcPr>
            <w:tcW w:w="68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F0A48" w14:textId="77777777" w:rsidR="00F561B7" w:rsidRDefault="006A289D">
            <w:pPr>
              <w:jc w:val="center"/>
            </w:pPr>
            <w:r>
              <w:rPr>
                <w:b/>
              </w:rPr>
              <w:t>Комментарий</w:t>
            </w:r>
          </w:p>
        </w:tc>
      </w:tr>
      <w:tr w:rsidR="00F561B7" w14:paraId="1BA7CFD0" w14:textId="77777777">
        <w:trPr>
          <w:jc w:val="center"/>
        </w:trPr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15DD31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Все статьи бюджета связаны с мероприятиями календарного плана (Приложение 3)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D35C5E" w14:textId="77777777" w:rsidR="00F561B7" w:rsidRDefault="006A289D">
            <w:pPr>
              <w:jc w:val="center"/>
            </w:pPr>
            <w:r>
              <w:t>☐ Да ☐ Нет</w:t>
            </w:r>
          </w:p>
        </w:tc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B6B7F" w14:textId="77777777" w:rsidR="00F561B7" w:rsidRDefault="00F561B7"/>
        </w:tc>
      </w:tr>
      <w:tr w:rsidR="00F561B7" w14:paraId="5F9403DC" w14:textId="77777777">
        <w:trPr>
          <w:jc w:val="center"/>
        </w:trPr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C2EE4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Все расходы непосредственно связаны с целью проекта и техническим решением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F8985" w14:textId="77777777" w:rsidR="00F561B7" w:rsidRDefault="006A289D">
            <w:pPr>
              <w:jc w:val="center"/>
            </w:pPr>
            <w:r>
              <w:t>☐ Да ☐ Нет</w:t>
            </w:r>
          </w:p>
        </w:tc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B58A2" w14:textId="77777777" w:rsidR="00F561B7" w:rsidRDefault="00F561B7"/>
        </w:tc>
      </w:tr>
      <w:tr w:rsidR="00F561B7" w:rsidRPr="00A0726D" w14:paraId="1221CDA0" w14:textId="77777777">
        <w:trPr>
          <w:jc w:val="center"/>
        </w:trPr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64F3ED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Административные расходы не превышают 10% от запрашиваемой суммы гранта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EE9F3E" w14:textId="77777777" w:rsidR="00F561B7" w:rsidRDefault="006A289D">
            <w:pPr>
              <w:jc w:val="center"/>
            </w:pPr>
            <w:r>
              <w:t>☐ Да ☐ Нет</w:t>
            </w:r>
          </w:p>
        </w:tc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5FE6AF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 xml:space="preserve">Указать сумму административных расходов: ______ </w:t>
            </w:r>
            <w:r>
              <w:t>USD</w:t>
            </w:r>
          </w:p>
        </w:tc>
      </w:tr>
      <w:tr w:rsidR="00F561B7" w:rsidRPr="00A0726D" w14:paraId="11F76826" w14:textId="77777777">
        <w:trPr>
          <w:jc w:val="center"/>
        </w:trPr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A24F4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Софинансирование составляет не менее 20% от запрашиваемой суммы гранта, если это требование установлено Руководством конкурса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87677" w14:textId="77777777" w:rsidR="00F561B7" w:rsidRDefault="006A289D">
            <w:pPr>
              <w:jc w:val="center"/>
            </w:pPr>
            <w:r>
              <w:t>☐ Да ☐ Нет</w:t>
            </w:r>
          </w:p>
        </w:tc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757433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 xml:space="preserve">Указать сумму и процент: ______ </w:t>
            </w:r>
            <w:r>
              <w:t>USD</w:t>
            </w:r>
            <w:r w:rsidRPr="005E4F17">
              <w:rPr>
                <w:lang w:val="ru-RU"/>
              </w:rPr>
              <w:t xml:space="preserve"> / ____ %</w:t>
            </w:r>
          </w:p>
        </w:tc>
      </w:tr>
      <w:tr w:rsidR="00F561B7" w14:paraId="399D1003" w14:textId="77777777">
        <w:trPr>
          <w:jc w:val="center"/>
        </w:trPr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3464E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Для оборудования, материалов и услуг приложены прайс-листы, сметы или другие подтверждения стоимости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D1523" w14:textId="77777777" w:rsidR="00F561B7" w:rsidRDefault="006A289D">
            <w:pPr>
              <w:jc w:val="center"/>
            </w:pPr>
            <w:r>
              <w:t>☐ Да ☐ Нет</w:t>
            </w:r>
          </w:p>
        </w:tc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0A5FF" w14:textId="77777777" w:rsidR="00F561B7" w:rsidRDefault="00F561B7"/>
        </w:tc>
      </w:tr>
      <w:tr w:rsidR="00F561B7" w14:paraId="373DCEE3" w14:textId="77777777">
        <w:trPr>
          <w:jc w:val="center"/>
        </w:trPr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C1DE7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Бюджет не включает недопустимые расходы, указанные в Руководстве конкурса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940675" w14:textId="77777777" w:rsidR="00F561B7" w:rsidRDefault="006A289D">
            <w:pPr>
              <w:jc w:val="center"/>
            </w:pPr>
            <w:r>
              <w:t>☐ Да ☐ Нет</w:t>
            </w:r>
          </w:p>
        </w:tc>
        <w:tc>
          <w:tcPr>
            <w:tcW w:w="68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85A53" w14:textId="77777777" w:rsidR="00F561B7" w:rsidRDefault="00F561B7"/>
        </w:tc>
      </w:tr>
    </w:tbl>
    <w:p w14:paraId="59369ECC" w14:textId="77777777" w:rsidR="00F561B7" w:rsidRDefault="006A289D">
      <w:pPr>
        <w:spacing w:before="140" w:after="60"/>
      </w:pPr>
      <w:r>
        <w:rPr>
          <w:b/>
          <w:color w:val="1F4E79"/>
          <w:sz w:val="22"/>
        </w:rPr>
        <w:t>Раздел 6. Подтверждающие документы к бюджету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2474"/>
        <w:gridCol w:w="2608"/>
      </w:tblGrid>
      <w:tr w:rsidR="00F561B7" w14:paraId="0AF7717B" w14:textId="77777777">
        <w:trPr>
          <w:jc w:val="center"/>
        </w:trPr>
        <w:tc>
          <w:tcPr>
            <w:tcW w:w="51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76EB20" w14:textId="77777777" w:rsidR="00F561B7" w:rsidRDefault="006A289D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1247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6FD7F" w14:textId="77777777" w:rsidR="00F561B7" w:rsidRDefault="006A289D">
            <w:pPr>
              <w:jc w:val="center"/>
            </w:pPr>
            <w:r>
              <w:rPr>
                <w:b/>
              </w:rPr>
              <w:t>Документ</w:t>
            </w:r>
          </w:p>
        </w:tc>
        <w:tc>
          <w:tcPr>
            <w:tcW w:w="260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7C6EE" w14:textId="77777777" w:rsidR="00F561B7" w:rsidRDefault="006A289D">
            <w:pPr>
              <w:jc w:val="center"/>
            </w:pPr>
            <w:r>
              <w:rPr>
                <w:b/>
              </w:rPr>
              <w:t>Приложен</w:t>
            </w:r>
          </w:p>
        </w:tc>
      </w:tr>
      <w:tr w:rsidR="00F561B7" w14:paraId="028C5982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92711" w14:textId="77777777" w:rsidR="00F561B7" w:rsidRDefault="006A289D">
            <w:pPr>
              <w:jc w:val="center"/>
            </w:pPr>
            <w:r>
              <w:t>1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C9789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 xml:space="preserve">Предварительная смета / </w:t>
            </w:r>
            <w:r>
              <w:t>BoQ</w:t>
            </w:r>
            <w:r w:rsidRPr="005E4F17">
              <w:rPr>
                <w:lang w:val="ru-RU"/>
              </w:rPr>
              <w:t xml:space="preserve"> / ведомость объемов работ, если применимо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E2CE1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  <w:tr w:rsidR="00F561B7" w14:paraId="2354375F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27251" w14:textId="77777777" w:rsidR="00F561B7" w:rsidRDefault="006A289D">
            <w:pPr>
              <w:jc w:val="center"/>
            </w:pPr>
            <w:r>
              <w:t>2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88012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Прайс-листы или коммерческие предложения на оборудование, материалы и услуги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5F992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  <w:tr w:rsidR="00F561B7" w14:paraId="72C9ED3B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DD0F7A" w14:textId="77777777" w:rsidR="00F561B7" w:rsidRDefault="006A289D">
            <w:pPr>
              <w:jc w:val="center"/>
            </w:pPr>
            <w:r>
              <w:t>3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79E99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Расчет стоимости работ и услуг специалистов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7C4759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  <w:tr w:rsidR="00F561B7" w14:paraId="65EC96FC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EF0B6" w14:textId="77777777" w:rsidR="00F561B7" w:rsidRDefault="006A289D">
            <w:pPr>
              <w:jc w:val="center"/>
            </w:pPr>
            <w:r>
              <w:t>4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854EC2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Документы, подтверждающие софинансирование или неденежный вклад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B3DC0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  <w:tr w:rsidR="00F561B7" w14:paraId="7DCBE4B2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93024" w14:textId="77777777" w:rsidR="00F561B7" w:rsidRDefault="006A289D">
            <w:pPr>
              <w:jc w:val="center"/>
            </w:pPr>
            <w:r>
              <w:t>5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8B2D1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Письмо поддержки / согласование от партнера или балансодержателя объекта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A0B852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  <w:tr w:rsidR="00F561B7" w14:paraId="5679153A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1188BD" w14:textId="77777777" w:rsidR="00F561B7" w:rsidRDefault="006A289D">
            <w:pPr>
              <w:jc w:val="center"/>
            </w:pPr>
            <w:r>
              <w:t>6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B768BE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Технические характеристики оборудования, если предусмотрена закупка оборудования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A0FB3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  <w:tr w:rsidR="00F561B7" w14:paraId="02950E6B" w14:textId="77777777">
        <w:trPr>
          <w:jc w:val="center"/>
        </w:trPr>
        <w:tc>
          <w:tcPr>
            <w:tcW w:w="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302BAE" w14:textId="77777777" w:rsidR="00F561B7" w:rsidRDefault="006A289D">
            <w:pPr>
              <w:jc w:val="center"/>
            </w:pPr>
            <w:r>
              <w:t>7</w:t>
            </w:r>
          </w:p>
        </w:tc>
        <w:tc>
          <w:tcPr>
            <w:tcW w:w="12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08BBB5" w14:textId="77777777" w:rsidR="00F561B7" w:rsidRPr="005E4F17" w:rsidRDefault="006A289D">
            <w:pPr>
              <w:rPr>
                <w:lang w:val="ru-RU"/>
              </w:rPr>
            </w:pPr>
            <w:r w:rsidRPr="005E4F17">
              <w:rPr>
                <w:lang w:val="ru-RU"/>
              </w:rPr>
              <w:t>Иные документы, подтверждающие реалистичность бюджета</w:t>
            </w:r>
          </w:p>
        </w:tc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5CE37" w14:textId="77777777" w:rsidR="00F561B7" w:rsidRDefault="006A289D">
            <w:pPr>
              <w:jc w:val="center"/>
            </w:pPr>
            <w:r>
              <w:t>☐ Да ☐ Нет</w:t>
            </w:r>
          </w:p>
        </w:tc>
      </w:tr>
    </w:tbl>
    <w:p w14:paraId="2B56CADB" w14:textId="77777777" w:rsidR="00F561B7" w:rsidRDefault="006A289D">
      <w:pPr>
        <w:spacing w:before="140" w:after="60"/>
      </w:pPr>
      <w:r>
        <w:rPr>
          <w:b/>
          <w:color w:val="1F4E79"/>
          <w:sz w:val="22"/>
        </w:rPr>
        <w:t>Раздел 7. Подтверждение заявителя</w:t>
      </w:r>
    </w:p>
    <w:p w14:paraId="3BB0FEF0" w14:textId="77777777" w:rsidR="00F561B7" w:rsidRPr="005E4F17" w:rsidRDefault="006A289D">
      <w:pPr>
        <w:spacing w:after="80"/>
        <w:rPr>
          <w:lang w:val="ru-RU"/>
        </w:rPr>
      </w:pPr>
      <w:r w:rsidRPr="005E4F17">
        <w:rPr>
          <w:lang w:val="ru-RU"/>
        </w:rPr>
        <w:t>Подтверждаю, что бюджет проекта является обоснованным, реалистичным и соответствует Форме заявки (Приложение 2), Календарному плану (Приложение 3), техническому решению и требованиям Руководства конкурса.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1340"/>
      </w:tblGrid>
      <w:tr w:rsidR="00F561B7" w14:paraId="6814B3E4" w14:textId="77777777">
        <w:trPr>
          <w:jc w:val="center"/>
        </w:trPr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3123B1" w14:textId="77777777" w:rsidR="00F561B7" w:rsidRDefault="006A289D">
            <w:r>
              <w:rPr>
                <w:b/>
                <w:sz w:val="17"/>
              </w:rPr>
              <w:t>ФИО ответственного лица</w:t>
            </w:r>
          </w:p>
        </w:tc>
        <w:tc>
          <w:tcPr>
            <w:tcW w:w="11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3035C" w14:textId="77777777" w:rsidR="00F561B7" w:rsidRDefault="00F561B7"/>
        </w:tc>
      </w:tr>
      <w:tr w:rsidR="00F561B7" w14:paraId="20FB95AD" w14:textId="77777777">
        <w:trPr>
          <w:jc w:val="center"/>
        </w:trPr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61900" w14:textId="77777777" w:rsidR="00F561B7" w:rsidRDefault="006A289D">
            <w:r>
              <w:rPr>
                <w:b/>
                <w:sz w:val="17"/>
              </w:rPr>
              <w:t>Должность</w:t>
            </w:r>
          </w:p>
        </w:tc>
        <w:tc>
          <w:tcPr>
            <w:tcW w:w="11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A19C7" w14:textId="77777777" w:rsidR="00F561B7" w:rsidRDefault="00F561B7"/>
        </w:tc>
      </w:tr>
      <w:tr w:rsidR="00F561B7" w14:paraId="781ADBBB" w14:textId="77777777">
        <w:trPr>
          <w:jc w:val="center"/>
        </w:trPr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9D208" w14:textId="77777777" w:rsidR="00F561B7" w:rsidRDefault="006A289D">
            <w:r>
              <w:rPr>
                <w:b/>
                <w:sz w:val="17"/>
              </w:rPr>
              <w:t>Подпись</w:t>
            </w:r>
          </w:p>
        </w:tc>
        <w:tc>
          <w:tcPr>
            <w:tcW w:w="11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B61FD" w14:textId="77777777" w:rsidR="00F561B7" w:rsidRDefault="00F561B7"/>
        </w:tc>
      </w:tr>
      <w:tr w:rsidR="00F561B7" w14:paraId="08477B30" w14:textId="77777777">
        <w:trPr>
          <w:jc w:val="center"/>
        </w:trPr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C974F" w14:textId="77777777" w:rsidR="00F561B7" w:rsidRDefault="006A289D">
            <w:r>
              <w:rPr>
                <w:b/>
                <w:sz w:val="17"/>
              </w:rPr>
              <w:t>Дата / печать</w:t>
            </w:r>
          </w:p>
        </w:tc>
        <w:tc>
          <w:tcPr>
            <w:tcW w:w="113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F58DA4" w14:textId="77777777" w:rsidR="00F561B7" w:rsidRDefault="00F561B7"/>
        </w:tc>
      </w:tr>
    </w:tbl>
    <w:p w14:paraId="394D932A" w14:textId="77777777" w:rsidR="00F561B7" w:rsidRDefault="006A289D">
      <w:pPr>
        <w:spacing w:after="80"/>
      </w:pPr>
      <w:r w:rsidRPr="005E4F17">
        <w:rPr>
          <w:i/>
          <w:color w:val="666666"/>
          <w:lang w:val="ru-RU"/>
        </w:rPr>
        <w:t xml:space="preserve">Примечание: примеры в таблицах можно удалить или заменить при заполнении формы. </w:t>
      </w:r>
      <w:r>
        <w:rPr>
          <w:i/>
          <w:color w:val="666666"/>
        </w:rPr>
        <w:t>Пустые строки можно добавить при необходимости.</w:t>
      </w:r>
    </w:p>
    <w:sectPr w:rsidR="00F561B7" w:rsidSect="00034616">
      <w:pgSz w:w="16838" w:h="11906" w:orient="landscape"/>
      <w:pgMar w:top="624" w:right="624" w:bottom="56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2956204">
    <w:abstractNumId w:val="8"/>
  </w:num>
  <w:num w:numId="2" w16cid:durableId="213931974">
    <w:abstractNumId w:val="6"/>
  </w:num>
  <w:num w:numId="3" w16cid:durableId="1336689475">
    <w:abstractNumId w:val="5"/>
  </w:num>
  <w:num w:numId="4" w16cid:durableId="1989241833">
    <w:abstractNumId w:val="4"/>
  </w:num>
  <w:num w:numId="5" w16cid:durableId="1558861801">
    <w:abstractNumId w:val="7"/>
  </w:num>
  <w:num w:numId="6" w16cid:durableId="338698006">
    <w:abstractNumId w:val="3"/>
  </w:num>
  <w:num w:numId="7" w16cid:durableId="19554398">
    <w:abstractNumId w:val="2"/>
  </w:num>
  <w:num w:numId="8" w16cid:durableId="318385338">
    <w:abstractNumId w:val="1"/>
  </w:num>
  <w:num w:numId="9" w16cid:durableId="87203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CA2"/>
    <w:rsid w:val="0006063C"/>
    <w:rsid w:val="00135919"/>
    <w:rsid w:val="0015074B"/>
    <w:rsid w:val="001D73D8"/>
    <w:rsid w:val="0029639D"/>
    <w:rsid w:val="00326F90"/>
    <w:rsid w:val="005E4F17"/>
    <w:rsid w:val="006A289D"/>
    <w:rsid w:val="0098198F"/>
    <w:rsid w:val="00A0726D"/>
    <w:rsid w:val="00AA1D8D"/>
    <w:rsid w:val="00B47730"/>
    <w:rsid w:val="00CB0664"/>
    <w:rsid w:val="00F561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18385"/>
  <w14:defaultImageDpi w14:val="300"/>
  <w15:docId w15:val="{30EEE263-E913-44F0-8E92-AE5E8088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Aizada Urgunalieva</cp:lastModifiedBy>
  <cp:revision>3</cp:revision>
  <dcterms:created xsi:type="dcterms:W3CDTF">2026-07-28T03:43:00Z</dcterms:created>
  <dcterms:modified xsi:type="dcterms:W3CDTF">2026-07-30T06:10:00Z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05a413ff-ec98-4d62-9675-7e7f395904d1</vt:lpwstr>
  </property>
</Properties>
</file>