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10205"/>
        <w:gridCol w:w="2835"/>
      </w:tblGrid>
      <w:tr w:rsidR="0044297A" w14:paraId="13EED130" w14:textId="77777777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9B375" w14:textId="77777777" w:rsidR="0044297A" w:rsidRDefault="0042553D">
            <w:r>
              <w:rPr>
                <w:noProof/>
              </w:rPr>
              <w:drawing>
                <wp:inline distT="0" distB="0" distL="0" distR="0" wp14:anchorId="2F8CFA39" wp14:editId="4E682F0D">
                  <wp:extent cx="1007999" cy="75263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999" cy="752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6484D" w14:textId="624ED367" w:rsidR="0044297A" w:rsidRPr="000F1A66" w:rsidRDefault="0042553D">
            <w:pPr>
              <w:jc w:val="center"/>
              <w:rPr>
                <w:lang w:val="ru-RU"/>
              </w:rPr>
            </w:pPr>
            <w:r w:rsidRPr="000F1A66">
              <w:rPr>
                <w:b/>
                <w:sz w:val="20"/>
                <w:lang w:val="ru-RU"/>
              </w:rPr>
              <w:t>Проект «Повышение устойчивости городов к рискам бедствий</w:t>
            </w:r>
            <w:r w:rsidRPr="000F1A66">
              <w:rPr>
                <w:lang w:val="ru-RU"/>
              </w:rPr>
              <w:br/>
            </w:r>
            <w:r w:rsidRPr="000F1A66">
              <w:rPr>
                <w:b/>
                <w:sz w:val="20"/>
                <w:lang w:val="ru-RU"/>
              </w:rPr>
              <w:t>и изменению климата в Центральной Азии»</w:t>
            </w:r>
            <w:r w:rsidRPr="000F1A66">
              <w:rPr>
                <w:lang w:val="ru-RU"/>
              </w:rPr>
              <w:br/>
            </w:r>
            <w:r>
              <w:t>ID</w:t>
            </w:r>
            <w:r w:rsidRPr="000F1A66">
              <w:rPr>
                <w:lang w:val="ru-RU"/>
              </w:rPr>
              <w:t xml:space="preserve"> 0100</w:t>
            </w:r>
            <w:r w:rsidR="00341CDC">
              <w:rPr>
                <w:lang w:val="ru-RU"/>
              </w:rPr>
              <w:t>4067</w:t>
            </w:r>
            <w:r w:rsidRPr="000F1A66">
              <w:rPr>
                <w:lang w:val="ru-RU"/>
              </w:rPr>
              <w:br/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07FAD" w14:textId="77777777" w:rsidR="0044297A" w:rsidRDefault="0042553D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DE1F778" wp14:editId="30DF5FBB">
                  <wp:extent cx="396000" cy="800609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" cy="800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DBE0E6" w14:textId="77777777" w:rsidR="0044297A" w:rsidRPr="000F1A66" w:rsidRDefault="0042553D">
      <w:pPr>
        <w:jc w:val="right"/>
        <w:rPr>
          <w:lang w:val="ru-RU"/>
        </w:rPr>
      </w:pPr>
      <w:r w:rsidRPr="000F1A66">
        <w:rPr>
          <w:b/>
          <w:sz w:val="20"/>
          <w:lang w:val="ru-RU"/>
        </w:rPr>
        <w:t>Приложение 3</w:t>
      </w:r>
    </w:p>
    <w:p w14:paraId="4D4FB5D0" w14:textId="77777777" w:rsidR="0044297A" w:rsidRPr="000F1A66" w:rsidRDefault="0042553D">
      <w:pPr>
        <w:jc w:val="center"/>
        <w:rPr>
          <w:lang w:val="ru-RU"/>
        </w:rPr>
      </w:pPr>
      <w:r w:rsidRPr="000F1A66">
        <w:rPr>
          <w:b/>
          <w:color w:val="1F4E79"/>
          <w:sz w:val="28"/>
          <w:lang w:val="ru-RU"/>
        </w:rPr>
        <w:t>КАЛЕНДАРНЫЙ ПЛАН РЕАЛИЗАЦИИ ГРАНТОВОГО ПРОЕКТА</w:t>
      </w:r>
    </w:p>
    <w:p w14:paraId="05FED9BD" w14:textId="77777777" w:rsidR="0044297A" w:rsidRPr="000F1A66" w:rsidRDefault="0042553D">
      <w:pPr>
        <w:spacing w:after="80"/>
        <w:rPr>
          <w:lang w:val="ru-RU"/>
        </w:rPr>
      </w:pPr>
      <w:r w:rsidRPr="000F1A66">
        <w:rPr>
          <w:lang w:val="ru-RU"/>
        </w:rPr>
        <w:t>Форма заполняется заявителем и подается вместе с Формой заявки (Приложение 2) и Бюджетом проекта (Приложение 4). Все мероприятия в календарном плане должны соответствовать техническому решению, бюджету и ожидаемым результатам проекта.</w:t>
      </w:r>
    </w:p>
    <w:p w14:paraId="1CF3CDBA" w14:textId="77777777" w:rsidR="0044297A" w:rsidRDefault="0042553D">
      <w:pPr>
        <w:pStyle w:val="1"/>
      </w:pPr>
      <w:r>
        <w:rPr>
          <w:rFonts w:ascii="Arial" w:eastAsia="Arial" w:hAnsi="Arial"/>
          <w:color w:val="1F4E79"/>
          <w:sz w:val="22"/>
        </w:rPr>
        <w:t>Раздел 1. Общая информация о проекте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5"/>
        <w:gridCol w:w="10772"/>
      </w:tblGrid>
      <w:tr w:rsidR="0044297A" w14:paraId="5DA0C6FD" w14:textId="77777777">
        <w:trPr>
          <w:jc w:val="center"/>
        </w:trPr>
        <w:tc>
          <w:tcPr>
            <w:tcW w:w="45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281689" w14:textId="77777777" w:rsidR="0044297A" w:rsidRDefault="0042553D">
            <w:r>
              <w:rPr>
                <w:b/>
              </w:rPr>
              <w:t>Название проекта</w:t>
            </w:r>
          </w:p>
        </w:tc>
        <w:tc>
          <w:tcPr>
            <w:tcW w:w="1077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F567ED" w14:textId="77777777" w:rsidR="0044297A" w:rsidRDefault="0044297A"/>
        </w:tc>
      </w:tr>
      <w:tr w:rsidR="0044297A" w14:paraId="4F5C8317" w14:textId="77777777">
        <w:trPr>
          <w:jc w:val="center"/>
        </w:trPr>
        <w:tc>
          <w:tcPr>
            <w:tcW w:w="45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FEB438" w14:textId="77777777" w:rsidR="0044297A" w:rsidRDefault="0042553D">
            <w:r>
              <w:rPr>
                <w:b/>
              </w:rPr>
              <w:t>Лот / направление конкурса</w:t>
            </w:r>
          </w:p>
        </w:tc>
        <w:tc>
          <w:tcPr>
            <w:tcW w:w="1077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54C027" w14:textId="77777777" w:rsidR="0044297A" w:rsidRDefault="0042553D">
            <w:r w:rsidRPr="000F1A66">
              <w:rPr>
                <w:i/>
                <w:color w:val="666666"/>
                <w:lang w:val="ru-RU"/>
              </w:rPr>
              <w:t xml:space="preserve">☐ Лот 1. Водоэффективные практики   ☐ Лот 2. Природоориентированные решения   ☐ Лот 3. </w:t>
            </w:r>
            <w:r>
              <w:rPr>
                <w:i/>
                <w:color w:val="666666"/>
              </w:rPr>
              <w:t>Энергоэффективность   ☐ Комбинированное решение</w:t>
            </w:r>
          </w:p>
        </w:tc>
      </w:tr>
      <w:tr w:rsidR="0044297A" w14:paraId="09F0DDC4" w14:textId="77777777">
        <w:trPr>
          <w:jc w:val="center"/>
        </w:trPr>
        <w:tc>
          <w:tcPr>
            <w:tcW w:w="45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1DEAFD" w14:textId="77777777" w:rsidR="0044297A" w:rsidRDefault="0042553D">
            <w:r>
              <w:rPr>
                <w:b/>
              </w:rPr>
              <w:t>Заявитель (наименование организации)</w:t>
            </w:r>
          </w:p>
        </w:tc>
        <w:tc>
          <w:tcPr>
            <w:tcW w:w="1077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CCB963" w14:textId="77777777" w:rsidR="0044297A" w:rsidRDefault="0044297A"/>
        </w:tc>
      </w:tr>
      <w:tr w:rsidR="0044297A" w14:paraId="426730A3" w14:textId="77777777">
        <w:trPr>
          <w:jc w:val="center"/>
        </w:trPr>
        <w:tc>
          <w:tcPr>
            <w:tcW w:w="45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7850A9" w14:textId="77777777" w:rsidR="0044297A" w:rsidRDefault="0042553D">
            <w:r>
              <w:rPr>
                <w:b/>
              </w:rPr>
              <w:t>Партнер проекта / балансодержатель объекта</w:t>
            </w:r>
          </w:p>
        </w:tc>
        <w:tc>
          <w:tcPr>
            <w:tcW w:w="1077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BB66E5" w14:textId="77777777" w:rsidR="0044297A" w:rsidRDefault="0044297A"/>
        </w:tc>
      </w:tr>
      <w:tr w:rsidR="0044297A" w14:paraId="36F4820C" w14:textId="77777777">
        <w:trPr>
          <w:jc w:val="center"/>
        </w:trPr>
        <w:tc>
          <w:tcPr>
            <w:tcW w:w="45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C1C811" w14:textId="77777777" w:rsidR="0044297A" w:rsidRDefault="0042553D">
            <w:r>
              <w:rPr>
                <w:b/>
              </w:rPr>
              <w:t>Объект или территория реализации</w:t>
            </w:r>
          </w:p>
        </w:tc>
        <w:tc>
          <w:tcPr>
            <w:tcW w:w="1077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24E867" w14:textId="77777777" w:rsidR="0044297A" w:rsidRDefault="0044297A"/>
        </w:tc>
      </w:tr>
      <w:tr w:rsidR="0044297A" w14:paraId="2E5208BB" w14:textId="77777777">
        <w:trPr>
          <w:jc w:val="center"/>
        </w:trPr>
        <w:tc>
          <w:tcPr>
            <w:tcW w:w="45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2DDCE6" w14:textId="77777777" w:rsidR="0044297A" w:rsidRDefault="0042553D">
            <w:r>
              <w:rPr>
                <w:b/>
              </w:rPr>
              <w:t>Срок реализации проекта</w:t>
            </w:r>
          </w:p>
        </w:tc>
        <w:tc>
          <w:tcPr>
            <w:tcW w:w="1077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805BE4" w14:textId="0F9F2C24" w:rsidR="0044297A" w:rsidRDefault="0042553D">
            <w:r>
              <w:rPr>
                <w:i/>
                <w:color w:val="666666"/>
              </w:rPr>
              <w:t xml:space="preserve">Не более </w:t>
            </w:r>
            <w:r w:rsidR="00AB1B6A" w:rsidRPr="00AB1B6A">
              <w:rPr>
                <w:i/>
                <w:color w:val="666666"/>
                <w:highlight w:val="yellow"/>
              </w:rPr>
              <w:t>10</w:t>
            </w:r>
            <w:r w:rsidR="00AB1B6A">
              <w:rPr>
                <w:i/>
                <w:color w:val="666666"/>
              </w:rPr>
              <w:t xml:space="preserve"> </w:t>
            </w:r>
            <w:r>
              <w:rPr>
                <w:i/>
                <w:color w:val="666666"/>
              </w:rPr>
              <w:t>месяцев</w:t>
            </w:r>
          </w:p>
        </w:tc>
      </w:tr>
      <w:tr w:rsidR="0044297A" w14:paraId="35907856" w14:textId="77777777">
        <w:trPr>
          <w:jc w:val="center"/>
        </w:trPr>
        <w:tc>
          <w:tcPr>
            <w:tcW w:w="45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25ABAD" w14:textId="77777777" w:rsidR="0044297A" w:rsidRDefault="0042553D">
            <w:r>
              <w:rPr>
                <w:b/>
              </w:rPr>
              <w:t>Предполагаемая дата начала реализации</w:t>
            </w:r>
          </w:p>
        </w:tc>
        <w:tc>
          <w:tcPr>
            <w:tcW w:w="1077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37D919" w14:textId="77777777" w:rsidR="0044297A" w:rsidRDefault="0042553D">
            <w:r>
              <w:rPr>
                <w:i/>
                <w:color w:val="666666"/>
              </w:rPr>
              <w:t>После подписания грантового соглашения</w:t>
            </w:r>
          </w:p>
        </w:tc>
      </w:tr>
      <w:tr w:rsidR="0044297A" w14:paraId="0860212E" w14:textId="77777777">
        <w:trPr>
          <w:jc w:val="center"/>
        </w:trPr>
        <w:tc>
          <w:tcPr>
            <w:tcW w:w="45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655695" w14:textId="77777777" w:rsidR="0044297A" w:rsidRDefault="0042553D">
            <w:r>
              <w:rPr>
                <w:b/>
              </w:rPr>
              <w:t>Запрашиваемая сумма гранта (USD)</w:t>
            </w:r>
          </w:p>
        </w:tc>
        <w:tc>
          <w:tcPr>
            <w:tcW w:w="1077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B755B8" w14:textId="77777777" w:rsidR="0044297A" w:rsidRDefault="0044297A"/>
        </w:tc>
      </w:tr>
      <w:tr w:rsidR="0044297A" w14:paraId="01928EDC" w14:textId="77777777">
        <w:trPr>
          <w:jc w:val="center"/>
        </w:trPr>
        <w:tc>
          <w:tcPr>
            <w:tcW w:w="45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E5A80F" w14:textId="77777777" w:rsidR="0044297A" w:rsidRDefault="0042553D">
            <w:r>
              <w:rPr>
                <w:b/>
              </w:rPr>
              <w:t>Софинансирование (сумма и %)</w:t>
            </w:r>
          </w:p>
        </w:tc>
        <w:tc>
          <w:tcPr>
            <w:tcW w:w="1077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6D278A" w14:textId="77777777" w:rsidR="0044297A" w:rsidRDefault="0044297A"/>
        </w:tc>
      </w:tr>
    </w:tbl>
    <w:p w14:paraId="6E7F4A76" w14:textId="77777777" w:rsidR="0044297A" w:rsidRDefault="0042553D">
      <w:pPr>
        <w:pStyle w:val="1"/>
      </w:pPr>
      <w:r>
        <w:rPr>
          <w:rFonts w:ascii="Arial" w:eastAsia="Arial" w:hAnsi="Arial"/>
          <w:color w:val="1F4E79"/>
          <w:sz w:val="22"/>
        </w:rPr>
        <w:t>Раздел 2. Календарный план мероприятий</w:t>
      </w:r>
    </w:p>
    <w:p w14:paraId="24588815" w14:textId="77777777" w:rsidR="0044297A" w:rsidRPr="000F1A66" w:rsidRDefault="0042553D">
      <w:pPr>
        <w:spacing w:after="80"/>
        <w:rPr>
          <w:lang w:val="ru-RU"/>
        </w:rPr>
      </w:pPr>
      <w:r w:rsidRPr="000F1A66">
        <w:rPr>
          <w:lang w:val="ru-RU"/>
        </w:rPr>
        <w:t>Укажите все мероприятия проекта в хронологическом порядке. Отметьте месяцы реализации знаком «</w:t>
      </w:r>
      <w:r>
        <w:t>X</w:t>
      </w:r>
      <w:r w:rsidRPr="000F1A66">
        <w:rPr>
          <w:lang w:val="ru-RU"/>
        </w:rPr>
        <w:t>». Для каждого мероприятия укажите конкретный результат или документ, которым будет подтверждено выполнение.</w:t>
      </w:r>
    </w:p>
    <w:tbl>
      <w:tblPr>
        <w:tblStyle w:val="aff0"/>
        <w:tblW w:w="15106" w:type="dxa"/>
        <w:jc w:val="center"/>
        <w:tblLayout w:type="fixed"/>
        <w:tblLook w:val="04A0" w:firstRow="1" w:lastRow="0" w:firstColumn="1" w:lastColumn="0" w:noHBand="0" w:noVBand="1"/>
      </w:tblPr>
      <w:tblGrid>
        <w:gridCol w:w="613"/>
        <w:gridCol w:w="1426"/>
        <w:gridCol w:w="1859"/>
        <w:gridCol w:w="1440"/>
        <w:gridCol w:w="270"/>
        <w:gridCol w:w="270"/>
        <w:gridCol w:w="270"/>
        <w:gridCol w:w="180"/>
        <w:gridCol w:w="90"/>
        <w:gridCol w:w="270"/>
        <w:gridCol w:w="270"/>
        <w:gridCol w:w="270"/>
        <w:gridCol w:w="270"/>
        <w:gridCol w:w="270"/>
        <w:gridCol w:w="450"/>
        <w:gridCol w:w="6888"/>
      </w:tblGrid>
      <w:tr w:rsidR="007476A2" w14:paraId="4461602E" w14:textId="77777777" w:rsidTr="0084692C">
        <w:trPr>
          <w:cantSplit/>
          <w:trHeight w:val="50"/>
          <w:tblHeader/>
          <w:jc w:val="center"/>
        </w:trPr>
        <w:tc>
          <w:tcPr>
            <w:tcW w:w="613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694C57" w14:textId="77777777" w:rsidR="007476A2" w:rsidRDefault="007476A2" w:rsidP="007476A2">
            <w:pPr>
              <w:jc w:val="center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1426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A2A715" w14:textId="77777777" w:rsidR="007476A2" w:rsidRDefault="007476A2" w:rsidP="007476A2">
            <w:pPr>
              <w:jc w:val="center"/>
            </w:pPr>
            <w:r>
              <w:rPr>
                <w:b/>
                <w:sz w:val="16"/>
              </w:rPr>
              <w:t>Мероприятие / этап работ</w:t>
            </w:r>
          </w:p>
        </w:tc>
        <w:tc>
          <w:tcPr>
            <w:tcW w:w="1859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F0A5AC" w14:textId="77777777" w:rsidR="007476A2" w:rsidRDefault="007476A2" w:rsidP="007476A2">
            <w:pPr>
              <w:jc w:val="center"/>
            </w:pPr>
            <w:r>
              <w:rPr>
                <w:b/>
                <w:sz w:val="16"/>
              </w:rPr>
              <w:t>Краткое описание работ</w:t>
            </w:r>
          </w:p>
        </w:tc>
        <w:tc>
          <w:tcPr>
            <w:tcW w:w="1440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10978B" w14:textId="77777777" w:rsidR="007476A2" w:rsidRDefault="007476A2" w:rsidP="007476A2">
            <w:pPr>
              <w:jc w:val="center"/>
            </w:pPr>
            <w:r>
              <w:rPr>
                <w:b/>
                <w:sz w:val="16"/>
              </w:rPr>
              <w:t>Ответственный</w:t>
            </w:r>
          </w:p>
        </w:tc>
        <w:tc>
          <w:tcPr>
            <w:tcW w:w="270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928417" w14:textId="77777777" w:rsidR="007476A2" w:rsidRDefault="007476A2" w:rsidP="007476A2">
            <w:pPr>
              <w:jc w:val="center"/>
            </w:pPr>
            <w:r>
              <w:rPr>
                <w:b/>
                <w:sz w:val="16"/>
              </w:rPr>
              <w:t>М1</w:t>
            </w:r>
          </w:p>
        </w:tc>
        <w:tc>
          <w:tcPr>
            <w:tcW w:w="270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E242F8" w14:textId="77777777" w:rsidR="007476A2" w:rsidRDefault="007476A2" w:rsidP="007476A2">
            <w:pPr>
              <w:jc w:val="center"/>
            </w:pPr>
            <w:r>
              <w:rPr>
                <w:b/>
                <w:sz w:val="16"/>
              </w:rPr>
              <w:t>М2</w:t>
            </w:r>
          </w:p>
        </w:tc>
        <w:tc>
          <w:tcPr>
            <w:tcW w:w="270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2FEB0C" w14:textId="77777777" w:rsidR="007476A2" w:rsidRDefault="007476A2" w:rsidP="007476A2">
            <w:pPr>
              <w:jc w:val="center"/>
            </w:pPr>
            <w:r>
              <w:rPr>
                <w:b/>
                <w:sz w:val="16"/>
              </w:rPr>
              <w:t>М3</w:t>
            </w:r>
          </w:p>
        </w:tc>
        <w:tc>
          <w:tcPr>
            <w:tcW w:w="270" w:type="dxa"/>
            <w:gridSpan w:val="2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592C17" w14:textId="77777777" w:rsidR="007476A2" w:rsidRDefault="007476A2" w:rsidP="007476A2">
            <w:pPr>
              <w:jc w:val="center"/>
            </w:pPr>
            <w:r>
              <w:rPr>
                <w:b/>
                <w:sz w:val="16"/>
              </w:rPr>
              <w:t>М4</w:t>
            </w:r>
          </w:p>
        </w:tc>
        <w:tc>
          <w:tcPr>
            <w:tcW w:w="270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FD243A" w14:textId="77777777" w:rsidR="007476A2" w:rsidRDefault="007476A2" w:rsidP="007476A2">
            <w:pPr>
              <w:jc w:val="center"/>
            </w:pPr>
            <w:r>
              <w:rPr>
                <w:b/>
                <w:sz w:val="16"/>
              </w:rPr>
              <w:t>М5</w:t>
            </w:r>
          </w:p>
        </w:tc>
        <w:tc>
          <w:tcPr>
            <w:tcW w:w="270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63B5EA" w14:textId="77777777" w:rsidR="007476A2" w:rsidRDefault="007476A2" w:rsidP="007476A2">
            <w:pPr>
              <w:jc w:val="center"/>
            </w:pPr>
            <w:r>
              <w:rPr>
                <w:b/>
                <w:sz w:val="16"/>
              </w:rPr>
              <w:t>М6</w:t>
            </w:r>
          </w:p>
        </w:tc>
        <w:tc>
          <w:tcPr>
            <w:tcW w:w="270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469AC3" w14:textId="77777777" w:rsidR="007476A2" w:rsidRDefault="007476A2" w:rsidP="007476A2">
            <w:pPr>
              <w:jc w:val="center"/>
            </w:pPr>
            <w:r>
              <w:rPr>
                <w:b/>
                <w:sz w:val="16"/>
              </w:rPr>
              <w:t>М7</w:t>
            </w:r>
          </w:p>
        </w:tc>
        <w:tc>
          <w:tcPr>
            <w:tcW w:w="270" w:type="dxa"/>
            <w:shd w:val="clear" w:color="auto" w:fill="D9EAF7"/>
          </w:tcPr>
          <w:p w14:paraId="448CBC6F" w14:textId="58D2095A" w:rsidR="007476A2" w:rsidRPr="000F1A66" w:rsidRDefault="007476A2" w:rsidP="007476A2">
            <w:pPr>
              <w:jc w:val="center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</w:rPr>
              <w:t>M</w:t>
            </w:r>
            <w:r>
              <w:rPr>
                <w:b/>
                <w:sz w:val="16"/>
                <w:lang w:val="ru-RU"/>
              </w:rPr>
              <w:t xml:space="preserve">8 </w:t>
            </w:r>
          </w:p>
        </w:tc>
        <w:tc>
          <w:tcPr>
            <w:tcW w:w="270" w:type="dxa"/>
            <w:shd w:val="clear" w:color="auto" w:fill="D9EAF7"/>
          </w:tcPr>
          <w:p w14:paraId="2B9544F2" w14:textId="0AFE42C1" w:rsidR="007476A2" w:rsidRPr="00233508" w:rsidRDefault="007476A2" w:rsidP="007476A2">
            <w:pPr>
              <w:jc w:val="center"/>
              <w:rPr>
                <w:b/>
                <w:sz w:val="16"/>
                <w:highlight w:val="yellow"/>
              </w:rPr>
            </w:pPr>
            <w:r w:rsidRPr="00233508">
              <w:rPr>
                <w:b/>
                <w:sz w:val="16"/>
                <w:highlight w:val="yellow"/>
              </w:rPr>
              <w:t>M9</w:t>
            </w:r>
          </w:p>
        </w:tc>
        <w:tc>
          <w:tcPr>
            <w:tcW w:w="450" w:type="dxa"/>
            <w:shd w:val="clear" w:color="auto" w:fill="D9EAF7"/>
          </w:tcPr>
          <w:p w14:paraId="5AF9A308" w14:textId="77777777" w:rsidR="0084692C" w:rsidRPr="00233508" w:rsidRDefault="007476A2" w:rsidP="007476A2">
            <w:pPr>
              <w:jc w:val="center"/>
              <w:rPr>
                <w:b/>
                <w:sz w:val="16"/>
                <w:highlight w:val="yellow"/>
              </w:rPr>
            </w:pPr>
            <w:r w:rsidRPr="00233508">
              <w:rPr>
                <w:b/>
                <w:sz w:val="16"/>
                <w:highlight w:val="yellow"/>
              </w:rPr>
              <w:t>M</w:t>
            </w:r>
          </w:p>
          <w:p w14:paraId="4ECD1CD6" w14:textId="48936E42" w:rsidR="007476A2" w:rsidRPr="00233508" w:rsidRDefault="007476A2" w:rsidP="007476A2">
            <w:pPr>
              <w:jc w:val="center"/>
              <w:rPr>
                <w:b/>
                <w:sz w:val="16"/>
                <w:highlight w:val="yellow"/>
              </w:rPr>
            </w:pPr>
            <w:r w:rsidRPr="00233508">
              <w:rPr>
                <w:b/>
                <w:sz w:val="16"/>
                <w:highlight w:val="yellow"/>
              </w:rPr>
              <w:t>10</w:t>
            </w:r>
          </w:p>
        </w:tc>
        <w:tc>
          <w:tcPr>
            <w:tcW w:w="6888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AC12FD" w14:textId="375EE6E8" w:rsidR="007476A2" w:rsidRDefault="007476A2" w:rsidP="007476A2">
            <w:pPr>
              <w:jc w:val="center"/>
            </w:pPr>
            <w:r>
              <w:rPr>
                <w:b/>
                <w:sz w:val="16"/>
              </w:rPr>
              <w:t>Ожидаемый результат / подтверждающий документ</w:t>
            </w:r>
          </w:p>
        </w:tc>
      </w:tr>
      <w:tr w:rsidR="00AB1B6A" w:rsidRPr="00341CDC" w14:paraId="7AAB4003" w14:textId="77777777" w:rsidTr="0084692C">
        <w:trPr>
          <w:cantSplit/>
          <w:trHeight w:val="48"/>
          <w:jc w:val="center"/>
        </w:trPr>
        <w:tc>
          <w:tcPr>
            <w:tcW w:w="6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B3B09B" w14:textId="77777777" w:rsidR="00AB1B6A" w:rsidRDefault="00AB1B6A">
            <w:pPr>
              <w:jc w:val="center"/>
            </w:pPr>
            <w:r>
              <w:rPr>
                <w:sz w:val="15"/>
              </w:rPr>
              <w:t>1</w:t>
            </w:r>
          </w:p>
        </w:tc>
        <w:tc>
          <w:tcPr>
            <w:tcW w:w="14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8B19BB" w14:textId="1C830183" w:rsidR="00AB1B6A" w:rsidRPr="00F5008B" w:rsidRDefault="00AB1B6A">
            <w:pPr>
              <w:rPr>
                <w:color w:val="FF0000"/>
              </w:rPr>
            </w:pPr>
            <w:r w:rsidRPr="00F5008B">
              <w:rPr>
                <w:i/>
                <w:color w:val="FF0000"/>
                <w:sz w:val="15"/>
                <w:lang w:val="ru-RU"/>
              </w:rPr>
              <w:t xml:space="preserve">Пример - </w:t>
            </w:r>
            <w:r w:rsidRPr="00F5008B">
              <w:rPr>
                <w:i/>
                <w:color w:val="FF0000"/>
                <w:sz w:val="15"/>
              </w:rPr>
              <w:t>Подготовка стартового пакета</w:t>
            </w:r>
          </w:p>
        </w:tc>
        <w:tc>
          <w:tcPr>
            <w:tcW w:w="18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66D23A" w14:textId="77777777" w:rsidR="00AB1B6A" w:rsidRPr="00F5008B" w:rsidRDefault="00AB1B6A">
            <w:pPr>
              <w:rPr>
                <w:color w:val="FF0000"/>
                <w:lang w:val="ru-RU"/>
              </w:rPr>
            </w:pPr>
            <w:r w:rsidRPr="00F5008B">
              <w:rPr>
                <w:i/>
                <w:color w:val="FF0000"/>
                <w:sz w:val="15"/>
                <w:lang w:val="ru-RU"/>
              </w:rPr>
              <w:t>Уточнение графика работ, плана закупок, ответственных лиц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9BFD39" w14:textId="77777777" w:rsidR="00AB1B6A" w:rsidRPr="00F5008B" w:rsidRDefault="00AB1B6A">
            <w:pPr>
              <w:rPr>
                <w:color w:val="FF0000"/>
              </w:rPr>
            </w:pPr>
            <w:r w:rsidRPr="00F5008B">
              <w:rPr>
                <w:color w:val="FF0000"/>
                <w:sz w:val="15"/>
              </w:rPr>
              <w:t>НПО</w:t>
            </w: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4E3AD0" w14:textId="0CBD9D43" w:rsidR="00AB1B6A" w:rsidRPr="00F5008B" w:rsidRDefault="00AB1B6A">
            <w:pPr>
              <w:jc w:val="center"/>
              <w:rPr>
                <w:color w:val="FF0000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3325DE" w14:textId="77777777" w:rsidR="00AB1B6A" w:rsidRPr="00F5008B" w:rsidRDefault="00AB1B6A">
            <w:pPr>
              <w:jc w:val="center"/>
              <w:rPr>
                <w:color w:val="FF0000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406322" w14:textId="77777777" w:rsidR="00AB1B6A" w:rsidRPr="00F5008B" w:rsidRDefault="00AB1B6A">
            <w:pPr>
              <w:jc w:val="center"/>
              <w:rPr>
                <w:color w:val="FF0000"/>
              </w:rPr>
            </w:pPr>
          </w:p>
        </w:tc>
        <w:tc>
          <w:tcPr>
            <w:tcW w:w="1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27CCA5" w14:textId="77777777" w:rsidR="00AB1B6A" w:rsidRPr="00F5008B" w:rsidRDefault="00AB1B6A">
            <w:pPr>
              <w:jc w:val="center"/>
              <w:rPr>
                <w:color w:val="FF0000"/>
              </w:rPr>
            </w:pPr>
          </w:p>
        </w:tc>
        <w:tc>
          <w:tcPr>
            <w:tcW w:w="36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E29FBF" w14:textId="77777777" w:rsidR="00AB1B6A" w:rsidRPr="00F5008B" w:rsidRDefault="00AB1B6A">
            <w:pPr>
              <w:jc w:val="center"/>
              <w:rPr>
                <w:color w:val="FF0000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173902" w14:textId="77777777" w:rsidR="00AB1B6A" w:rsidRPr="00F5008B" w:rsidRDefault="00AB1B6A">
            <w:pPr>
              <w:jc w:val="center"/>
              <w:rPr>
                <w:color w:val="FF0000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F2B44D" w14:textId="77777777" w:rsidR="00AB1B6A" w:rsidRPr="00F5008B" w:rsidRDefault="00AB1B6A">
            <w:pPr>
              <w:jc w:val="center"/>
              <w:rPr>
                <w:color w:val="FF0000"/>
              </w:rPr>
            </w:pPr>
          </w:p>
        </w:tc>
        <w:tc>
          <w:tcPr>
            <w:tcW w:w="270" w:type="dxa"/>
          </w:tcPr>
          <w:p w14:paraId="540F32D3" w14:textId="77777777" w:rsidR="00AB1B6A" w:rsidRPr="00F5008B" w:rsidRDefault="00AB1B6A">
            <w:pPr>
              <w:rPr>
                <w:i/>
                <w:color w:val="FF0000"/>
                <w:sz w:val="15"/>
                <w:lang w:val="ru-RU"/>
              </w:rPr>
            </w:pPr>
          </w:p>
        </w:tc>
        <w:tc>
          <w:tcPr>
            <w:tcW w:w="270" w:type="dxa"/>
          </w:tcPr>
          <w:p w14:paraId="696E7C0E" w14:textId="77777777" w:rsidR="00AB1B6A" w:rsidRPr="00F5008B" w:rsidRDefault="00AB1B6A">
            <w:pPr>
              <w:rPr>
                <w:i/>
                <w:color w:val="FF0000"/>
                <w:sz w:val="15"/>
                <w:lang w:val="ru-RU"/>
              </w:rPr>
            </w:pPr>
          </w:p>
        </w:tc>
        <w:tc>
          <w:tcPr>
            <w:tcW w:w="450" w:type="dxa"/>
          </w:tcPr>
          <w:p w14:paraId="5483B284" w14:textId="77777777" w:rsidR="00AB1B6A" w:rsidRPr="00F5008B" w:rsidRDefault="00AB1B6A">
            <w:pPr>
              <w:rPr>
                <w:i/>
                <w:color w:val="FF0000"/>
                <w:sz w:val="15"/>
                <w:lang w:val="ru-RU"/>
              </w:rPr>
            </w:pPr>
          </w:p>
        </w:tc>
        <w:tc>
          <w:tcPr>
            <w:tcW w:w="688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FBDF1E" w14:textId="2DD80D51" w:rsidR="00AB1B6A" w:rsidRPr="00F5008B" w:rsidRDefault="00AB1B6A">
            <w:pPr>
              <w:rPr>
                <w:color w:val="FF0000"/>
                <w:lang w:val="ru-RU"/>
              </w:rPr>
            </w:pPr>
            <w:r w:rsidRPr="00F5008B">
              <w:rPr>
                <w:i/>
                <w:color w:val="FF0000"/>
                <w:sz w:val="15"/>
                <w:lang w:val="ru-RU"/>
              </w:rPr>
              <w:t>Утвержденный график работ / стартовый пакет документов</w:t>
            </w:r>
          </w:p>
        </w:tc>
      </w:tr>
      <w:tr w:rsidR="00AB1B6A" w:rsidRPr="00341CDC" w14:paraId="3DDFD5EA" w14:textId="77777777" w:rsidTr="0084692C">
        <w:trPr>
          <w:cantSplit/>
          <w:trHeight w:val="48"/>
          <w:jc w:val="center"/>
        </w:trPr>
        <w:tc>
          <w:tcPr>
            <w:tcW w:w="6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C3A32F" w14:textId="77777777" w:rsidR="00AB1B6A" w:rsidRDefault="00AB1B6A">
            <w:pPr>
              <w:jc w:val="center"/>
            </w:pPr>
            <w:r>
              <w:rPr>
                <w:sz w:val="15"/>
              </w:rPr>
              <w:lastRenderedPageBreak/>
              <w:t>2</w:t>
            </w:r>
          </w:p>
        </w:tc>
        <w:tc>
          <w:tcPr>
            <w:tcW w:w="14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5811B9" w14:textId="77777777" w:rsidR="00AB1B6A" w:rsidRPr="00F5008B" w:rsidRDefault="00AB1B6A">
            <w:pPr>
              <w:rPr>
                <w:color w:val="FF0000"/>
              </w:rPr>
            </w:pPr>
            <w:r w:rsidRPr="00F5008B">
              <w:rPr>
                <w:i/>
                <w:color w:val="FF0000"/>
                <w:sz w:val="15"/>
              </w:rPr>
              <w:t>Подтверждение доступа и согласований</w:t>
            </w:r>
          </w:p>
        </w:tc>
        <w:tc>
          <w:tcPr>
            <w:tcW w:w="18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ACC344" w14:textId="77777777" w:rsidR="00AB1B6A" w:rsidRPr="00F5008B" w:rsidRDefault="00AB1B6A">
            <w:pPr>
              <w:rPr>
                <w:color w:val="FF0000"/>
                <w:lang w:val="ru-RU"/>
              </w:rPr>
            </w:pPr>
            <w:r w:rsidRPr="00F5008B">
              <w:rPr>
                <w:i/>
                <w:color w:val="FF0000"/>
                <w:sz w:val="15"/>
                <w:lang w:val="ru-RU"/>
              </w:rPr>
              <w:t>Получение/подтверждение согласований от партнера или балансодержателя объекта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CBF879" w14:textId="77777777" w:rsidR="00AB1B6A" w:rsidRPr="00F5008B" w:rsidRDefault="00AB1B6A">
            <w:pPr>
              <w:rPr>
                <w:color w:val="FF0000"/>
              </w:rPr>
            </w:pPr>
            <w:r w:rsidRPr="00F5008B">
              <w:rPr>
                <w:color w:val="FF0000"/>
                <w:sz w:val="15"/>
              </w:rPr>
              <w:t>НПО, партнер</w:t>
            </w: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07FB97" w14:textId="77777777" w:rsidR="00AB1B6A" w:rsidRPr="00F5008B" w:rsidRDefault="00AB1B6A">
            <w:pPr>
              <w:jc w:val="center"/>
              <w:rPr>
                <w:color w:val="FF0000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4BD48E" w14:textId="6146C577" w:rsidR="00AB1B6A" w:rsidRPr="00F5008B" w:rsidRDefault="00AB1B6A">
            <w:pPr>
              <w:jc w:val="center"/>
              <w:rPr>
                <w:color w:val="FF0000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26196F" w14:textId="77777777" w:rsidR="00AB1B6A" w:rsidRPr="00F5008B" w:rsidRDefault="00AB1B6A">
            <w:pPr>
              <w:jc w:val="center"/>
              <w:rPr>
                <w:color w:val="FF0000"/>
              </w:rPr>
            </w:pPr>
          </w:p>
        </w:tc>
        <w:tc>
          <w:tcPr>
            <w:tcW w:w="1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AAACF6" w14:textId="77777777" w:rsidR="00AB1B6A" w:rsidRPr="00F5008B" w:rsidRDefault="00AB1B6A">
            <w:pPr>
              <w:jc w:val="center"/>
              <w:rPr>
                <w:color w:val="FF0000"/>
              </w:rPr>
            </w:pPr>
          </w:p>
        </w:tc>
        <w:tc>
          <w:tcPr>
            <w:tcW w:w="36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BA3A1A" w14:textId="77777777" w:rsidR="00AB1B6A" w:rsidRPr="00F5008B" w:rsidRDefault="00AB1B6A">
            <w:pPr>
              <w:jc w:val="center"/>
              <w:rPr>
                <w:color w:val="FF0000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53BE07" w14:textId="77777777" w:rsidR="00AB1B6A" w:rsidRPr="00F5008B" w:rsidRDefault="00AB1B6A">
            <w:pPr>
              <w:jc w:val="center"/>
              <w:rPr>
                <w:color w:val="FF0000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ADF06D" w14:textId="77777777" w:rsidR="00AB1B6A" w:rsidRPr="00F5008B" w:rsidRDefault="00AB1B6A">
            <w:pPr>
              <w:jc w:val="center"/>
              <w:rPr>
                <w:color w:val="FF0000"/>
              </w:rPr>
            </w:pPr>
          </w:p>
        </w:tc>
        <w:tc>
          <w:tcPr>
            <w:tcW w:w="270" w:type="dxa"/>
          </w:tcPr>
          <w:p w14:paraId="19A4D0CF" w14:textId="77777777" w:rsidR="00AB1B6A" w:rsidRPr="007476A2" w:rsidRDefault="00AB1B6A" w:rsidP="007476A2">
            <w:pPr>
              <w:jc w:val="center"/>
              <w:rPr>
                <w:color w:val="FF0000"/>
              </w:rPr>
            </w:pPr>
          </w:p>
        </w:tc>
        <w:tc>
          <w:tcPr>
            <w:tcW w:w="270" w:type="dxa"/>
          </w:tcPr>
          <w:p w14:paraId="0A19BF1F" w14:textId="77777777" w:rsidR="00AB1B6A" w:rsidRPr="007476A2" w:rsidRDefault="00AB1B6A" w:rsidP="007476A2">
            <w:pPr>
              <w:jc w:val="center"/>
              <w:rPr>
                <w:color w:val="FF0000"/>
              </w:rPr>
            </w:pPr>
          </w:p>
        </w:tc>
        <w:tc>
          <w:tcPr>
            <w:tcW w:w="450" w:type="dxa"/>
          </w:tcPr>
          <w:p w14:paraId="35CA2DBB" w14:textId="77777777" w:rsidR="00AB1B6A" w:rsidRPr="007476A2" w:rsidRDefault="00AB1B6A" w:rsidP="007476A2">
            <w:pPr>
              <w:jc w:val="center"/>
              <w:rPr>
                <w:color w:val="FF0000"/>
              </w:rPr>
            </w:pPr>
          </w:p>
        </w:tc>
        <w:tc>
          <w:tcPr>
            <w:tcW w:w="688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ED7649" w14:textId="5B6466D7" w:rsidR="00AB1B6A" w:rsidRPr="00F5008B" w:rsidRDefault="00AB1B6A">
            <w:pPr>
              <w:rPr>
                <w:color w:val="FF0000"/>
                <w:lang w:val="ru-RU"/>
              </w:rPr>
            </w:pPr>
            <w:r w:rsidRPr="00F5008B">
              <w:rPr>
                <w:i/>
                <w:color w:val="FF0000"/>
                <w:sz w:val="15"/>
                <w:lang w:val="ru-RU"/>
              </w:rPr>
              <w:t>Письмо поддержки, согласование, акт доступа к объекту</w:t>
            </w:r>
          </w:p>
        </w:tc>
      </w:tr>
      <w:tr w:rsidR="00AB1B6A" w:rsidRPr="000F1A66" w14:paraId="37F6F40A" w14:textId="77777777" w:rsidTr="0084692C">
        <w:trPr>
          <w:cantSplit/>
          <w:trHeight w:val="27"/>
          <w:jc w:val="center"/>
        </w:trPr>
        <w:tc>
          <w:tcPr>
            <w:tcW w:w="6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1E548A" w14:textId="77777777" w:rsidR="00AB1B6A" w:rsidRDefault="00AB1B6A">
            <w:pPr>
              <w:jc w:val="center"/>
            </w:pPr>
            <w:r>
              <w:rPr>
                <w:sz w:val="15"/>
              </w:rPr>
              <w:t>3</w:t>
            </w:r>
          </w:p>
        </w:tc>
        <w:tc>
          <w:tcPr>
            <w:tcW w:w="14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9E0680" w14:textId="620FE300" w:rsidR="00AB1B6A" w:rsidRPr="000F1A66" w:rsidRDefault="00AB1B6A">
            <w:pPr>
              <w:rPr>
                <w:lang w:val="ru-RU"/>
              </w:rPr>
            </w:pPr>
          </w:p>
        </w:tc>
        <w:tc>
          <w:tcPr>
            <w:tcW w:w="18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6C4A92" w14:textId="2486CA69" w:rsidR="00AB1B6A" w:rsidRPr="000F1A66" w:rsidRDefault="00AB1B6A">
            <w:pPr>
              <w:rPr>
                <w:lang w:val="ru-RU"/>
              </w:rPr>
            </w:pP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75965C" w14:textId="2EAF7B9D" w:rsidR="00AB1B6A" w:rsidRDefault="00AB1B6A"/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1620AA" w14:textId="77777777" w:rsidR="00AB1B6A" w:rsidRDefault="00AB1B6A">
            <w:pPr>
              <w:jc w:val="center"/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EFDA0C" w14:textId="212A81F1" w:rsidR="00AB1B6A" w:rsidRDefault="00AB1B6A">
            <w:pPr>
              <w:jc w:val="center"/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8CD25B" w14:textId="731253EC" w:rsidR="00AB1B6A" w:rsidRDefault="00AB1B6A">
            <w:pPr>
              <w:jc w:val="center"/>
            </w:pPr>
          </w:p>
        </w:tc>
        <w:tc>
          <w:tcPr>
            <w:tcW w:w="1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6EB849" w14:textId="77777777" w:rsidR="00AB1B6A" w:rsidRDefault="00AB1B6A">
            <w:pPr>
              <w:jc w:val="center"/>
            </w:pPr>
          </w:p>
        </w:tc>
        <w:tc>
          <w:tcPr>
            <w:tcW w:w="36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A0B071" w14:textId="77777777" w:rsidR="00AB1B6A" w:rsidRDefault="00AB1B6A">
            <w:pPr>
              <w:jc w:val="center"/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9DDCC9" w14:textId="77777777" w:rsidR="00AB1B6A" w:rsidRDefault="00AB1B6A">
            <w:pPr>
              <w:jc w:val="center"/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2BB6B3" w14:textId="77777777" w:rsidR="00AB1B6A" w:rsidRDefault="00AB1B6A">
            <w:pPr>
              <w:jc w:val="center"/>
            </w:pPr>
          </w:p>
        </w:tc>
        <w:tc>
          <w:tcPr>
            <w:tcW w:w="270" w:type="dxa"/>
          </w:tcPr>
          <w:p w14:paraId="7BCDB2C9" w14:textId="77777777" w:rsidR="00AB1B6A" w:rsidRPr="000F1A66" w:rsidRDefault="00AB1B6A">
            <w:pPr>
              <w:rPr>
                <w:sz w:val="15"/>
                <w:lang w:val="ru-RU"/>
              </w:rPr>
            </w:pPr>
          </w:p>
        </w:tc>
        <w:tc>
          <w:tcPr>
            <w:tcW w:w="270" w:type="dxa"/>
          </w:tcPr>
          <w:p w14:paraId="727E4D53" w14:textId="77777777" w:rsidR="00AB1B6A" w:rsidRPr="000F1A66" w:rsidRDefault="00AB1B6A">
            <w:pPr>
              <w:rPr>
                <w:lang w:val="ru-RU"/>
              </w:rPr>
            </w:pPr>
          </w:p>
        </w:tc>
        <w:tc>
          <w:tcPr>
            <w:tcW w:w="450" w:type="dxa"/>
          </w:tcPr>
          <w:p w14:paraId="1D4767C4" w14:textId="77777777" w:rsidR="00AB1B6A" w:rsidRPr="000F1A66" w:rsidRDefault="00AB1B6A">
            <w:pPr>
              <w:rPr>
                <w:lang w:val="ru-RU"/>
              </w:rPr>
            </w:pPr>
          </w:p>
        </w:tc>
        <w:tc>
          <w:tcPr>
            <w:tcW w:w="688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0CED44" w14:textId="284940CB" w:rsidR="00AB1B6A" w:rsidRPr="000F1A66" w:rsidRDefault="00AB1B6A">
            <w:pPr>
              <w:rPr>
                <w:lang w:val="ru-RU"/>
              </w:rPr>
            </w:pPr>
          </w:p>
        </w:tc>
      </w:tr>
      <w:tr w:rsidR="00AB1B6A" w:rsidRPr="000F1A66" w14:paraId="1593A509" w14:textId="77777777" w:rsidTr="0084692C">
        <w:trPr>
          <w:cantSplit/>
          <w:trHeight w:val="27"/>
          <w:jc w:val="center"/>
        </w:trPr>
        <w:tc>
          <w:tcPr>
            <w:tcW w:w="6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FCEF2A" w14:textId="77777777" w:rsidR="00AB1B6A" w:rsidRDefault="00AB1B6A">
            <w:pPr>
              <w:jc w:val="center"/>
            </w:pPr>
            <w:r>
              <w:rPr>
                <w:sz w:val="15"/>
              </w:rPr>
              <w:t>4</w:t>
            </w:r>
          </w:p>
        </w:tc>
        <w:tc>
          <w:tcPr>
            <w:tcW w:w="14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6FD554" w14:textId="72737C58" w:rsidR="00AB1B6A" w:rsidRDefault="00AB1B6A"/>
        </w:tc>
        <w:tc>
          <w:tcPr>
            <w:tcW w:w="18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57E4C3" w14:textId="1684746F" w:rsidR="00AB1B6A" w:rsidRPr="000F1A66" w:rsidRDefault="00AB1B6A">
            <w:pPr>
              <w:rPr>
                <w:lang w:val="ru-RU"/>
              </w:rPr>
            </w:pP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EFE03D" w14:textId="1D260C48" w:rsidR="00AB1B6A" w:rsidRDefault="00AB1B6A"/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7A3E01" w14:textId="77777777" w:rsidR="00AB1B6A" w:rsidRDefault="00AB1B6A">
            <w:pPr>
              <w:jc w:val="center"/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A98EE5" w14:textId="77777777" w:rsidR="00AB1B6A" w:rsidRDefault="00AB1B6A">
            <w:pPr>
              <w:jc w:val="center"/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DBBB8F" w14:textId="70073637" w:rsidR="00AB1B6A" w:rsidRDefault="00AB1B6A">
            <w:pPr>
              <w:jc w:val="center"/>
            </w:pPr>
          </w:p>
        </w:tc>
        <w:tc>
          <w:tcPr>
            <w:tcW w:w="1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B74B06" w14:textId="686E718E" w:rsidR="00AB1B6A" w:rsidRDefault="00AB1B6A">
            <w:pPr>
              <w:jc w:val="center"/>
            </w:pPr>
          </w:p>
        </w:tc>
        <w:tc>
          <w:tcPr>
            <w:tcW w:w="36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C5D224" w14:textId="76C7C21B" w:rsidR="00AB1B6A" w:rsidRDefault="00AB1B6A">
            <w:pPr>
              <w:jc w:val="center"/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1B61F5" w14:textId="77777777" w:rsidR="00AB1B6A" w:rsidRDefault="00AB1B6A">
            <w:pPr>
              <w:jc w:val="center"/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89BFCC" w14:textId="77777777" w:rsidR="00AB1B6A" w:rsidRDefault="00AB1B6A">
            <w:pPr>
              <w:jc w:val="center"/>
            </w:pPr>
          </w:p>
        </w:tc>
        <w:tc>
          <w:tcPr>
            <w:tcW w:w="270" w:type="dxa"/>
          </w:tcPr>
          <w:p w14:paraId="3F612029" w14:textId="77777777" w:rsidR="00AB1B6A" w:rsidRPr="000F1A66" w:rsidRDefault="00AB1B6A">
            <w:pPr>
              <w:rPr>
                <w:sz w:val="15"/>
                <w:lang w:val="ru-RU"/>
              </w:rPr>
            </w:pPr>
          </w:p>
        </w:tc>
        <w:tc>
          <w:tcPr>
            <w:tcW w:w="270" w:type="dxa"/>
          </w:tcPr>
          <w:p w14:paraId="4E919589" w14:textId="77777777" w:rsidR="00AB1B6A" w:rsidRPr="000F1A66" w:rsidRDefault="00AB1B6A">
            <w:pPr>
              <w:rPr>
                <w:lang w:val="ru-RU"/>
              </w:rPr>
            </w:pPr>
          </w:p>
        </w:tc>
        <w:tc>
          <w:tcPr>
            <w:tcW w:w="450" w:type="dxa"/>
          </w:tcPr>
          <w:p w14:paraId="480D8D2A" w14:textId="77777777" w:rsidR="00AB1B6A" w:rsidRPr="000F1A66" w:rsidRDefault="00AB1B6A">
            <w:pPr>
              <w:rPr>
                <w:lang w:val="ru-RU"/>
              </w:rPr>
            </w:pPr>
          </w:p>
        </w:tc>
        <w:tc>
          <w:tcPr>
            <w:tcW w:w="688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8FB15B" w14:textId="576490A2" w:rsidR="00AB1B6A" w:rsidRPr="000F1A66" w:rsidRDefault="00AB1B6A">
            <w:pPr>
              <w:rPr>
                <w:lang w:val="ru-RU"/>
              </w:rPr>
            </w:pPr>
          </w:p>
        </w:tc>
      </w:tr>
      <w:tr w:rsidR="00AB1B6A" w:rsidRPr="000F1A66" w14:paraId="3908FC14" w14:textId="77777777" w:rsidTr="0084692C">
        <w:trPr>
          <w:cantSplit/>
          <w:trHeight w:val="27"/>
          <w:jc w:val="center"/>
        </w:trPr>
        <w:tc>
          <w:tcPr>
            <w:tcW w:w="6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2F0DDA" w14:textId="77777777" w:rsidR="00AB1B6A" w:rsidRDefault="00AB1B6A">
            <w:pPr>
              <w:jc w:val="center"/>
            </w:pPr>
            <w:r>
              <w:rPr>
                <w:sz w:val="15"/>
              </w:rPr>
              <w:t>5</w:t>
            </w:r>
          </w:p>
        </w:tc>
        <w:tc>
          <w:tcPr>
            <w:tcW w:w="14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335E42" w14:textId="79B8981C" w:rsidR="00AB1B6A" w:rsidRDefault="00AB1B6A"/>
        </w:tc>
        <w:tc>
          <w:tcPr>
            <w:tcW w:w="18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B3B956" w14:textId="53763ABF" w:rsidR="00AB1B6A" w:rsidRPr="000F1A66" w:rsidRDefault="00AB1B6A">
            <w:pPr>
              <w:rPr>
                <w:lang w:val="ru-RU"/>
              </w:rPr>
            </w:pP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D9C3ED" w14:textId="57B1DC41" w:rsidR="00AB1B6A" w:rsidRDefault="00AB1B6A"/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3E30F7" w14:textId="77777777" w:rsidR="00AB1B6A" w:rsidRDefault="00AB1B6A">
            <w:pPr>
              <w:jc w:val="center"/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E953B6" w14:textId="77777777" w:rsidR="00AB1B6A" w:rsidRDefault="00AB1B6A">
            <w:pPr>
              <w:jc w:val="center"/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3D611B" w14:textId="77777777" w:rsidR="00AB1B6A" w:rsidRDefault="00AB1B6A">
            <w:pPr>
              <w:jc w:val="center"/>
            </w:pPr>
          </w:p>
        </w:tc>
        <w:tc>
          <w:tcPr>
            <w:tcW w:w="1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C3298A" w14:textId="29AC7E3D" w:rsidR="00AB1B6A" w:rsidRDefault="00AB1B6A">
            <w:pPr>
              <w:jc w:val="center"/>
            </w:pPr>
          </w:p>
        </w:tc>
        <w:tc>
          <w:tcPr>
            <w:tcW w:w="36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1D8014" w14:textId="5FB7CFD1" w:rsidR="00AB1B6A" w:rsidRDefault="00AB1B6A">
            <w:pPr>
              <w:jc w:val="center"/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C75D26" w14:textId="77777777" w:rsidR="00AB1B6A" w:rsidRDefault="00AB1B6A">
            <w:pPr>
              <w:jc w:val="center"/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4D6B7F" w14:textId="77777777" w:rsidR="00AB1B6A" w:rsidRDefault="00AB1B6A">
            <w:pPr>
              <w:jc w:val="center"/>
            </w:pPr>
          </w:p>
        </w:tc>
        <w:tc>
          <w:tcPr>
            <w:tcW w:w="270" w:type="dxa"/>
          </w:tcPr>
          <w:p w14:paraId="1B323DA2" w14:textId="77777777" w:rsidR="00AB1B6A" w:rsidRPr="000F1A66" w:rsidRDefault="00AB1B6A">
            <w:pPr>
              <w:rPr>
                <w:sz w:val="15"/>
                <w:lang w:val="ru-RU"/>
              </w:rPr>
            </w:pPr>
          </w:p>
        </w:tc>
        <w:tc>
          <w:tcPr>
            <w:tcW w:w="270" w:type="dxa"/>
          </w:tcPr>
          <w:p w14:paraId="4177E6A7" w14:textId="77777777" w:rsidR="00AB1B6A" w:rsidRPr="000F1A66" w:rsidRDefault="00AB1B6A">
            <w:pPr>
              <w:rPr>
                <w:lang w:val="ru-RU"/>
              </w:rPr>
            </w:pPr>
          </w:p>
        </w:tc>
        <w:tc>
          <w:tcPr>
            <w:tcW w:w="450" w:type="dxa"/>
          </w:tcPr>
          <w:p w14:paraId="0E28E34D" w14:textId="77777777" w:rsidR="00AB1B6A" w:rsidRPr="000F1A66" w:rsidRDefault="00AB1B6A">
            <w:pPr>
              <w:rPr>
                <w:lang w:val="ru-RU"/>
              </w:rPr>
            </w:pPr>
          </w:p>
        </w:tc>
        <w:tc>
          <w:tcPr>
            <w:tcW w:w="688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21C82B" w14:textId="4AED56D4" w:rsidR="00AB1B6A" w:rsidRPr="000F1A66" w:rsidRDefault="00AB1B6A">
            <w:pPr>
              <w:rPr>
                <w:lang w:val="ru-RU"/>
              </w:rPr>
            </w:pPr>
          </w:p>
        </w:tc>
      </w:tr>
      <w:tr w:rsidR="00AB1B6A" w14:paraId="5E1CB47F" w14:textId="77777777" w:rsidTr="0084692C">
        <w:trPr>
          <w:cantSplit/>
          <w:trHeight w:val="27"/>
          <w:jc w:val="center"/>
        </w:trPr>
        <w:tc>
          <w:tcPr>
            <w:tcW w:w="6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BB58AB" w14:textId="77777777" w:rsidR="00AB1B6A" w:rsidRDefault="00AB1B6A">
            <w:pPr>
              <w:jc w:val="center"/>
            </w:pPr>
            <w:r>
              <w:rPr>
                <w:sz w:val="15"/>
              </w:rPr>
              <w:t>6</w:t>
            </w:r>
          </w:p>
        </w:tc>
        <w:tc>
          <w:tcPr>
            <w:tcW w:w="14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4563F3" w14:textId="4018D4C2" w:rsidR="00AB1B6A" w:rsidRPr="000F1A66" w:rsidRDefault="00AB1B6A">
            <w:pPr>
              <w:rPr>
                <w:lang w:val="ru-RU"/>
              </w:rPr>
            </w:pPr>
          </w:p>
        </w:tc>
        <w:tc>
          <w:tcPr>
            <w:tcW w:w="18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18343A" w14:textId="39B06B80" w:rsidR="00AB1B6A" w:rsidRPr="000F1A66" w:rsidRDefault="00AB1B6A">
            <w:pPr>
              <w:rPr>
                <w:lang w:val="ru-RU"/>
              </w:rPr>
            </w:pP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984B77" w14:textId="5D5B88FF" w:rsidR="00AB1B6A" w:rsidRDefault="00AB1B6A"/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940F7D" w14:textId="77777777" w:rsidR="00AB1B6A" w:rsidRDefault="00AB1B6A">
            <w:pPr>
              <w:jc w:val="center"/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23009B" w14:textId="77777777" w:rsidR="00AB1B6A" w:rsidRDefault="00AB1B6A">
            <w:pPr>
              <w:jc w:val="center"/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DB1E1D" w14:textId="77777777" w:rsidR="00AB1B6A" w:rsidRDefault="00AB1B6A">
            <w:pPr>
              <w:jc w:val="center"/>
            </w:pPr>
          </w:p>
        </w:tc>
        <w:tc>
          <w:tcPr>
            <w:tcW w:w="1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1F1647" w14:textId="77777777" w:rsidR="00AB1B6A" w:rsidRDefault="00AB1B6A">
            <w:pPr>
              <w:jc w:val="center"/>
            </w:pPr>
          </w:p>
        </w:tc>
        <w:tc>
          <w:tcPr>
            <w:tcW w:w="36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A6702B" w14:textId="77777777" w:rsidR="00AB1B6A" w:rsidRDefault="00AB1B6A">
            <w:pPr>
              <w:jc w:val="center"/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29FB4F" w14:textId="5973A08F" w:rsidR="00AB1B6A" w:rsidRDefault="00AB1B6A">
            <w:pPr>
              <w:jc w:val="center"/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9AEFCD" w14:textId="77777777" w:rsidR="00AB1B6A" w:rsidRDefault="00AB1B6A">
            <w:pPr>
              <w:jc w:val="center"/>
            </w:pPr>
          </w:p>
        </w:tc>
        <w:tc>
          <w:tcPr>
            <w:tcW w:w="270" w:type="dxa"/>
          </w:tcPr>
          <w:p w14:paraId="6D498F35" w14:textId="77777777" w:rsidR="00AB1B6A" w:rsidRDefault="00AB1B6A">
            <w:pPr>
              <w:rPr>
                <w:sz w:val="15"/>
              </w:rPr>
            </w:pPr>
          </w:p>
        </w:tc>
        <w:tc>
          <w:tcPr>
            <w:tcW w:w="270" w:type="dxa"/>
          </w:tcPr>
          <w:p w14:paraId="1E957192" w14:textId="77777777" w:rsidR="00AB1B6A" w:rsidRDefault="00AB1B6A"/>
        </w:tc>
        <w:tc>
          <w:tcPr>
            <w:tcW w:w="450" w:type="dxa"/>
          </w:tcPr>
          <w:p w14:paraId="3904366C" w14:textId="77777777" w:rsidR="00AB1B6A" w:rsidRDefault="00AB1B6A"/>
        </w:tc>
        <w:tc>
          <w:tcPr>
            <w:tcW w:w="688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EE46BD" w14:textId="51A4C41C" w:rsidR="00AB1B6A" w:rsidRDefault="00AB1B6A"/>
        </w:tc>
      </w:tr>
      <w:tr w:rsidR="00AB1B6A" w:rsidRPr="000F1A66" w14:paraId="0F47818A" w14:textId="77777777" w:rsidTr="0084692C">
        <w:trPr>
          <w:cantSplit/>
          <w:trHeight w:val="27"/>
          <w:jc w:val="center"/>
        </w:trPr>
        <w:tc>
          <w:tcPr>
            <w:tcW w:w="6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45654D" w14:textId="77777777" w:rsidR="00AB1B6A" w:rsidRDefault="00AB1B6A">
            <w:pPr>
              <w:jc w:val="center"/>
            </w:pPr>
            <w:r>
              <w:rPr>
                <w:sz w:val="15"/>
              </w:rPr>
              <w:t>7</w:t>
            </w:r>
          </w:p>
        </w:tc>
        <w:tc>
          <w:tcPr>
            <w:tcW w:w="14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4BE370" w14:textId="04DFD64D" w:rsidR="00AB1B6A" w:rsidRPr="000F1A66" w:rsidRDefault="00AB1B6A">
            <w:pPr>
              <w:rPr>
                <w:lang w:val="ru-RU"/>
              </w:rPr>
            </w:pPr>
          </w:p>
        </w:tc>
        <w:tc>
          <w:tcPr>
            <w:tcW w:w="18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60F676" w14:textId="13A6E65A" w:rsidR="00AB1B6A" w:rsidRPr="000F1A66" w:rsidRDefault="00AB1B6A">
            <w:pPr>
              <w:rPr>
                <w:lang w:val="ru-RU"/>
              </w:rPr>
            </w:pP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DBDE3E" w14:textId="1BA3813F" w:rsidR="00AB1B6A" w:rsidRDefault="00AB1B6A"/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E9AE0B" w14:textId="77777777" w:rsidR="00AB1B6A" w:rsidRDefault="00AB1B6A">
            <w:pPr>
              <w:jc w:val="center"/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C69458" w14:textId="77777777" w:rsidR="00AB1B6A" w:rsidRDefault="00AB1B6A">
            <w:pPr>
              <w:jc w:val="center"/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35BE39" w14:textId="77777777" w:rsidR="00AB1B6A" w:rsidRDefault="00AB1B6A">
            <w:pPr>
              <w:jc w:val="center"/>
            </w:pPr>
          </w:p>
        </w:tc>
        <w:tc>
          <w:tcPr>
            <w:tcW w:w="1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CF6AC4" w14:textId="77777777" w:rsidR="00AB1B6A" w:rsidRDefault="00AB1B6A">
            <w:pPr>
              <w:jc w:val="center"/>
            </w:pPr>
          </w:p>
        </w:tc>
        <w:tc>
          <w:tcPr>
            <w:tcW w:w="36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3FEE25" w14:textId="77777777" w:rsidR="00AB1B6A" w:rsidRDefault="00AB1B6A">
            <w:pPr>
              <w:jc w:val="center"/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9FCE8A" w14:textId="0553CA98" w:rsidR="00AB1B6A" w:rsidRDefault="00AB1B6A">
            <w:pPr>
              <w:jc w:val="center"/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C380D0" w14:textId="43E362D8" w:rsidR="00AB1B6A" w:rsidRDefault="00AB1B6A">
            <w:pPr>
              <w:jc w:val="center"/>
            </w:pPr>
          </w:p>
        </w:tc>
        <w:tc>
          <w:tcPr>
            <w:tcW w:w="270" w:type="dxa"/>
          </w:tcPr>
          <w:p w14:paraId="56DDA769" w14:textId="77777777" w:rsidR="00AB1B6A" w:rsidRPr="000F1A66" w:rsidRDefault="00AB1B6A">
            <w:pPr>
              <w:rPr>
                <w:sz w:val="15"/>
                <w:lang w:val="ru-RU"/>
              </w:rPr>
            </w:pPr>
          </w:p>
        </w:tc>
        <w:tc>
          <w:tcPr>
            <w:tcW w:w="270" w:type="dxa"/>
          </w:tcPr>
          <w:p w14:paraId="42D4EF4F" w14:textId="77777777" w:rsidR="00AB1B6A" w:rsidRPr="000F1A66" w:rsidRDefault="00AB1B6A">
            <w:pPr>
              <w:rPr>
                <w:lang w:val="ru-RU"/>
              </w:rPr>
            </w:pPr>
          </w:p>
        </w:tc>
        <w:tc>
          <w:tcPr>
            <w:tcW w:w="450" w:type="dxa"/>
          </w:tcPr>
          <w:p w14:paraId="6B751439" w14:textId="77777777" w:rsidR="00AB1B6A" w:rsidRPr="000F1A66" w:rsidRDefault="00AB1B6A">
            <w:pPr>
              <w:rPr>
                <w:lang w:val="ru-RU"/>
              </w:rPr>
            </w:pPr>
          </w:p>
        </w:tc>
        <w:tc>
          <w:tcPr>
            <w:tcW w:w="688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318EFE" w14:textId="71A89550" w:rsidR="00AB1B6A" w:rsidRPr="000F1A66" w:rsidRDefault="00AB1B6A">
            <w:pPr>
              <w:rPr>
                <w:lang w:val="ru-RU"/>
              </w:rPr>
            </w:pPr>
          </w:p>
        </w:tc>
      </w:tr>
      <w:tr w:rsidR="00AB1B6A" w:rsidRPr="000F1A66" w14:paraId="38385074" w14:textId="77777777" w:rsidTr="0084692C">
        <w:trPr>
          <w:cantSplit/>
          <w:trHeight w:val="27"/>
          <w:jc w:val="center"/>
        </w:trPr>
        <w:tc>
          <w:tcPr>
            <w:tcW w:w="6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4147C0" w14:textId="77777777" w:rsidR="00AB1B6A" w:rsidRDefault="00AB1B6A">
            <w:pPr>
              <w:jc w:val="center"/>
            </w:pPr>
            <w:r>
              <w:rPr>
                <w:sz w:val="15"/>
              </w:rPr>
              <w:t>8</w:t>
            </w:r>
          </w:p>
        </w:tc>
        <w:tc>
          <w:tcPr>
            <w:tcW w:w="14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6A6890" w14:textId="4C4C8A37" w:rsidR="00AB1B6A" w:rsidRPr="000F1A66" w:rsidRDefault="00AB1B6A">
            <w:pPr>
              <w:rPr>
                <w:lang w:val="ru-RU"/>
              </w:rPr>
            </w:pPr>
          </w:p>
        </w:tc>
        <w:tc>
          <w:tcPr>
            <w:tcW w:w="18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3A5805" w14:textId="1A2D0604" w:rsidR="00AB1B6A" w:rsidRPr="000F1A66" w:rsidRDefault="00AB1B6A">
            <w:pPr>
              <w:rPr>
                <w:lang w:val="ru-RU"/>
              </w:rPr>
            </w:pP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4F8D76" w14:textId="6AA202DC" w:rsidR="00AB1B6A" w:rsidRDefault="00AB1B6A"/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F2B2F2" w14:textId="77777777" w:rsidR="00AB1B6A" w:rsidRDefault="00AB1B6A">
            <w:pPr>
              <w:jc w:val="center"/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C7C7E6" w14:textId="77777777" w:rsidR="00AB1B6A" w:rsidRDefault="00AB1B6A">
            <w:pPr>
              <w:jc w:val="center"/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4CC886" w14:textId="77777777" w:rsidR="00AB1B6A" w:rsidRDefault="00AB1B6A">
            <w:pPr>
              <w:jc w:val="center"/>
            </w:pPr>
          </w:p>
        </w:tc>
        <w:tc>
          <w:tcPr>
            <w:tcW w:w="1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B5B431" w14:textId="77777777" w:rsidR="00AB1B6A" w:rsidRDefault="00AB1B6A">
            <w:pPr>
              <w:jc w:val="center"/>
            </w:pPr>
          </w:p>
        </w:tc>
        <w:tc>
          <w:tcPr>
            <w:tcW w:w="36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CE8ADA" w14:textId="77777777" w:rsidR="00AB1B6A" w:rsidRDefault="00AB1B6A">
            <w:pPr>
              <w:jc w:val="center"/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B198E0" w14:textId="77777777" w:rsidR="00AB1B6A" w:rsidRDefault="00AB1B6A">
            <w:pPr>
              <w:jc w:val="center"/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428E62" w14:textId="7A8FDFB0" w:rsidR="00AB1B6A" w:rsidRDefault="00AB1B6A">
            <w:pPr>
              <w:jc w:val="center"/>
            </w:pPr>
          </w:p>
        </w:tc>
        <w:tc>
          <w:tcPr>
            <w:tcW w:w="270" w:type="dxa"/>
          </w:tcPr>
          <w:p w14:paraId="27C30A28" w14:textId="77777777" w:rsidR="00AB1B6A" w:rsidRPr="000F1A66" w:rsidRDefault="00AB1B6A">
            <w:pPr>
              <w:rPr>
                <w:sz w:val="15"/>
                <w:lang w:val="ru-RU"/>
              </w:rPr>
            </w:pPr>
          </w:p>
        </w:tc>
        <w:tc>
          <w:tcPr>
            <w:tcW w:w="270" w:type="dxa"/>
          </w:tcPr>
          <w:p w14:paraId="1DC4C0D2" w14:textId="77777777" w:rsidR="00AB1B6A" w:rsidRPr="000F1A66" w:rsidRDefault="00AB1B6A">
            <w:pPr>
              <w:rPr>
                <w:lang w:val="ru-RU"/>
              </w:rPr>
            </w:pPr>
          </w:p>
        </w:tc>
        <w:tc>
          <w:tcPr>
            <w:tcW w:w="450" w:type="dxa"/>
          </w:tcPr>
          <w:p w14:paraId="5C04F6DC" w14:textId="77777777" w:rsidR="00AB1B6A" w:rsidRPr="000F1A66" w:rsidRDefault="00AB1B6A">
            <w:pPr>
              <w:rPr>
                <w:lang w:val="ru-RU"/>
              </w:rPr>
            </w:pPr>
          </w:p>
        </w:tc>
        <w:tc>
          <w:tcPr>
            <w:tcW w:w="688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5D2A9B" w14:textId="0595B9C9" w:rsidR="00AB1B6A" w:rsidRPr="000F1A66" w:rsidRDefault="00AB1B6A">
            <w:pPr>
              <w:rPr>
                <w:lang w:val="ru-RU"/>
              </w:rPr>
            </w:pPr>
          </w:p>
        </w:tc>
      </w:tr>
      <w:tr w:rsidR="00AB1B6A" w:rsidRPr="000F1A66" w14:paraId="1546B7AA" w14:textId="77777777" w:rsidTr="0084692C">
        <w:trPr>
          <w:cantSplit/>
          <w:trHeight w:val="27"/>
          <w:jc w:val="center"/>
        </w:trPr>
        <w:tc>
          <w:tcPr>
            <w:tcW w:w="6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734B4E" w14:textId="77777777" w:rsidR="00AB1B6A" w:rsidRDefault="00AB1B6A">
            <w:pPr>
              <w:jc w:val="center"/>
            </w:pPr>
            <w:r>
              <w:rPr>
                <w:sz w:val="15"/>
              </w:rPr>
              <w:t>9</w:t>
            </w:r>
          </w:p>
        </w:tc>
        <w:tc>
          <w:tcPr>
            <w:tcW w:w="14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1CCF05" w14:textId="7251296F" w:rsidR="00AB1B6A" w:rsidRDefault="00AB1B6A"/>
        </w:tc>
        <w:tc>
          <w:tcPr>
            <w:tcW w:w="18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3ECAEF" w14:textId="2F5F33C0" w:rsidR="00AB1B6A" w:rsidRPr="000F1A66" w:rsidRDefault="00AB1B6A">
            <w:pPr>
              <w:rPr>
                <w:lang w:val="ru-RU"/>
              </w:rPr>
            </w:pP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FBFDAE" w14:textId="64549BDE" w:rsidR="00AB1B6A" w:rsidRDefault="00AB1B6A"/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3FC14B" w14:textId="77777777" w:rsidR="00AB1B6A" w:rsidRDefault="00AB1B6A">
            <w:pPr>
              <w:jc w:val="center"/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E74637" w14:textId="77777777" w:rsidR="00AB1B6A" w:rsidRDefault="00AB1B6A">
            <w:pPr>
              <w:jc w:val="center"/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7DA271" w14:textId="77777777" w:rsidR="00AB1B6A" w:rsidRDefault="00AB1B6A">
            <w:pPr>
              <w:jc w:val="center"/>
            </w:pPr>
          </w:p>
        </w:tc>
        <w:tc>
          <w:tcPr>
            <w:tcW w:w="1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CDA9A3" w14:textId="77777777" w:rsidR="00AB1B6A" w:rsidRDefault="00AB1B6A">
            <w:pPr>
              <w:jc w:val="center"/>
            </w:pPr>
          </w:p>
        </w:tc>
        <w:tc>
          <w:tcPr>
            <w:tcW w:w="36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F18ADD" w14:textId="77777777" w:rsidR="00AB1B6A" w:rsidRDefault="00AB1B6A">
            <w:pPr>
              <w:jc w:val="center"/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69000E" w14:textId="77777777" w:rsidR="00AB1B6A" w:rsidRDefault="00AB1B6A">
            <w:pPr>
              <w:jc w:val="center"/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33BC4D" w14:textId="7C856529" w:rsidR="00AB1B6A" w:rsidRDefault="00AB1B6A">
            <w:pPr>
              <w:jc w:val="center"/>
            </w:pPr>
          </w:p>
        </w:tc>
        <w:tc>
          <w:tcPr>
            <w:tcW w:w="270" w:type="dxa"/>
          </w:tcPr>
          <w:p w14:paraId="6507B40B" w14:textId="77777777" w:rsidR="00AB1B6A" w:rsidRPr="000F1A66" w:rsidRDefault="00AB1B6A">
            <w:pPr>
              <w:rPr>
                <w:sz w:val="15"/>
                <w:lang w:val="ru-RU"/>
              </w:rPr>
            </w:pPr>
          </w:p>
        </w:tc>
        <w:tc>
          <w:tcPr>
            <w:tcW w:w="270" w:type="dxa"/>
          </w:tcPr>
          <w:p w14:paraId="6DFFDFC3" w14:textId="77777777" w:rsidR="00AB1B6A" w:rsidRPr="000F1A66" w:rsidRDefault="00AB1B6A">
            <w:pPr>
              <w:rPr>
                <w:lang w:val="ru-RU"/>
              </w:rPr>
            </w:pPr>
          </w:p>
        </w:tc>
        <w:tc>
          <w:tcPr>
            <w:tcW w:w="450" w:type="dxa"/>
          </w:tcPr>
          <w:p w14:paraId="3E015EDD" w14:textId="77777777" w:rsidR="00AB1B6A" w:rsidRPr="000F1A66" w:rsidRDefault="00AB1B6A">
            <w:pPr>
              <w:rPr>
                <w:lang w:val="ru-RU"/>
              </w:rPr>
            </w:pPr>
          </w:p>
        </w:tc>
        <w:tc>
          <w:tcPr>
            <w:tcW w:w="688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CBBE0D" w14:textId="457F4185" w:rsidR="00AB1B6A" w:rsidRPr="000F1A66" w:rsidRDefault="00AB1B6A">
            <w:pPr>
              <w:rPr>
                <w:lang w:val="ru-RU"/>
              </w:rPr>
            </w:pPr>
          </w:p>
        </w:tc>
      </w:tr>
      <w:tr w:rsidR="00AB1B6A" w14:paraId="5415F78F" w14:textId="77777777" w:rsidTr="0084692C">
        <w:trPr>
          <w:cantSplit/>
          <w:trHeight w:val="27"/>
          <w:jc w:val="center"/>
        </w:trPr>
        <w:tc>
          <w:tcPr>
            <w:tcW w:w="6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00BE69" w14:textId="77777777" w:rsidR="00AB1B6A" w:rsidRDefault="00AB1B6A">
            <w:pPr>
              <w:jc w:val="center"/>
            </w:pPr>
            <w:r>
              <w:rPr>
                <w:sz w:val="15"/>
              </w:rPr>
              <w:t>10</w:t>
            </w:r>
          </w:p>
        </w:tc>
        <w:tc>
          <w:tcPr>
            <w:tcW w:w="14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95B131" w14:textId="77777777" w:rsidR="00AB1B6A" w:rsidRDefault="00AB1B6A"/>
        </w:tc>
        <w:tc>
          <w:tcPr>
            <w:tcW w:w="18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BB5F9F" w14:textId="77777777" w:rsidR="00AB1B6A" w:rsidRDefault="00AB1B6A"/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5020CA" w14:textId="77777777" w:rsidR="00AB1B6A" w:rsidRDefault="00AB1B6A"/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06D0E8" w14:textId="77777777" w:rsidR="00AB1B6A" w:rsidRDefault="00AB1B6A"/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8920DB" w14:textId="77777777" w:rsidR="00AB1B6A" w:rsidRDefault="00AB1B6A"/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BE63D4" w14:textId="77777777" w:rsidR="00AB1B6A" w:rsidRDefault="00AB1B6A"/>
        </w:tc>
        <w:tc>
          <w:tcPr>
            <w:tcW w:w="1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086F92" w14:textId="77777777" w:rsidR="00AB1B6A" w:rsidRDefault="00AB1B6A"/>
        </w:tc>
        <w:tc>
          <w:tcPr>
            <w:tcW w:w="36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ACE651" w14:textId="77777777" w:rsidR="00AB1B6A" w:rsidRDefault="00AB1B6A"/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0C86B2" w14:textId="77777777" w:rsidR="00AB1B6A" w:rsidRDefault="00AB1B6A"/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982943" w14:textId="77777777" w:rsidR="00AB1B6A" w:rsidRDefault="00AB1B6A"/>
        </w:tc>
        <w:tc>
          <w:tcPr>
            <w:tcW w:w="270" w:type="dxa"/>
          </w:tcPr>
          <w:p w14:paraId="659A4488" w14:textId="77777777" w:rsidR="00AB1B6A" w:rsidRDefault="00AB1B6A"/>
        </w:tc>
        <w:tc>
          <w:tcPr>
            <w:tcW w:w="270" w:type="dxa"/>
          </w:tcPr>
          <w:p w14:paraId="648C81EE" w14:textId="77777777" w:rsidR="00AB1B6A" w:rsidRDefault="00AB1B6A"/>
        </w:tc>
        <w:tc>
          <w:tcPr>
            <w:tcW w:w="450" w:type="dxa"/>
          </w:tcPr>
          <w:p w14:paraId="1E58C277" w14:textId="77777777" w:rsidR="00AB1B6A" w:rsidRDefault="00AB1B6A"/>
        </w:tc>
        <w:tc>
          <w:tcPr>
            <w:tcW w:w="688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73DDF0" w14:textId="55A10C11" w:rsidR="00AB1B6A" w:rsidRDefault="00AB1B6A"/>
        </w:tc>
      </w:tr>
    </w:tbl>
    <w:p w14:paraId="69C70BB4" w14:textId="77777777" w:rsidR="0044297A" w:rsidRPr="000F1A66" w:rsidRDefault="0042553D">
      <w:pPr>
        <w:pStyle w:val="1"/>
        <w:rPr>
          <w:lang w:val="ru-RU"/>
        </w:rPr>
      </w:pPr>
      <w:r w:rsidRPr="000F1A66">
        <w:rPr>
          <w:rFonts w:ascii="Arial" w:eastAsia="Arial" w:hAnsi="Arial"/>
          <w:color w:val="1F4E79"/>
          <w:sz w:val="22"/>
          <w:lang w:val="ru-RU"/>
        </w:rPr>
        <w:t>Раздел 3. Контрольные точки и отчетность</w:t>
      </w:r>
    </w:p>
    <w:p w14:paraId="1418E1AB" w14:textId="77777777" w:rsidR="0044297A" w:rsidRPr="000F1A66" w:rsidRDefault="0042553D">
      <w:pPr>
        <w:spacing w:after="80"/>
        <w:rPr>
          <w:lang w:val="ru-RU"/>
        </w:rPr>
      </w:pPr>
      <w:r w:rsidRPr="000F1A66">
        <w:rPr>
          <w:lang w:val="ru-RU"/>
        </w:rPr>
        <w:t>Заполните контрольные точки, по которым будет понятно, что проект выполняется качественно и в срок. Даты можно указать ориентировочно, исходя из даты подписания грантового соглашения.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10"/>
        <w:gridCol w:w="3969"/>
        <w:gridCol w:w="1701"/>
        <w:gridCol w:w="6236"/>
        <w:gridCol w:w="2835"/>
      </w:tblGrid>
      <w:tr w:rsidR="0044297A" w14:paraId="14691FD4" w14:textId="77777777">
        <w:trPr>
          <w:tblHeader/>
          <w:jc w:val="center"/>
        </w:trPr>
        <w:tc>
          <w:tcPr>
            <w:tcW w:w="510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961878" w14:textId="77777777" w:rsidR="0044297A" w:rsidRDefault="0042553D">
            <w:pPr>
              <w:jc w:val="center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3969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3561AD" w14:textId="77777777" w:rsidR="0044297A" w:rsidRDefault="0042553D">
            <w:pPr>
              <w:jc w:val="center"/>
            </w:pPr>
            <w:r>
              <w:rPr>
                <w:b/>
                <w:sz w:val="16"/>
              </w:rPr>
              <w:t>Контрольная точка</w:t>
            </w:r>
          </w:p>
        </w:tc>
        <w:tc>
          <w:tcPr>
            <w:tcW w:w="170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F0F886" w14:textId="77777777" w:rsidR="0044297A" w:rsidRDefault="0042553D">
            <w:pPr>
              <w:jc w:val="center"/>
            </w:pPr>
            <w:r>
              <w:rPr>
                <w:b/>
                <w:sz w:val="16"/>
              </w:rPr>
              <w:t>Срок / месяц</w:t>
            </w:r>
          </w:p>
        </w:tc>
        <w:tc>
          <w:tcPr>
            <w:tcW w:w="6236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7AFBE1" w14:textId="77777777" w:rsidR="0044297A" w:rsidRDefault="0042553D">
            <w:pPr>
              <w:jc w:val="center"/>
            </w:pPr>
            <w:r>
              <w:rPr>
                <w:b/>
                <w:sz w:val="16"/>
              </w:rPr>
              <w:t>Что подтверждает выполнение</w:t>
            </w:r>
          </w:p>
        </w:tc>
        <w:tc>
          <w:tcPr>
            <w:tcW w:w="283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1DC05A" w14:textId="77777777" w:rsidR="0044297A" w:rsidRDefault="0042553D">
            <w:pPr>
              <w:jc w:val="center"/>
            </w:pPr>
            <w:r>
              <w:rPr>
                <w:b/>
                <w:sz w:val="16"/>
              </w:rPr>
              <w:t>Ответственный</w:t>
            </w:r>
          </w:p>
        </w:tc>
      </w:tr>
      <w:tr w:rsidR="0044297A" w14:paraId="0BA27EA7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F6C768" w14:textId="77777777" w:rsidR="0044297A" w:rsidRDefault="0042553D">
            <w:r>
              <w:rPr>
                <w:sz w:val="16"/>
              </w:rPr>
              <w:t>1</w:t>
            </w:r>
          </w:p>
        </w:tc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4CADE2" w14:textId="161DB4D4" w:rsidR="0044297A" w:rsidRPr="000F1A66" w:rsidRDefault="000F1A66">
            <w:pPr>
              <w:rPr>
                <w:lang w:val="ru-RU"/>
              </w:rPr>
            </w:pPr>
            <w:r>
              <w:rPr>
                <w:i/>
                <w:color w:val="666666"/>
                <w:sz w:val="16"/>
                <w:lang w:val="ru-RU"/>
              </w:rPr>
              <w:t xml:space="preserve">Пример - </w:t>
            </w:r>
            <w:r w:rsidRPr="00F5008B">
              <w:rPr>
                <w:i/>
                <w:color w:val="FF0000"/>
                <w:sz w:val="16"/>
                <w:lang w:val="ru-RU"/>
              </w:rPr>
              <w:t>Стартовый пакет документов подготовлен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B78D6B" w14:textId="77777777" w:rsidR="0044297A" w:rsidRPr="00F5008B" w:rsidRDefault="0042553D">
            <w:pPr>
              <w:rPr>
                <w:i/>
                <w:color w:val="FF0000"/>
                <w:sz w:val="16"/>
                <w:lang w:val="ru-RU"/>
              </w:rPr>
            </w:pPr>
            <w:r w:rsidRPr="00F5008B">
              <w:rPr>
                <w:i/>
                <w:color w:val="FF0000"/>
                <w:sz w:val="16"/>
                <w:lang w:val="ru-RU"/>
              </w:rPr>
              <w:t>Месяц 1</w:t>
            </w:r>
          </w:p>
        </w:tc>
        <w:tc>
          <w:tcPr>
            <w:tcW w:w="62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B9254D" w14:textId="77777777" w:rsidR="0044297A" w:rsidRPr="00F5008B" w:rsidRDefault="0042553D">
            <w:pPr>
              <w:rPr>
                <w:i/>
                <w:color w:val="FF0000"/>
                <w:sz w:val="16"/>
                <w:lang w:val="ru-RU"/>
              </w:rPr>
            </w:pPr>
            <w:r w:rsidRPr="00F5008B">
              <w:rPr>
                <w:i/>
                <w:color w:val="FF0000"/>
                <w:sz w:val="16"/>
                <w:lang w:val="ru-RU"/>
              </w:rPr>
              <w:t>Утвержденный график работ, календарный план, план закупок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D8D650" w14:textId="77777777" w:rsidR="0044297A" w:rsidRPr="00F5008B" w:rsidRDefault="0042553D">
            <w:pPr>
              <w:rPr>
                <w:i/>
                <w:color w:val="FF0000"/>
                <w:sz w:val="16"/>
                <w:lang w:val="ru-RU"/>
              </w:rPr>
            </w:pPr>
            <w:r w:rsidRPr="00F5008B">
              <w:rPr>
                <w:i/>
                <w:color w:val="FF0000"/>
                <w:sz w:val="16"/>
                <w:lang w:val="ru-RU"/>
              </w:rPr>
              <w:t>НПО</w:t>
            </w:r>
          </w:p>
        </w:tc>
      </w:tr>
      <w:tr w:rsidR="0044297A" w14:paraId="0C9F54EF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E179FF" w14:textId="77777777" w:rsidR="0044297A" w:rsidRDefault="0042553D">
            <w:r>
              <w:rPr>
                <w:sz w:val="16"/>
              </w:rPr>
              <w:t>2</w:t>
            </w:r>
          </w:p>
        </w:tc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1227B8" w14:textId="77777777" w:rsidR="0044297A" w:rsidRPr="00F5008B" w:rsidRDefault="0042553D">
            <w:pPr>
              <w:rPr>
                <w:i/>
                <w:color w:val="FF0000"/>
                <w:sz w:val="16"/>
                <w:lang w:val="ru-RU"/>
              </w:rPr>
            </w:pPr>
            <w:r w:rsidRPr="00F5008B">
              <w:rPr>
                <w:i/>
                <w:color w:val="FF0000"/>
                <w:sz w:val="16"/>
                <w:lang w:val="ru-RU"/>
              </w:rPr>
              <w:t>Согласования и доступ к объекту подтверждены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8A8FE4" w14:textId="77777777" w:rsidR="0044297A" w:rsidRPr="00BA0CB2" w:rsidRDefault="0042553D">
            <w:pPr>
              <w:rPr>
                <w:i/>
                <w:color w:val="FF0000"/>
                <w:sz w:val="16"/>
              </w:rPr>
            </w:pPr>
            <w:r w:rsidRPr="00F5008B">
              <w:rPr>
                <w:i/>
                <w:color w:val="FF0000"/>
                <w:sz w:val="16"/>
                <w:lang w:val="ru-RU"/>
              </w:rPr>
              <w:t>Месяц 1</w:t>
            </w:r>
          </w:p>
        </w:tc>
        <w:tc>
          <w:tcPr>
            <w:tcW w:w="62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BEF3B3" w14:textId="77777777" w:rsidR="0044297A" w:rsidRPr="00F5008B" w:rsidRDefault="0042553D">
            <w:pPr>
              <w:rPr>
                <w:i/>
                <w:color w:val="FF0000"/>
                <w:sz w:val="16"/>
                <w:lang w:val="ru-RU"/>
              </w:rPr>
            </w:pPr>
            <w:r w:rsidRPr="00F5008B">
              <w:rPr>
                <w:i/>
                <w:color w:val="FF0000"/>
                <w:sz w:val="16"/>
                <w:lang w:val="ru-RU"/>
              </w:rPr>
              <w:t>Письмо/согласование от партнера или балансодержателя объекта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97D3A5" w14:textId="77777777" w:rsidR="0044297A" w:rsidRPr="00F5008B" w:rsidRDefault="0042553D">
            <w:pPr>
              <w:rPr>
                <w:i/>
                <w:color w:val="FF0000"/>
                <w:sz w:val="16"/>
                <w:lang w:val="ru-RU"/>
              </w:rPr>
            </w:pPr>
            <w:r w:rsidRPr="00F5008B">
              <w:rPr>
                <w:i/>
                <w:color w:val="FF0000"/>
                <w:sz w:val="16"/>
                <w:lang w:val="ru-RU"/>
              </w:rPr>
              <w:t>НПО, партнер</w:t>
            </w:r>
          </w:p>
        </w:tc>
      </w:tr>
      <w:tr w:rsidR="0044297A" w14:paraId="7C543BAE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8A0F31" w14:textId="77777777" w:rsidR="0044297A" w:rsidRDefault="0042553D">
            <w:r>
              <w:rPr>
                <w:sz w:val="16"/>
              </w:rPr>
              <w:t>3</w:t>
            </w:r>
          </w:p>
        </w:tc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75B7BF" w14:textId="77777777" w:rsidR="0044297A" w:rsidRPr="00F5008B" w:rsidRDefault="0042553D">
            <w:pPr>
              <w:rPr>
                <w:i/>
                <w:color w:val="FF0000"/>
                <w:sz w:val="16"/>
                <w:lang w:val="ru-RU"/>
              </w:rPr>
            </w:pPr>
            <w:r w:rsidRPr="00F5008B">
              <w:rPr>
                <w:i/>
                <w:color w:val="FF0000"/>
                <w:sz w:val="16"/>
                <w:lang w:val="ru-RU"/>
              </w:rPr>
              <w:t>Закупки завершены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16F845" w14:textId="77777777" w:rsidR="0044297A" w:rsidRPr="00F5008B" w:rsidRDefault="0042553D">
            <w:pPr>
              <w:rPr>
                <w:i/>
                <w:color w:val="FF0000"/>
                <w:sz w:val="16"/>
                <w:lang w:val="ru-RU"/>
              </w:rPr>
            </w:pPr>
            <w:r w:rsidRPr="00F5008B">
              <w:rPr>
                <w:i/>
                <w:color w:val="FF0000"/>
                <w:sz w:val="16"/>
                <w:lang w:val="ru-RU"/>
              </w:rPr>
              <w:t>Месяц 2–3</w:t>
            </w:r>
          </w:p>
        </w:tc>
        <w:tc>
          <w:tcPr>
            <w:tcW w:w="62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3F5FC3" w14:textId="77777777" w:rsidR="0044297A" w:rsidRPr="00F5008B" w:rsidRDefault="0042553D">
            <w:pPr>
              <w:rPr>
                <w:i/>
                <w:color w:val="FF0000"/>
                <w:sz w:val="16"/>
                <w:lang w:val="ru-RU"/>
              </w:rPr>
            </w:pPr>
            <w:r w:rsidRPr="00F5008B">
              <w:rPr>
                <w:i/>
                <w:color w:val="FF0000"/>
                <w:sz w:val="16"/>
                <w:lang w:val="ru-RU"/>
              </w:rPr>
              <w:t>Закупочная документация, договоры, счета, акты поставки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497682" w14:textId="77777777" w:rsidR="0044297A" w:rsidRPr="00F5008B" w:rsidRDefault="0042553D">
            <w:pPr>
              <w:rPr>
                <w:i/>
                <w:color w:val="FF0000"/>
                <w:sz w:val="16"/>
                <w:lang w:val="ru-RU"/>
              </w:rPr>
            </w:pPr>
            <w:r w:rsidRPr="00F5008B">
              <w:rPr>
                <w:i/>
                <w:color w:val="FF0000"/>
                <w:sz w:val="16"/>
                <w:lang w:val="ru-RU"/>
              </w:rPr>
              <w:t>НПО</w:t>
            </w:r>
          </w:p>
        </w:tc>
      </w:tr>
      <w:tr w:rsidR="0044297A" w14:paraId="2F1E83DA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827620" w14:textId="77777777" w:rsidR="0044297A" w:rsidRDefault="0042553D">
            <w:r>
              <w:rPr>
                <w:sz w:val="16"/>
              </w:rPr>
              <w:t>4</w:t>
            </w:r>
          </w:p>
        </w:tc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FA8378" w14:textId="77777777" w:rsidR="0044297A" w:rsidRPr="00F5008B" w:rsidRDefault="0042553D">
            <w:pPr>
              <w:rPr>
                <w:i/>
                <w:color w:val="FF0000"/>
                <w:sz w:val="16"/>
                <w:lang w:val="ru-RU"/>
              </w:rPr>
            </w:pPr>
            <w:r w:rsidRPr="00F5008B">
              <w:rPr>
                <w:i/>
                <w:color w:val="FF0000"/>
                <w:sz w:val="16"/>
                <w:lang w:val="ru-RU"/>
              </w:rPr>
              <w:t>Основные работы выполнены не менее чем на 50%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923DE7" w14:textId="05CDD539" w:rsidR="0044297A" w:rsidRPr="00BA0CB2" w:rsidRDefault="0042553D">
            <w:pPr>
              <w:rPr>
                <w:i/>
                <w:color w:val="FF0000"/>
                <w:sz w:val="16"/>
                <w:highlight w:val="yellow"/>
              </w:rPr>
            </w:pPr>
            <w:r w:rsidRPr="00BA0CB2">
              <w:rPr>
                <w:i/>
                <w:color w:val="FF0000"/>
                <w:sz w:val="16"/>
                <w:highlight w:val="yellow"/>
                <w:lang w:val="ru-RU"/>
              </w:rPr>
              <w:t>Месяц 3–</w:t>
            </w:r>
            <w:r w:rsidR="00BA0CB2" w:rsidRPr="00BA0CB2">
              <w:rPr>
                <w:i/>
                <w:color w:val="FF0000"/>
                <w:sz w:val="16"/>
                <w:highlight w:val="yellow"/>
              </w:rPr>
              <w:t>6</w:t>
            </w:r>
          </w:p>
        </w:tc>
        <w:tc>
          <w:tcPr>
            <w:tcW w:w="62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5DA04E" w14:textId="77777777" w:rsidR="0044297A" w:rsidRPr="00F5008B" w:rsidRDefault="0042553D">
            <w:pPr>
              <w:rPr>
                <w:i/>
                <w:color w:val="FF0000"/>
                <w:sz w:val="16"/>
                <w:lang w:val="ru-RU"/>
              </w:rPr>
            </w:pPr>
            <w:r w:rsidRPr="00F5008B">
              <w:rPr>
                <w:i/>
                <w:color w:val="FF0000"/>
                <w:sz w:val="16"/>
                <w:lang w:val="ru-RU"/>
              </w:rPr>
              <w:t>Промежуточный отчет, фотофиксация, акты выполненных работ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DBC4EC" w14:textId="77777777" w:rsidR="0044297A" w:rsidRPr="00F5008B" w:rsidRDefault="0042553D">
            <w:pPr>
              <w:rPr>
                <w:i/>
                <w:color w:val="FF0000"/>
                <w:sz w:val="16"/>
                <w:lang w:val="ru-RU"/>
              </w:rPr>
            </w:pPr>
            <w:r w:rsidRPr="00F5008B">
              <w:rPr>
                <w:i/>
                <w:color w:val="FF0000"/>
                <w:sz w:val="16"/>
                <w:lang w:val="ru-RU"/>
              </w:rPr>
              <w:t>НПО</w:t>
            </w:r>
          </w:p>
        </w:tc>
      </w:tr>
      <w:tr w:rsidR="0044297A" w14:paraId="4AD52BA5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B50E2C" w14:textId="77777777" w:rsidR="0044297A" w:rsidRDefault="0042553D">
            <w:r>
              <w:rPr>
                <w:sz w:val="16"/>
              </w:rPr>
              <w:t>5</w:t>
            </w:r>
          </w:p>
        </w:tc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ED8EDD" w14:textId="77777777" w:rsidR="0044297A" w:rsidRPr="00F5008B" w:rsidRDefault="0042553D">
            <w:pPr>
              <w:rPr>
                <w:i/>
                <w:color w:val="FF0000"/>
                <w:sz w:val="16"/>
                <w:lang w:val="ru-RU"/>
              </w:rPr>
            </w:pPr>
            <w:r w:rsidRPr="00F5008B">
              <w:rPr>
                <w:i/>
                <w:color w:val="FF0000"/>
                <w:sz w:val="16"/>
                <w:lang w:val="ru-RU"/>
              </w:rPr>
              <w:t>Технический результат проверен и принят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8EAF2B" w14:textId="068C7A64" w:rsidR="0044297A" w:rsidRPr="00BA0CB2" w:rsidRDefault="0042553D">
            <w:pPr>
              <w:rPr>
                <w:i/>
                <w:color w:val="FF0000"/>
                <w:sz w:val="16"/>
                <w:highlight w:val="yellow"/>
              </w:rPr>
            </w:pPr>
            <w:r w:rsidRPr="00BA0CB2">
              <w:rPr>
                <w:i/>
                <w:color w:val="FF0000"/>
                <w:sz w:val="16"/>
                <w:highlight w:val="yellow"/>
                <w:lang w:val="ru-RU"/>
              </w:rPr>
              <w:t>Месяц 6–</w:t>
            </w:r>
            <w:r w:rsidR="00BA0CB2" w:rsidRPr="00BA0CB2">
              <w:rPr>
                <w:i/>
                <w:color w:val="FF0000"/>
                <w:sz w:val="16"/>
                <w:highlight w:val="yellow"/>
              </w:rPr>
              <w:t>8</w:t>
            </w:r>
          </w:p>
        </w:tc>
        <w:tc>
          <w:tcPr>
            <w:tcW w:w="62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E2DA44" w14:textId="77777777" w:rsidR="0044297A" w:rsidRPr="00F5008B" w:rsidRDefault="0042553D">
            <w:pPr>
              <w:rPr>
                <w:i/>
                <w:color w:val="FF0000"/>
                <w:sz w:val="16"/>
                <w:lang w:val="ru-RU"/>
              </w:rPr>
            </w:pPr>
            <w:r w:rsidRPr="00F5008B">
              <w:rPr>
                <w:i/>
                <w:color w:val="FF0000"/>
                <w:sz w:val="16"/>
                <w:lang w:val="ru-RU"/>
              </w:rPr>
              <w:t>Акт приемки, подтверждение балансодержателя, фото/видео материалы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DC2DC7" w14:textId="77777777" w:rsidR="0044297A" w:rsidRPr="00F5008B" w:rsidRDefault="0042553D">
            <w:pPr>
              <w:rPr>
                <w:i/>
                <w:color w:val="FF0000"/>
                <w:sz w:val="16"/>
                <w:lang w:val="ru-RU"/>
              </w:rPr>
            </w:pPr>
            <w:r w:rsidRPr="00F5008B">
              <w:rPr>
                <w:i/>
                <w:color w:val="FF0000"/>
                <w:sz w:val="16"/>
                <w:lang w:val="ru-RU"/>
              </w:rPr>
              <w:t>НПО, партнер, ПРООН</w:t>
            </w:r>
          </w:p>
        </w:tc>
      </w:tr>
      <w:tr w:rsidR="0044297A" w14:paraId="746C4828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F8388C" w14:textId="77777777" w:rsidR="0044297A" w:rsidRDefault="0042553D">
            <w:r>
              <w:rPr>
                <w:sz w:val="16"/>
              </w:rPr>
              <w:t>6</w:t>
            </w:r>
          </w:p>
        </w:tc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9E4A5F" w14:textId="77777777" w:rsidR="0044297A" w:rsidRPr="00F5008B" w:rsidRDefault="0042553D">
            <w:pPr>
              <w:rPr>
                <w:i/>
                <w:color w:val="FF0000"/>
                <w:sz w:val="16"/>
                <w:lang w:val="ru-RU"/>
              </w:rPr>
            </w:pPr>
            <w:r w:rsidRPr="00F5008B">
              <w:rPr>
                <w:i/>
                <w:color w:val="FF0000"/>
                <w:sz w:val="16"/>
                <w:lang w:val="ru-RU"/>
              </w:rPr>
              <w:t>Финальный отчет представлен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97ED90" w14:textId="49C503E3" w:rsidR="0044297A" w:rsidRPr="00BA0CB2" w:rsidRDefault="0042553D">
            <w:pPr>
              <w:rPr>
                <w:i/>
                <w:color w:val="FF0000"/>
                <w:sz w:val="16"/>
                <w:highlight w:val="yellow"/>
              </w:rPr>
            </w:pPr>
            <w:r w:rsidRPr="00BA0CB2">
              <w:rPr>
                <w:i/>
                <w:color w:val="FF0000"/>
                <w:sz w:val="16"/>
                <w:highlight w:val="yellow"/>
                <w:lang w:val="ru-RU"/>
              </w:rPr>
              <w:t xml:space="preserve">Месяц </w:t>
            </w:r>
            <w:r w:rsidR="00BA0CB2" w:rsidRPr="00BA0CB2">
              <w:rPr>
                <w:i/>
                <w:color w:val="FF0000"/>
                <w:sz w:val="16"/>
                <w:highlight w:val="yellow"/>
              </w:rPr>
              <w:t>9-10</w:t>
            </w:r>
          </w:p>
        </w:tc>
        <w:tc>
          <w:tcPr>
            <w:tcW w:w="62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8178FE" w14:textId="77777777" w:rsidR="0044297A" w:rsidRPr="00F5008B" w:rsidRDefault="0042553D">
            <w:pPr>
              <w:rPr>
                <w:i/>
                <w:color w:val="FF0000"/>
                <w:sz w:val="16"/>
                <w:lang w:val="ru-RU"/>
              </w:rPr>
            </w:pPr>
            <w:r w:rsidRPr="00F5008B">
              <w:rPr>
                <w:i/>
                <w:color w:val="FF0000"/>
                <w:sz w:val="16"/>
                <w:lang w:val="ru-RU"/>
              </w:rPr>
              <w:t>Финальный программный и финансовый отчет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0B6D47" w14:textId="77777777" w:rsidR="0044297A" w:rsidRPr="00F5008B" w:rsidRDefault="0042553D">
            <w:pPr>
              <w:rPr>
                <w:i/>
                <w:color w:val="FF0000"/>
                <w:sz w:val="16"/>
                <w:lang w:val="ru-RU"/>
              </w:rPr>
            </w:pPr>
            <w:r w:rsidRPr="00F5008B">
              <w:rPr>
                <w:i/>
                <w:color w:val="FF0000"/>
                <w:sz w:val="16"/>
                <w:lang w:val="ru-RU"/>
              </w:rPr>
              <w:t>НПО</w:t>
            </w:r>
          </w:p>
        </w:tc>
      </w:tr>
    </w:tbl>
    <w:p w14:paraId="79192109" w14:textId="77777777" w:rsidR="0044297A" w:rsidRDefault="0042553D">
      <w:r>
        <w:br w:type="page"/>
      </w:r>
    </w:p>
    <w:p w14:paraId="541555DF" w14:textId="77777777" w:rsidR="0044297A" w:rsidRPr="000F1A66" w:rsidRDefault="0042553D">
      <w:pPr>
        <w:pStyle w:val="1"/>
        <w:rPr>
          <w:lang w:val="ru-RU"/>
        </w:rPr>
      </w:pPr>
      <w:r w:rsidRPr="000F1A66">
        <w:rPr>
          <w:rFonts w:ascii="Arial" w:eastAsia="Arial" w:hAnsi="Arial"/>
          <w:color w:val="1F4E79"/>
          <w:sz w:val="22"/>
          <w:lang w:val="ru-RU"/>
        </w:rPr>
        <w:lastRenderedPageBreak/>
        <w:t>Раздел 4. Мониторинг качества, рисков и эксплуатации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10"/>
        <w:gridCol w:w="3402"/>
        <w:gridCol w:w="3969"/>
        <w:gridCol w:w="2268"/>
        <w:gridCol w:w="5102"/>
      </w:tblGrid>
      <w:tr w:rsidR="0044297A" w14:paraId="00C80BBD" w14:textId="77777777">
        <w:trPr>
          <w:tblHeader/>
          <w:jc w:val="center"/>
        </w:trPr>
        <w:tc>
          <w:tcPr>
            <w:tcW w:w="510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8C32BD" w14:textId="77777777" w:rsidR="0044297A" w:rsidRDefault="0042553D">
            <w:pPr>
              <w:jc w:val="center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3402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8357A0" w14:textId="77777777" w:rsidR="0044297A" w:rsidRDefault="0042553D">
            <w:pPr>
              <w:jc w:val="center"/>
            </w:pPr>
            <w:r>
              <w:rPr>
                <w:b/>
                <w:sz w:val="16"/>
              </w:rPr>
              <w:t>Что будет отслеживаться</w:t>
            </w:r>
          </w:p>
        </w:tc>
        <w:tc>
          <w:tcPr>
            <w:tcW w:w="3969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C55C3B" w14:textId="77777777" w:rsidR="0044297A" w:rsidRDefault="0042553D">
            <w:pPr>
              <w:jc w:val="center"/>
            </w:pPr>
            <w:r>
              <w:rPr>
                <w:b/>
                <w:sz w:val="16"/>
              </w:rPr>
              <w:t>Как будет проверяться</w:t>
            </w:r>
          </w:p>
        </w:tc>
        <w:tc>
          <w:tcPr>
            <w:tcW w:w="2268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702BBD" w14:textId="77777777" w:rsidR="0044297A" w:rsidRDefault="0042553D">
            <w:pPr>
              <w:jc w:val="center"/>
            </w:pPr>
            <w:r>
              <w:rPr>
                <w:b/>
                <w:sz w:val="16"/>
              </w:rPr>
              <w:t>Периодичность</w:t>
            </w:r>
          </w:p>
        </w:tc>
        <w:tc>
          <w:tcPr>
            <w:tcW w:w="5102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4A9F25" w14:textId="77777777" w:rsidR="0044297A" w:rsidRDefault="0042553D">
            <w:pPr>
              <w:jc w:val="center"/>
            </w:pPr>
            <w:r>
              <w:rPr>
                <w:b/>
                <w:sz w:val="16"/>
              </w:rPr>
              <w:t>Подтверждающие документы</w:t>
            </w:r>
          </w:p>
        </w:tc>
      </w:tr>
      <w:tr w:rsidR="0044297A" w14:paraId="39E0239E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76F51B" w14:textId="77777777" w:rsidR="0044297A" w:rsidRDefault="0042553D">
            <w:r>
              <w:rPr>
                <w:sz w:val="16"/>
              </w:rPr>
              <w:t>1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A5BD11" w14:textId="66CC02F8" w:rsidR="0044297A" w:rsidRPr="00F5008B" w:rsidRDefault="00F5008B">
            <w:pPr>
              <w:rPr>
                <w:i/>
                <w:color w:val="FF0000"/>
              </w:rPr>
            </w:pPr>
            <w:r w:rsidRPr="00F5008B">
              <w:rPr>
                <w:i/>
                <w:color w:val="FF0000"/>
                <w:sz w:val="16"/>
                <w:lang w:val="ru-RU"/>
              </w:rPr>
              <w:t xml:space="preserve">Пример - </w:t>
            </w:r>
            <w:r w:rsidRPr="00F5008B">
              <w:rPr>
                <w:i/>
                <w:color w:val="FF0000"/>
                <w:sz w:val="16"/>
              </w:rPr>
              <w:t>Соблюдение технического решения</w:t>
            </w:r>
          </w:p>
        </w:tc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52F341" w14:textId="77777777" w:rsidR="0044297A" w:rsidRPr="00F5008B" w:rsidRDefault="0042553D">
            <w:pPr>
              <w:rPr>
                <w:i/>
                <w:color w:val="FF0000"/>
                <w:lang w:val="ru-RU"/>
              </w:rPr>
            </w:pPr>
            <w:r w:rsidRPr="00F5008B">
              <w:rPr>
                <w:i/>
                <w:color w:val="FF0000"/>
                <w:sz w:val="16"/>
                <w:lang w:val="ru-RU"/>
              </w:rPr>
              <w:t>Проверка соответствия работ ПСД/</w:t>
            </w:r>
            <w:r w:rsidRPr="00F5008B">
              <w:rPr>
                <w:i/>
                <w:color w:val="FF0000"/>
                <w:sz w:val="16"/>
              </w:rPr>
              <w:t>BoQ</w:t>
            </w:r>
            <w:r w:rsidRPr="00F5008B">
              <w:rPr>
                <w:i/>
                <w:color w:val="FF0000"/>
                <w:sz w:val="16"/>
                <w:lang w:val="ru-RU"/>
              </w:rPr>
              <w:t>/техническому описанию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4ADE0A" w14:textId="77777777" w:rsidR="0044297A" w:rsidRPr="00F5008B" w:rsidRDefault="0042553D">
            <w:pPr>
              <w:rPr>
                <w:i/>
                <w:color w:val="FF0000"/>
              </w:rPr>
            </w:pPr>
            <w:r w:rsidRPr="00F5008B">
              <w:rPr>
                <w:i/>
                <w:color w:val="FF0000"/>
                <w:sz w:val="16"/>
              </w:rPr>
              <w:t>Ежемесячно</w:t>
            </w:r>
          </w:p>
        </w:tc>
        <w:tc>
          <w:tcPr>
            <w:tcW w:w="51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350A7D" w14:textId="77777777" w:rsidR="0044297A" w:rsidRPr="00F5008B" w:rsidRDefault="0042553D">
            <w:pPr>
              <w:rPr>
                <w:i/>
                <w:color w:val="FF0000"/>
              </w:rPr>
            </w:pPr>
            <w:r w:rsidRPr="00F5008B">
              <w:rPr>
                <w:i/>
                <w:color w:val="FF0000"/>
                <w:sz w:val="16"/>
              </w:rPr>
              <w:t>Фото, акты, технические заключения</w:t>
            </w:r>
          </w:p>
        </w:tc>
      </w:tr>
      <w:tr w:rsidR="0044297A" w14:paraId="192C98D0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C345CE" w14:textId="77777777" w:rsidR="0044297A" w:rsidRDefault="0042553D">
            <w:r>
              <w:rPr>
                <w:sz w:val="16"/>
              </w:rPr>
              <w:t>2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59CEC5" w14:textId="77777777" w:rsidR="0044297A" w:rsidRPr="00F5008B" w:rsidRDefault="0042553D">
            <w:pPr>
              <w:rPr>
                <w:i/>
                <w:color w:val="FF0000"/>
              </w:rPr>
            </w:pPr>
            <w:r w:rsidRPr="00F5008B">
              <w:rPr>
                <w:i/>
                <w:color w:val="FF0000"/>
                <w:sz w:val="16"/>
              </w:rPr>
              <w:t>Соблюдение графика</w:t>
            </w:r>
          </w:p>
        </w:tc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5E3ABA" w14:textId="77777777" w:rsidR="0044297A" w:rsidRPr="00F5008B" w:rsidRDefault="0042553D">
            <w:pPr>
              <w:rPr>
                <w:i/>
                <w:color w:val="FF0000"/>
                <w:lang w:val="ru-RU"/>
              </w:rPr>
            </w:pPr>
            <w:r w:rsidRPr="00F5008B">
              <w:rPr>
                <w:i/>
                <w:color w:val="FF0000"/>
                <w:sz w:val="16"/>
                <w:lang w:val="ru-RU"/>
              </w:rPr>
              <w:t>Сравнение фактического выполнения с календарным планом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FFBF6B" w14:textId="77777777" w:rsidR="0044297A" w:rsidRPr="00F5008B" w:rsidRDefault="0042553D">
            <w:pPr>
              <w:rPr>
                <w:i/>
                <w:color w:val="FF0000"/>
              </w:rPr>
            </w:pPr>
            <w:r w:rsidRPr="00F5008B">
              <w:rPr>
                <w:i/>
                <w:color w:val="FF0000"/>
                <w:sz w:val="16"/>
              </w:rPr>
              <w:t>Ежемесячно</w:t>
            </w:r>
          </w:p>
        </w:tc>
        <w:tc>
          <w:tcPr>
            <w:tcW w:w="51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5F6182" w14:textId="77777777" w:rsidR="0044297A" w:rsidRPr="00F5008B" w:rsidRDefault="0042553D">
            <w:pPr>
              <w:rPr>
                <w:i/>
                <w:color w:val="FF0000"/>
              </w:rPr>
            </w:pPr>
            <w:r w:rsidRPr="00F5008B">
              <w:rPr>
                <w:i/>
                <w:color w:val="FF0000"/>
                <w:sz w:val="16"/>
              </w:rPr>
              <w:t>Обновленный график, протоколы встреч</w:t>
            </w:r>
          </w:p>
        </w:tc>
      </w:tr>
      <w:tr w:rsidR="0044297A" w14:paraId="0BFE89AE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EF1C35" w14:textId="77777777" w:rsidR="0044297A" w:rsidRDefault="0042553D">
            <w:r>
              <w:rPr>
                <w:sz w:val="16"/>
              </w:rPr>
              <w:t>3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1A0362" w14:textId="77777777" w:rsidR="0044297A" w:rsidRPr="00F5008B" w:rsidRDefault="0042553D">
            <w:pPr>
              <w:rPr>
                <w:i/>
                <w:color w:val="FF0000"/>
                <w:sz w:val="16"/>
              </w:rPr>
            </w:pPr>
            <w:r w:rsidRPr="00F5008B">
              <w:rPr>
                <w:i/>
                <w:color w:val="FF0000"/>
                <w:sz w:val="16"/>
              </w:rPr>
              <w:t>Качество закупленных материалов/оборудования</w:t>
            </w:r>
          </w:p>
        </w:tc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00902D" w14:textId="77777777" w:rsidR="0044297A" w:rsidRPr="00AB1B6A" w:rsidRDefault="0042553D">
            <w:pPr>
              <w:rPr>
                <w:i/>
                <w:color w:val="FF0000"/>
                <w:sz w:val="16"/>
                <w:lang w:val="ru-RU"/>
              </w:rPr>
            </w:pPr>
            <w:r w:rsidRPr="00AB1B6A">
              <w:rPr>
                <w:i/>
                <w:color w:val="FF0000"/>
                <w:sz w:val="16"/>
                <w:lang w:val="ru-RU"/>
              </w:rPr>
              <w:t>Проверка спецификаций, количества и состояния поставки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A81CC9" w14:textId="77777777" w:rsidR="0044297A" w:rsidRPr="00F5008B" w:rsidRDefault="0042553D">
            <w:pPr>
              <w:rPr>
                <w:i/>
                <w:color w:val="FF0000"/>
                <w:sz w:val="16"/>
              </w:rPr>
            </w:pPr>
            <w:r w:rsidRPr="00F5008B">
              <w:rPr>
                <w:i/>
                <w:color w:val="FF0000"/>
                <w:sz w:val="16"/>
              </w:rPr>
              <w:t>По мере закупок</w:t>
            </w:r>
          </w:p>
        </w:tc>
        <w:tc>
          <w:tcPr>
            <w:tcW w:w="51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653065" w14:textId="77777777" w:rsidR="0044297A" w:rsidRPr="00F5008B" w:rsidRDefault="0042553D">
            <w:pPr>
              <w:rPr>
                <w:i/>
                <w:color w:val="FF0000"/>
                <w:sz w:val="16"/>
              </w:rPr>
            </w:pPr>
            <w:r w:rsidRPr="00F5008B">
              <w:rPr>
                <w:i/>
                <w:color w:val="FF0000"/>
                <w:sz w:val="16"/>
              </w:rPr>
              <w:t>Счета, накладные, акты приема</w:t>
            </w:r>
          </w:p>
        </w:tc>
      </w:tr>
      <w:tr w:rsidR="0044297A" w:rsidRPr="00341CDC" w14:paraId="590A1DAF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F49CC5" w14:textId="77777777" w:rsidR="0044297A" w:rsidRDefault="0042553D">
            <w:r>
              <w:rPr>
                <w:sz w:val="16"/>
              </w:rPr>
              <w:t>4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2F131F" w14:textId="77777777" w:rsidR="0044297A" w:rsidRPr="00AB1B6A" w:rsidRDefault="0042553D">
            <w:pPr>
              <w:rPr>
                <w:i/>
                <w:color w:val="FF0000"/>
                <w:sz w:val="16"/>
                <w:lang w:val="ru-RU"/>
              </w:rPr>
            </w:pPr>
            <w:r w:rsidRPr="00AB1B6A">
              <w:rPr>
                <w:i/>
                <w:color w:val="FF0000"/>
                <w:sz w:val="16"/>
                <w:lang w:val="ru-RU"/>
              </w:rPr>
              <w:t>Риски задержек или технических проблем</w:t>
            </w:r>
          </w:p>
        </w:tc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FD7922" w14:textId="77777777" w:rsidR="0044297A" w:rsidRPr="00AB1B6A" w:rsidRDefault="0042553D">
            <w:pPr>
              <w:rPr>
                <w:i/>
                <w:color w:val="FF0000"/>
                <w:sz w:val="16"/>
                <w:lang w:val="ru-RU"/>
              </w:rPr>
            </w:pPr>
            <w:r w:rsidRPr="00AB1B6A">
              <w:rPr>
                <w:i/>
                <w:color w:val="FF0000"/>
                <w:sz w:val="16"/>
                <w:lang w:val="ru-RU"/>
              </w:rPr>
              <w:t>Обсуждение с партнером/балансодержателем и подрядчиком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1CE444" w14:textId="77777777" w:rsidR="0044297A" w:rsidRPr="00F5008B" w:rsidRDefault="0042553D">
            <w:pPr>
              <w:rPr>
                <w:i/>
                <w:color w:val="FF0000"/>
                <w:sz w:val="16"/>
              </w:rPr>
            </w:pPr>
            <w:r w:rsidRPr="00F5008B">
              <w:rPr>
                <w:i/>
                <w:color w:val="FF0000"/>
                <w:sz w:val="16"/>
              </w:rPr>
              <w:t>По мере необходимости</w:t>
            </w:r>
          </w:p>
        </w:tc>
        <w:tc>
          <w:tcPr>
            <w:tcW w:w="51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6DF985" w14:textId="77777777" w:rsidR="0044297A" w:rsidRPr="00AB1B6A" w:rsidRDefault="0042553D">
            <w:pPr>
              <w:rPr>
                <w:i/>
                <w:color w:val="FF0000"/>
                <w:sz w:val="16"/>
                <w:lang w:val="ru-RU"/>
              </w:rPr>
            </w:pPr>
            <w:r w:rsidRPr="00AB1B6A">
              <w:rPr>
                <w:i/>
                <w:color w:val="FF0000"/>
                <w:sz w:val="16"/>
                <w:lang w:val="ru-RU"/>
              </w:rPr>
              <w:t>Протоколы, письма, план корректирующих мер</w:t>
            </w:r>
          </w:p>
        </w:tc>
      </w:tr>
      <w:tr w:rsidR="0044297A" w:rsidRPr="00341CDC" w14:paraId="6A8C907B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21AF84" w14:textId="77777777" w:rsidR="0044297A" w:rsidRDefault="0042553D">
            <w:r>
              <w:rPr>
                <w:sz w:val="16"/>
              </w:rPr>
              <w:t>5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575F34" w14:textId="77777777" w:rsidR="0044297A" w:rsidRPr="00F5008B" w:rsidRDefault="0042553D">
            <w:pPr>
              <w:rPr>
                <w:i/>
                <w:color w:val="FF0000"/>
                <w:sz w:val="16"/>
              </w:rPr>
            </w:pPr>
            <w:r w:rsidRPr="00F5008B">
              <w:rPr>
                <w:i/>
                <w:color w:val="FF0000"/>
                <w:sz w:val="16"/>
              </w:rPr>
              <w:t>Польза для целевой группы</w:t>
            </w:r>
          </w:p>
        </w:tc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EC184B" w14:textId="77777777" w:rsidR="0044297A" w:rsidRPr="00F5008B" w:rsidRDefault="0042553D">
            <w:pPr>
              <w:rPr>
                <w:i/>
                <w:color w:val="FF0000"/>
                <w:sz w:val="16"/>
              </w:rPr>
            </w:pPr>
            <w:r w:rsidRPr="00F5008B">
              <w:rPr>
                <w:i/>
                <w:color w:val="FF0000"/>
                <w:sz w:val="16"/>
              </w:rPr>
              <w:t>Фиксация количества пользователей/бенефициаров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6CDD40" w14:textId="77777777" w:rsidR="0044297A" w:rsidRPr="00AB1B6A" w:rsidRDefault="0042553D">
            <w:pPr>
              <w:rPr>
                <w:i/>
                <w:color w:val="FF0000"/>
                <w:sz w:val="16"/>
                <w:lang w:val="ru-RU"/>
              </w:rPr>
            </w:pPr>
            <w:r w:rsidRPr="00AB1B6A">
              <w:rPr>
                <w:i/>
                <w:color w:val="FF0000"/>
                <w:sz w:val="16"/>
                <w:lang w:val="ru-RU"/>
              </w:rPr>
              <w:t>В середине и в конце проекта</w:t>
            </w:r>
          </w:p>
        </w:tc>
        <w:tc>
          <w:tcPr>
            <w:tcW w:w="51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709839" w14:textId="77777777" w:rsidR="0044297A" w:rsidRPr="00AB1B6A" w:rsidRDefault="0042553D">
            <w:pPr>
              <w:rPr>
                <w:i/>
                <w:color w:val="FF0000"/>
                <w:sz w:val="16"/>
                <w:lang w:val="ru-RU"/>
              </w:rPr>
            </w:pPr>
            <w:r w:rsidRPr="00AB1B6A">
              <w:rPr>
                <w:i/>
                <w:color w:val="FF0000"/>
                <w:sz w:val="16"/>
                <w:lang w:val="ru-RU"/>
              </w:rPr>
              <w:t>Списки, фото, отзывы, данные мониторинга</w:t>
            </w:r>
          </w:p>
        </w:tc>
      </w:tr>
      <w:tr w:rsidR="0044297A" w:rsidRPr="00341CDC" w14:paraId="3DB5A317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8FAD5B" w14:textId="77777777" w:rsidR="0044297A" w:rsidRDefault="0042553D">
            <w:r>
              <w:rPr>
                <w:sz w:val="16"/>
              </w:rPr>
              <w:t>6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FA3A65" w14:textId="77777777" w:rsidR="0044297A" w:rsidRPr="00F5008B" w:rsidRDefault="0042553D">
            <w:pPr>
              <w:rPr>
                <w:i/>
                <w:color w:val="FF0000"/>
                <w:sz w:val="16"/>
              </w:rPr>
            </w:pPr>
            <w:r w:rsidRPr="00F5008B">
              <w:rPr>
                <w:i/>
                <w:color w:val="FF0000"/>
                <w:sz w:val="16"/>
              </w:rPr>
              <w:t>Эксплуатация после завершения проекта</w:t>
            </w:r>
          </w:p>
        </w:tc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9F39B0" w14:textId="77777777" w:rsidR="0044297A" w:rsidRPr="00AB1B6A" w:rsidRDefault="0042553D">
            <w:pPr>
              <w:rPr>
                <w:i/>
                <w:color w:val="FF0000"/>
                <w:sz w:val="16"/>
                <w:lang w:val="ru-RU"/>
              </w:rPr>
            </w:pPr>
            <w:r w:rsidRPr="00AB1B6A">
              <w:rPr>
                <w:i/>
                <w:color w:val="FF0000"/>
                <w:sz w:val="16"/>
                <w:lang w:val="ru-RU"/>
              </w:rPr>
              <w:t>Проверка наличия ответственного за обслуживание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74FEA8" w14:textId="77777777" w:rsidR="0044297A" w:rsidRPr="00F5008B" w:rsidRDefault="0042553D">
            <w:pPr>
              <w:rPr>
                <w:i/>
                <w:color w:val="FF0000"/>
                <w:sz w:val="16"/>
              </w:rPr>
            </w:pPr>
            <w:r w:rsidRPr="00F5008B">
              <w:rPr>
                <w:i/>
                <w:color w:val="FF0000"/>
                <w:sz w:val="16"/>
              </w:rPr>
              <w:t>В конце проекта</w:t>
            </w:r>
          </w:p>
        </w:tc>
        <w:tc>
          <w:tcPr>
            <w:tcW w:w="51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5A7E8D" w14:textId="77777777" w:rsidR="0044297A" w:rsidRPr="00AB1B6A" w:rsidRDefault="0042553D">
            <w:pPr>
              <w:rPr>
                <w:i/>
                <w:color w:val="FF0000"/>
                <w:sz w:val="16"/>
                <w:lang w:val="ru-RU"/>
              </w:rPr>
            </w:pPr>
            <w:r w:rsidRPr="00AB1B6A">
              <w:rPr>
                <w:i/>
                <w:color w:val="FF0000"/>
                <w:sz w:val="16"/>
                <w:lang w:val="ru-RU"/>
              </w:rPr>
              <w:t>План эксплуатации, акт передачи, письмо балансодержателя</w:t>
            </w:r>
          </w:p>
        </w:tc>
      </w:tr>
    </w:tbl>
    <w:p w14:paraId="7C3E8836" w14:textId="77777777" w:rsidR="0044297A" w:rsidRPr="000F1A66" w:rsidRDefault="0042553D">
      <w:pPr>
        <w:pStyle w:val="1"/>
        <w:rPr>
          <w:lang w:val="ru-RU"/>
        </w:rPr>
      </w:pPr>
      <w:r w:rsidRPr="000F1A66">
        <w:rPr>
          <w:rFonts w:ascii="Arial" w:eastAsia="Arial" w:hAnsi="Arial"/>
          <w:color w:val="1F4E79"/>
          <w:sz w:val="22"/>
          <w:lang w:val="ru-RU"/>
        </w:rPr>
        <w:t>Раздел 5. Трудовой, натуральный или иной вклад заявителя и партнеров</w:t>
      </w:r>
    </w:p>
    <w:p w14:paraId="05FC7E2D" w14:textId="77777777" w:rsidR="0044297A" w:rsidRDefault="0042553D">
      <w:pPr>
        <w:spacing w:after="80"/>
      </w:pPr>
      <w:r w:rsidRPr="000F1A66">
        <w:rPr>
          <w:lang w:val="ru-RU"/>
        </w:rPr>
        <w:t xml:space="preserve">Укажите вклад заявителя и партнеров, который связан с мероприятиями проекта. </w:t>
      </w:r>
      <w:r>
        <w:t>Денежная оценка вклада должна соответствовать бюджету проекта (Приложение 4).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10"/>
        <w:gridCol w:w="2268"/>
        <w:gridCol w:w="2268"/>
        <w:gridCol w:w="1701"/>
        <w:gridCol w:w="5102"/>
        <w:gridCol w:w="3402"/>
      </w:tblGrid>
      <w:tr w:rsidR="0044297A" w14:paraId="5920ABAE" w14:textId="77777777">
        <w:trPr>
          <w:tblHeader/>
          <w:jc w:val="center"/>
        </w:trPr>
        <w:tc>
          <w:tcPr>
            <w:tcW w:w="510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812FE2" w14:textId="77777777" w:rsidR="0044297A" w:rsidRDefault="0042553D">
            <w:pPr>
              <w:jc w:val="center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2268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16B908" w14:textId="77777777" w:rsidR="0044297A" w:rsidRDefault="0042553D">
            <w:pPr>
              <w:jc w:val="center"/>
            </w:pPr>
            <w:r>
              <w:rPr>
                <w:b/>
                <w:sz w:val="16"/>
              </w:rPr>
              <w:t>Вид вклада</w:t>
            </w:r>
          </w:p>
        </w:tc>
        <w:tc>
          <w:tcPr>
            <w:tcW w:w="2268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C55023" w14:textId="77777777" w:rsidR="0044297A" w:rsidRDefault="0042553D">
            <w:pPr>
              <w:jc w:val="center"/>
            </w:pPr>
            <w:r>
              <w:rPr>
                <w:b/>
                <w:sz w:val="16"/>
              </w:rPr>
              <w:t>Кто предоставляет</w:t>
            </w:r>
          </w:p>
        </w:tc>
        <w:tc>
          <w:tcPr>
            <w:tcW w:w="170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9FF54E" w14:textId="77777777" w:rsidR="0044297A" w:rsidRDefault="0042553D">
            <w:pPr>
              <w:jc w:val="center"/>
            </w:pPr>
            <w:r>
              <w:rPr>
                <w:b/>
                <w:sz w:val="16"/>
              </w:rPr>
              <w:t>Период</w:t>
            </w:r>
          </w:p>
        </w:tc>
        <w:tc>
          <w:tcPr>
            <w:tcW w:w="5102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9279B7" w14:textId="77777777" w:rsidR="0044297A" w:rsidRPr="000F1A66" w:rsidRDefault="0042553D">
            <w:pPr>
              <w:jc w:val="center"/>
              <w:rPr>
                <w:lang w:val="ru-RU"/>
              </w:rPr>
            </w:pPr>
            <w:r w:rsidRPr="000F1A66">
              <w:rPr>
                <w:b/>
                <w:sz w:val="16"/>
                <w:lang w:val="ru-RU"/>
              </w:rPr>
              <w:t>Описание и связь с мероприятиями</w:t>
            </w:r>
          </w:p>
        </w:tc>
        <w:tc>
          <w:tcPr>
            <w:tcW w:w="3402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544D27" w14:textId="77777777" w:rsidR="0044297A" w:rsidRDefault="0042553D">
            <w:pPr>
              <w:jc w:val="center"/>
            </w:pPr>
            <w:r>
              <w:rPr>
                <w:b/>
                <w:sz w:val="16"/>
              </w:rPr>
              <w:t>Подтверждающий документ</w:t>
            </w:r>
          </w:p>
        </w:tc>
      </w:tr>
      <w:tr w:rsidR="0044297A" w14:paraId="383D3715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671C3C" w14:textId="77777777" w:rsidR="0044297A" w:rsidRDefault="0042553D">
            <w:r>
              <w:rPr>
                <w:i/>
                <w:color w:val="666666"/>
                <w:sz w:val="16"/>
              </w:rPr>
              <w:t>1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B30475" w14:textId="77777777" w:rsidR="0044297A" w:rsidRPr="00F5008B" w:rsidRDefault="0042553D">
            <w:pPr>
              <w:rPr>
                <w:color w:val="FF0000"/>
              </w:rPr>
            </w:pPr>
            <w:r w:rsidRPr="00F5008B">
              <w:rPr>
                <w:i/>
                <w:color w:val="FF0000"/>
                <w:sz w:val="16"/>
              </w:rPr>
              <w:t>Трудовой вклад / специалисты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BEF477" w14:textId="77777777" w:rsidR="0044297A" w:rsidRPr="00F5008B" w:rsidRDefault="0042553D">
            <w:pPr>
              <w:rPr>
                <w:color w:val="FF0000"/>
              </w:rPr>
            </w:pPr>
            <w:r w:rsidRPr="00F5008B">
              <w:rPr>
                <w:i/>
                <w:color w:val="FF0000"/>
                <w:sz w:val="16"/>
              </w:rPr>
              <w:t>Заявитель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B54BBA" w14:textId="673D1387" w:rsidR="0044297A" w:rsidRPr="00F5008B" w:rsidRDefault="0042553D">
            <w:pPr>
              <w:rPr>
                <w:color w:val="FF0000"/>
              </w:rPr>
            </w:pPr>
            <w:r w:rsidRPr="00F5008B">
              <w:rPr>
                <w:i/>
                <w:color w:val="FF0000"/>
                <w:sz w:val="16"/>
              </w:rPr>
              <w:t xml:space="preserve">Месяц </w:t>
            </w:r>
            <w:r w:rsidRPr="00233508">
              <w:rPr>
                <w:i/>
                <w:color w:val="FF0000"/>
                <w:sz w:val="16"/>
                <w:highlight w:val="yellow"/>
              </w:rPr>
              <w:t>1–</w:t>
            </w:r>
            <w:r w:rsidR="00233508" w:rsidRPr="00233508">
              <w:rPr>
                <w:i/>
                <w:color w:val="FF0000"/>
                <w:sz w:val="16"/>
                <w:highlight w:val="yellow"/>
              </w:rPr>
              <w:t>9</w:t>
            </w:r>
          </w:p>
        </w:tc>
        <w:tc>
          <w:tcPr>
            <w:tcW w:w="51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26F7E3" w14:textId="77777777" w:rsidR="0044297A" w:rsidRPr="00F5008B" w:rsidRDefault="0042553D">
            <w:pPr>
              <w:rPr>
                <w:color w:val="FF0000"/>
                <w:lang w:val="ru-RU"/>
              </w:rPr>
            </w:pPr>
            <w:r w:rsidRPr="00F5008B">
              <w:rPr>
                <w:i/>
                <w:color w:val="FF0000"/>
                <w:sz w:val="16"/>
                <w:lang w:val="ru-RU"/>
              </w:rPr>
              <w:t>Координация работ, мониторинг, связь с целевой группой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0086B9" w14:textId="494B3446" w:rsidR="0044297A" w:rsidRPr="00F5008B" w:rsidRDefault="0042553D">
            <w:pPr>
              <w:rPr>
                <w:color w:val="FF0000"/>
              </w:rPr>
            </w:pPr>
            <w:r w:rsidRPr="00F5008B">
              <w:rPr>
                <w:i/>
                <w:color w:val="FF0000"/>
                <w:sz w:val="16"/>
              </w:rPr>
              <w:t>табель, письмо заявителя</w:t>
            </w:r>
          </w:p>
        </w:tc>
      </w:tr>
      <w:tr w:rsidR="0044297A" w14:paraId="50E4609E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76EC3C" w14:textId="77777777" w:rsidR="0044297A" w:rsidRDefault="0042553D">
            <w:r>
              <w:rPr>
                <w:i/>
                <w:color w:val="666666"/>
                <w:sz w:val="16"/>
              </w:rPr>
              <w:t>2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5177D7" w14:textId="77777777" w:rsidR="0044297A" w:rsidRPr="00F5008B" w:rsidRDefault="0042553D">
            <w:pPr>
              <w:rPr>
                <w:color w:val="FF0000"/>
              </w:rPr>
            </w:pPr>
            <w:r w:rsidRPr="00F5008B">
              <w:rPr>
                <w:i/>
                <w:color w:val="FF0000"/>
                <w:sz w:val="16"/>
              </w:rPr>
              <w:t>Техника / помещение / материалы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6F35DE" w14:textId="77777777" w:rsidR="0044297A" w:rsidRPr="00F5008B" w:rsidRDefault="0042553D">
            <w:pPr>
              <w:rPr>
                <w:color w:val="FF0000"/>
              </w:rPr>
            </w:pPr>
            <w:r w:rsidRPr="00F5008B">
              <w:rPr>
                <w:i/>
                <w:color w:val="FF0000"/>
                <w:sz w:val="16"/>
              </w:rPr>
              <w:t>Партнер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72596C" w14:textId="77777777" w:rsidR="0044297A" w:rsidRPr="00F5008B" w:rsidRDefault="0042553D">
            <w:pPr>
              <w:rPr>
                <w:color w:val="FF0000"/>
              </w:rPr>
            </w:pPr>
            <w:r w:rsidRPr="00F5008B">
              <w:rPr>
                <w:i/>
                <w:color w:val="FF0000"/>
                <w:sz w:val="16"/>
              </w:rPr>
              <w:t>Месяц ___</w:t>
            </w:r>
          </w:p>
        </w:tc>
        <w:tc>
          <w:tcPr>
            <w:tcW w:w="51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DD3A90" w14:textId="77777777" w:rsidR="0044297A" w:rsidRPr="00F5008B" w:rsidRDefault="0042553D">
            <w:pPr>
              <w:rPr>
                <w:color w:val="FF0000"/>
                <w:lang w:val="ru-RU"/>
              </w:rPr>
            </w:pPr>
            <w:r w:rsidRPr="00F5008B">
              <w:rPr>
                <w:i/>
                <w:color w:val="FF0000"/>
                <w:sz w:val="16"/>
                <w:lang w:val="ru-RU"/>
              </w:rPr>
              <w:t>Предоставление ресурсов для выполнения работ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1C4DE0" w14:textId="77777777" w:rsidR="0044297A" w:rsidRPr="00F5008B" w:rsidRDefault="0042553D">
            <w:pPr>
              <w:rPr>
                <w:color w:val="FF0000"/>
              </w:rPr>
            </w:pPr>
            <w:r w:rsidRPr="00F5008B">
              <w:rPr>
                <w:i/>
                <w:color w:val="FF0000"/>
                <w:sz w:val="16"/>
              </w:rPr>
              <w:t>Письмо поддержки, акт передачи</w:t>
            </w:r>
          </w:p>
        </w:tc>
      </w:tr>
      <w:tr w:rsidR="0044297A" w14:paraId="4F28F2AF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5B69DC" w14:textId="77777777" w:rsidR="0044297A" w:rsidRDefault="0042553D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F8FC4F" w14:textId="77777777" w:rsidR="0044297A" w:rsidRDefault="0044297A"/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F41EF1" w14:textId="77777777" w:rsidR="0044297A" w:rsidRDefault="0044297A"/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53DEE4" w14:textId="77777777" w:rsidR="0044297A" w:rsidRDefault="0044297A"/>
        </w:tc>
        <w:tc>
          <w:tcPr>
            <w:tcW w:w="51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9A9469" w14:textId="77777777" w:rsidR="0044297A" w:rsidRDefault="0044297A"/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3C7A33" w14:textId="77777777" w:rsidR="0044297A" w:rsidRDefault="0044297A"/>
        </w:tc>
      </w:tr>
      <w:tr w:rsidR="0044297A" w14:paraId="72B6660D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F2FCA9" w14:textId="77777777" w:rsidR="0044297A" w:rsidRDefault="0042553D">
            <w:pPr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D3DE79" w14:textId="77777777" w:rsidR="0044297A" w:rsidRDefault="0044297A"/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0AA432" w14:textId="77777777" w:rsidR="0044297A" w:rsidRDefault="0044297A"/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49DCA5" w14:textId="77777777" w:rsidR="0044297A" w:rsidRDefault="0044297A"/>
        </w:tc>
        <w:tc>
          <w:tcPr>
            <w:tcW w:w="51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A26E8C" w14:textId="77777777" w:rsidR="0044297A" w:rsidRDefault="0044297A"/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77CB13" w14:textId="77777777" w:rsidR="0044297A" w:rsidRDefault="0044297A"/>
        </w:tc>
      </w:tr>
      <w:tr w:rsidR="0044297A" w14:paraId="36D8EA35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75EBDE" w14:textId="77777777" w:rsidR="0044297A" w:rsidRDefault="0042553D">
            <w:pPr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E69A42" w14:textId="77777777" w:rsidR="0044297A" w:rsidRDefault="0044297A"/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B8C46C" w14:textId="77777777" w:rsidR="0044297A" w:rsidRDefault="0044297A"/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54332E" w14:textId="77777777" w:rsidR="0044297A" w:rsidRDefault="0044297A"/>
        </w:tc>
        <w:tc>
          <w:tcPr>
            <w:tcW w:w="51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3C64A6" w14:textId="77777777" w:rsidR="0044297A" w:rsidRDefault="0044297A"/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EDEE3A" w14:textId="77777777" w:rsidR="0044297A" w:rsidRDefault="0044297A"/>
        </w:tc>
      </w:tr>
    </w:tbl>
    <w:p w14:paraId="3A9DCF00" w14:textId="77777777" w:rsidR="0044297A" w:rsidRDefault="0042553D">
      <w:pPr>
        <w:pStyle w:val="1"/>
      </w:pPr>
      <w:r>
        <w:rPr>
          <w:rFonts w:ascii="Arial" w:eastAsia="Arial" w:hAnsi="Arial"/>
          <w:color w:val="1F4E79"/>
          <w:sz w:val="22"/>
        </w:rPr>
        <w:t>Раздел 6. Подтверждение заявителя</w:t>
      </w:r>
    </w:p>
    <w:p w14:paraId="531B0220" w14:textId="77777777" w:rsidR="0044297A" w:rsidRPr="000F1A66" w:rsidRDefault="0042553D">
      <w:pPr>
        <w:spacing w:after="80"/>
        <w:rPr>
          <w:lang w:val="ru-RU"/>
        </w:rPr>
      </w:pPr>
      <w:r w:rsidRPr="000F1A66">
        <w:rPr>
          <w:lang w:val="ru-RU"/>
        </w:rPr>
        <w:t>Подтверждаю, что календарный план является реалистичным, соответствует Форме заявки (Приложение 2) и Бюджету проекта (Приложение 4), а также может быть выполнен в установленные сроки после подписания грантового соглашения.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11339"/>
      </w:tblGrid>
      <w:tr w:rsidR="0044297A" w14:paraId="6950A6CD" w14:textId="77777777">
        <w:trPr>
          <w:jc w:val="center"/>
        </w:trPr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2D5845" w14:textId="77777777" w:rsidR="0044297A" w:rsidRDefault="0042553D">
            <w:r>
              <w:rPr>
                <w:b/>
              </w:rPr>
              <w:t>ФИО ответственного лица</w:t>
            </w:r>
          </w:p>
        </w:tc>
        <w:tc>
          <w:tcPr>
            <w:tcW w:w="1133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A03651" w14:textId="77777777" w:rsidR="0044297A" w:rsidRDefault="0044297A"/>
        </w:tc>
      </w:tr>
      <w:tr w:rsidR="0044297A" w14:paraId="0301A329" w14:textId="77777777">
        <w:trPr>
          <w:jc w:val="center"/>
        </w:trPr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1BFD75" w14:textId="77777777" w:rsidR="0044297A" w:rsidRDefault="0042553D">
            <w:r>
              <w:rPr>
                <w:b/>
              </w:rPr>
              <w:t>Должность</w:t>
            </w:r>
          </w:p>
        </w:tc>
        <w:tc>
          <w:tcPr>
            <w:tcW w:w="1133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D75C6E" w14:textId="77777777" w:rsidR="0044297A" w:rsidRDefault="0044297A"/>
        </w:tc>
      </w:tr>
      <w:tr w:rsidR="0044297A" w14:paraId="57A920C0" w14:textId="77777777">
        <w:trPr>
          <w:jc w:val="center"/>
        </w:trPr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DCFC09" w14:textId="77777777" w:rsidR="0044297A" w:rsidRDefault="0042553D">
            <w:r>
              <w:rPr>
                <w:b/>
              </w:rPr>
              <w:t>Подпись</w:t>
            </w:r>
          </w:p>
        </w:tc>
        <w:tc>
          <w:tcPr>
            <w:tcW w:w="1133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BDE28D" w14:textId="77777777" w:rsidR="0044297A" w:rsidRDefault="0044297A"/>
        </w:tc>
      </w:tr>
      <w:tr w:rsidR="0044297A" w14:paraId="43A0048B" w14:textId="77777777">
        <w:trPr>
          <w:jc w:val="center"/>
        </w:trPr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5A4450" w14:textId="77777777" w:rsidR="0044297A" w:rsidRDefault="0042553D">
            <w:r>
              <w:rPr>
                <w:b/>
              </w:rPr>
              <w:t>Дата / печать</w:t>
            </w:r>
          </w:p>
        </w:tc>
        <w:tc>
          <w:tcPr>
            <w:tcW w:w="1133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FB6D61" w14:textId="77777777" w:rsidR="0044297A" w:rsidRDefault="0044297A"/>
        </w:tc>
      </w:tr>
    </w:tbl>
    <w:p w14:paraId="6CDB2E52" w14:textId="77777777" w:rsidR="0044297A" w:rsidRPr="000F1A66" w:rsidRDefault="0042553D">
      <w:pPr>
        <w:rPr>
          <w:lang w:val="ru-RU"/>
        </w:rPr>
      </w:pPr>
      <w:r w:rsidRPr="000F1A66">
        <w:rPr>
          <w:i/>
          <w:color w:val="666666"/>
          <w:sz w:val="16"/>
          <w:lang w:val="ru-RU"/>
        </w:rPr>
        <w:t>Примечание: текст, приведенный как пример, может быть удален или заменен заявителем при заполнении формы.</w:t>
      </w:r>
    </w:p>
    <w:sectPr w:rsidR="0044297A" w:rsidRPr="000F1A66" w:rsidSect="00034616">
      <w:pgSz w:w="16838" w:h="11906" w:orient="landscape"/>
      <w:pgMar w:top="624" w:right="624" w:bottom="567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4364574">
    <w:abstractNumId w:val="8"/>
  </w:num>
  <w:num w:numId="2" w16cid:durableId="718553050">
    <w:abstractNumId w:val="6"/>
  </w:num>
  <w:num w:numId="3" w16cid:durableId="1827166253">
    <w:abstractNumId w:val="5"/>
  </w:num>
  <w:num w:numId="4" w16cid:durableId="1269704220">
    <w:abstractNumId w:val="4"/>
  </w:num>
  <w:num w:numId="5" w16cid:durableId="629016070">
    <w:abstractNumId w:val="7"/>
  </w:num>
  <w:num w:numId="6" w16cid:durableId="311519973">
    <w:abstractNumId w:val="3"/>
  </w:num>
  <w:num w:numId="7" w16cid:durableId="1668442153">
    <w:abstractNumId w:val="2"/>
  </w:num>
  <w:num w:numId="8" w16cid:durableId="459567686">
    <w:abstractNumId w:val="1"/>
  </w:num>
  <w:num w:numId="9" w16cid:durableId="1773624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6CA2"/>
    <w:rsid w:val="0006063C"/>
    <w:rsid w:val="000F1A66"/>
    <w:rsid w:val="00135919"/>
    <w:rsid w:val="0015074B"/>
    <w:rsid w:val="00233508"/>
    <w:rsid w:val="0029639D"/>
    <w:rsid w:val="00326F90"/>
    <w:rsid w:val="00341CDC"/>
    <w:rsid w:val="0042553D"/>
    <w:rsid w:val="0044297A"/>
    <w:rsid w:val="007476A2"/>
    <w:rsid w:val="0084692C"/>
    <w:rsid w:val="00AA1D8D"/>
    <w:rsid w:val="00AB1B6A"/>
    <w:rsid w:val="00B47730"/>
    <w:rsid w:val="00B80509"/>
    <w:rsid w:val="00BA0CB2"/>
    <w:rsid w:val="00CB0664"/>
    <w:rsid w:val="00F5008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F30C79"/>
  <w14:defaultImageDpi w14:val="300"/>
  <w15:docId w15:val="{30EEE263-E913-44F0-8E92-AE5E8088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F872169EA1784A850AF6FBEC661C2B" ma:contentTypeVersion="19" ma:contentTypeDescription="Создание документа." ma:contentTypeScope="" ma:versionID="b6cc1223f4a526c7043265bffcb1091c">
  <xsd:schema xmlns:xsd="http://www.w3.org/2001/XMLSchema" xmlns:xs="http://www.w3.org/2001/XMLSchema" xmlns:p="http://schemas.microsoft.com/office/2006/metadata/properties" xmlns:ns2="6c69a0a0-9879-479b-a758-0616cad2705a" xmlns:ns3="b50eb652-19d5-4e10-aeb5-3430ff274d62" targetNamespace="http://schemas.microsoft.com/office/2006/metadata/properties" ma:root="true" ma:fieldsID="e453105d9ad2dea0a48c72bdcc05872b" ns2:_="" ns3:_="">
    <xsd:import namespace="6c69a0a0-9879-479b-a758-0616cad2705a"/>
    <xsd:import namespace="b50eb652-19d5-4e10-aeb5-3430ff274d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9a0a0-9879-479b-a758-0616cad270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eb652-19d5-4e10-aeb5-3430ff274d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41fbe12-bcde-469e-b443-ab204b88ba28}" ma:internalName="TaxCatchAll" ma:showField="CatchAllData" ma:web="b50eb652-19d5-4e10-aeb5-3430ff274d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0eb652-19d5-4e10-aeb5-3430ff274d62" xsi:nil="true"/>
    <lcf76f155ced4ddcb4097134ff3c332f xmlns="6c69a0a0-9879-479b-a758-0616cad270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4A6DDB-5C47-4F95-A0E2-132A30BF1B2C}"/>
</file>

<file path=customXml/itemProps3.xml><?xml version="1.0" encoding="utf-8"?>
<ds:datastoreItem xmlns:ds="http://schemas.openxmlformats.org/officeDocument/2006/customXml" ds:itemID="{282F6B12-C5E4-47B3-9FA6-886F9CEF87C9}"/>
</file>

<file path=customXml/itemProps4.xml><?xml version="1.0" encoding="utf-8"?>
<ds:datastoreItem xmlns:ds="http://schemas.openxmlformats.org/officeDocument/2006/customXml" ds:itemID="{EE4793F9-2620-4F61-9B48-EA614BE52A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Aizada Urgunalieva</cp:lastModifiedBy>
  <cp:revision>4</cp:revision>
  <dcterms:created xsi:type="dcterms:W3CDTF">2026-07-28T03:40:00Z</dcterms:created>
  <dcterms:modified xsi:type="dcterms:W3CDTF">2026-07-30T06:09:00Z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aec65e7e-ab5b-4b5d-9140-2718109053a2</vt:lpwstr>
  </property>
  <property fmtid="{D5CDD505-2E9C-101B-9397-08002B2CF9AE}" pid="3" name="ContentTypeId">
    <vt:lpwstr>0x01010061F872169EA1784A850AF6FBEC661C2B</vt:lpwstr>
  </property>
</Properties>
</file>