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9E015" w14:textId="77777777" w:rsidR="00EF2D22" w:rsidRPr="00B96140" w:rsidRDefault="003A6C31">
      <w:pPr>
        <w:spacing w:after="80" w:line="240" w:lineRule="auto"/>
        <w:jc w:val="right"/>
        <w:rPr>
          <w:lang w:val="ru-RU"/>
        </w:rPr>
      </w:pPr>
      <w:r w:rsidRPr="00B96140">
        <w:rPr>
          <w:b/>
          <w:lang w:val="ru-RU"/>
        </w:rPr>
        <w:t>Приложение 2</w:t>
      </w:r>
    </w:p>
    <w:p w14:paraId="2B366FCE" w14:textId="77777777" w:rsidR="00EF2D22" w:rsidRPr="00B96140" w:rsidRDefault="003A6C31">
      <w:pPr>
        <w:spacing w:after="80" w:line="240" w:lineRule="auto"/>
        <w:jc w:val="center"/>
        <w:rPr>
          <w:lang w:val="ru-RU"/>
        </w:rPr>
      </w:pPr>
      <w:r w:rsidRPr="00B96140">
        <w:rPr>
          <w:b/>
          <w:color w:val="1F4E79"/>
          <w:sz w:val="28"/>
          <w:lang w:val="ru-RU"/>
        </w:rPr>
        <w:t>ФОРМА ЗАЯВКИ НА РЕАЛИЗАЦИЮ МАЛОГО ГРАНТОВОГО ПРОЕКТА</w:t>
      </w:r>
    </w:p>
    <w:p w14:paraId="626BF425" w14:textId="77777777" w:rsidR="00EF2D22" w:rsidRPr="00B96140" w:rsidRDefault="003A6C31">
      <w:pPr>
        <w:spacing w:after="80" w:line="240" w:lineRule="auto"/>
        <w:rPr>
          <w:lang w:val="ru-RU"/>
        </w:rPr>
      </w:pPr>
      <w:r w:rsidRPr="00B96140">
        <w:rPr>
          <w:i/>
          <w:color w:val="5A5A5A"/>
          <w:sz w:val="17"/>
          <w:lang w:val="ru-RU"/>
        </w:rPr>
        <w:t>Пожалуйста, заполните все разделы формы. Информация должна соответствовать календарному плану (Приложение 3), бюджету (Приложение 4) и техническим документам. Если поле не применимо, укажите «не применимо».</w:t>
      </w:r>
    </w:p>
    <w:p w14:paraId="62822620" w14:textId="77777777" w:rsidR="00EF2D22" w:rsidRPr="00B96140" w:rsidRDefault="003A6C31">
      <w:pPr>
        <w:pStyle w:val="1"/>
        <w:spacing w:before="200" w:after="80" w:line="240" w:lineRule="auto"/>
        <w:rPr>
          <w:lang w:val="ru-RU"/>
        </w:rPr>
      </w:pPr>
      <w:r w:rsidRPr="00B96140">
        <w:rPr>
          <w:rFonts w:ascii="Arial" w:eastAsia="Arial" w:hAnsi="Arial"/>
          <w:color w:val="1F4E79"/>
          <w:sz w:val="26"/>
          <w:lang w:val="ru-RU"/>
        </w:rPr>
        <w:t>РАЗДЕЛ 1. Информация о заявителе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948"/>
        <w:gridCol w:w="6236"/>
      </w:tblGrid>
      <w:tr w:rsidR="00EF2D22" w14:paraId="631DBF8A" w14:textId="77777777">
        <w:trPr>
          <w:jc w:val="center"/>
        </w:trPr>
        <w:tc>
          <w:tcPr>
            <w:tcW w:w="294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D9EAF7"/>
          </w:tcPr>
          <w:p w14:paraId="35FD8F0A" w14:textId="77777777" w:rsidR="00EF2D22" w:rsidRDefault="003A6C31">
            <w:r>
              <w:rPr>
                <w:b/>
                <w:sz w:val="18"/>
              </w:rPr>
              <w:t>Название организации</w:t>
            </w:r>
          </w:p>
        </w:tc>
        <w:tc>
          <w:tcPr>
            <w:tcW w:w="623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5B653E4F" w14:textId="77777777" w:rsidR="00EF2D22" w:rsidRDefault="003A6C31">
            <w:r>
              <w:rPr>
                <w:i/>
                <w:color w:val="666666"/>
                <w:sz w:val="17"/>
              </w:rPr>
              <w:t>Полное официальное название организации</w:t>
            </w:r>
          </w:p>
          <w:p w14:paraId="56144812" w14:textId="77777777" w:rsidR="00EF2D22" w:rsidRDefault="00EF2D22"/>
        </w:tc>
      </w:tr>
      <w:tr w:rsidR="00EF2D22" w:rsidRPr="00090D03" w14:paraId="2F64F2DF" w14:textId="77777777">
        <w:trPr>
          <w:jc w:val="center"/>
        </w:trPr>
        <w:tc>
          <w:tcPr>
            <w:tcW w:w="294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D9EAF7"/>
          </w:tcPr>
          <w:p w14:paraId="074A0BA5" w14:textId="77777777" w:rsidR="00EF2D22" w:rsidRPr="00B96140" w:rsidRDefault="003A6C31">
            <w:pPr>
              <w:rPr>
                <w:lang w:val="ru-RU"/>
              </w:rPr>
            </w:pPr>
            <w:r w:rsidRPr="00B96140">
              <w:rPr>
                <w:b/>
                <w:sz w:val="18"/>
                <w:lang w:val="ru-RU"/>
              </w:rPr>
              <w:t>Дата регистрации и регистрационные данные</w:t>
            </w:r>
          </w:p>
        </w:tc>
        <w:tc>
          <w:tcPr>
            <w:tcW w:w="623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3EAD6BBE" w14:textId="77777777" w:rsidR="00EF2D22" w:rsidRPr="00B96140" w:rsidRDefault="003A6C31">
            <w:pPr>
              <w:rPr>
                <w:lang w:val="ru-RU"/>
              </w:rPr>
            </w:pPr>
            <w:r w:rsidRPr="00B96140">
              <w:rPr>
                <w:i/>
                <w:color w:val="666666"/>
                <w:sz w:val="17"/>
                <w:lang w:val="ru-RU"/>
              </w:rPr>
              <w:t>Дата регистрации, регистрационный номер, кем зарегистрирована организация</w:t>
            </w:r>
          </w:p>
          <w:p w14:paraId="1E0B37B6" w14:textId="77777777" w:rsidR="00EF2D22" w:rsidRPr="00B96140" w:rsidRDefault="00EF2D22">
            <w:pPr>
              <w:rPr>
                <w:lang w:val="ru-RU"/>
              </w:rPr>
            </w:pPr>
          </w:p>
        </w:tc>
      </w:tr>
      <w:tr w:rsidR="00EF2D22" w14:paraId="76B5CD4D" w14:textId="77777777">
        <w:trPr>
          <w:jc w:val="center"/>
        </w:trPr>
        <w:tc>
          <w:tcPr>
            <w:tcW w:w="294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D9EAF7"/>
          </w:tcPr>
          <w:p w14:paraId="4EC61FDD" w14:textId="77777777" w:rsidR="00EF2D22" w:rsidRDefault="003A6C31">
            <w:r>
              <w:rPr>
                <w:b/>
                <w:sz w:val="18"/>
              </w:rPr>
              <w:t>Юридический адрес</w:t>
            </w:r>
          </w:p>
        </w:tc>
        <w:tc>
          <w:tcPr>
            <w:tcW w:w="623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21C14CBC" w14:textId="77777777" w:rsidR="00EF2D22" w:rsidRDefault="003A6C31">
            <w:r>
              <w:rPr>
                <w:i/>
                <w:color w:val="666666"/>
                <w:sz w:val="17"/>
              </w:rPr>
              <w:t>Укажите полный юридический адрес</w:t>
            </w:r>
          </w:p>
          <w:p w14:paraId="0FA98DE9" w14:textId="77777777" w:rsidR="00EF2D22" w:rsidRDefault="00EF2D22"/>
        </w:tc>
      </w:tr>
      <w:tr w:rsidR="00EF2D22" w14:paraId="19AE9CB6" w14:textId="77777777">
        <w:trPr>
          <w:jc w:val="center"/>
        </w:trPr>
        <w:tc>
          <w:tcPr>
            <w:tcW w:w="294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D9EAF7"/>
          </w:tcPr>
          <w:p w14:paraId="379202E0" w14:textId="77777777" w:rsidR="00EF2D22" w:rsidRDefault="003A6C31">
            <w:r>
              <w:rPr>
                <w:b/>
                <w:sz w:val="18"/>
              </w:rPr>
              <w:t>Контактное лицо</w:t>
            </w:r>
          </w:p>
        </w:tc>
        <w:tc>
          <w:tcPr>
            <w:tcW w:w="623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7785279C" w14:textId="77777777" w:rsidR="00EF2D22" w:rsidRDefault="003A6C31">
            <w:r>
              <w:rPr>
                <w:i/>
                <w:color w:val="666666"/>
                <w:sz w:val="17"/>
              </w:rPr>
              <w:t>ФИО, должность, телефон, электронная почта</w:t>
            </w:r>
          </w:p>
          <w:p w14:paraId="4A4D7C83" w14:textId="77777777" w:rsidR="00EF2D22" w:rsidRDefault="00EF2D22"/>
        </w:tc>
      </w:tr>
      <w:tr w:rsidR="00EF2D22" w14:paraId="1F7D0E4D" w14:textId="77777777">
        <w:trPr>
          <w:jc w:val="center"/>
        </w:trPr>
        <w:tc>
          <w:tcPr>
            <w:tcW w:w="294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D9EAF7"/>
          </w:tcPr>
          <w:p w14:paraId="5ABEB3E7" w14:textId="77777777" w:rsidR="00EF2D22" w:rsidRDefault="003A6C31">
            <w:r>
              <w:rPr>
                <w:b/>
                <w:sz w:val="18"/>
              </w:rPr>
              <w:t>Руководитель организации</w:t>
            </w:r>
          </w:p>
        </w:tc>
        <w:tc>
          <w:tcPr>
            <w:tcW w:w="623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61089130" w14:textId="77777777" w:rsidR="00EF2D22" w:rsidRDefault="003A6C31">
            <w:r>
              <w:rPr>
                <w:i/>
                <w:color w:val="666666"/>
                <w:sz w:val="17"/>
              </w:rPr>
              <w:t>ФИО и должность руководителя</w:t>
            </w:r>
          </w:p>
          <w:p w14:paraId="20B6CA56" w14:textId="77777777" w:rsidR="00EF2D22" w:rsidRDefault="00EF2D22"/>
        </w:tc>
      </w:tr>
      <w:tr w:rsidR="00EF2D22" w:rsidRPr="00090D03" w14:paraId="02D09C7B" w14:textId="77777777">
        <w:trPr>
          <w:jc w:val="center"/>
        </w:trPr>
        <w:tc>
          <w:tcPr>
            <w:tcW w:w="294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D9EAF7"/>
          </w:tcPr>
          <w:p w14:paraId="1B9A5746" w14:textId="77777777" w:rsidR="00EF2D22" w:rsidRDefault="003A6C31">
            <w:r>
              <w:rPr>
                <w:b/>
                <w:sz w:val="18"/>
              </w:rPr>
              <w:t>Банковские реквизиты</w:t>
            </w:r>
          </w:p>
        </w:tc>
        <w:tc>
          <w:tcPr>
            <w:tcW w:w="623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0B12CDDB" w14:textId="77777777" w:rsidR="00EF2D22" w:rsidRPr="00B96140" w:rsidRDefault="003A6C31">
            <w:pPr>
              <w:rPr>
                <w:lang w:val="ru-RU"/>
              </w:rPr>
            </w:pPr>
            <w:r w:rsidRPr="00B96140">
              <w:rPr>
                <w:i/>
                <w:color w:val="666666"/>
                <w:sz w:val="17"/>
                <w:lang w:val="ru-RU"/>
              </w:rPr>
              <w:t>Наименование банка, расчетный счет, БИК/МФО, ИНН и другие необходимые данные</w:t>
            </w:r>
          </w:p>
          <w:p w14:paraId="6B701197" w14:textId="77777777" w:rsidR="00EF2D22" w:rsidRPr="00B96140" w:rsidRDefault="00EF2D22">
            <w:pPr>
              <w:rPr>
                <w:lang w:val="ru-RU"/>
              </w:rPr>
            </w:pPr>
          </w:p>
          <w:p w14:paraId="455FAF30" w14:textId="77777777" w:rsidR="00EF2D22" w:rsidRPr="00B96140" w:rsidRDefault="00EF2D22">
            <w:pPr>
              <w:rPr>
                <w:lang w:val="ru-RU"/>
              </w:rPr>
            </w:pPr>
          </w:p>
        </w:tc>
      </w:tr>
      <w:tr w:rsidR="00EF2D22" w:rsidRPr="00090D03" w14:paraId="2C4157B9" w14:textId="77777777">
        <w:trPr>
          <w:jc w:val="center"/>
        </w:trPr>
        <w:tc>
          <w:tcPr>
            <w:tcW w:w="294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D9EAF7"/>
          </w:tcPr>
          <w:p w14:paraId="180FDE92" w14:textId="77777777" w:rsidR="00EF2D22" w:rsidRDefault="003A6C31">
            <w:r>
              <w:rPr>
                <w:b/>
                <w:sz w:val="18"/>
              </w:rPr>
              <w:t>Краткая информация об организации</w:t>
            </w:r>
          </w:p>
        </w:tc>
        <w:tc>
          <w:tcPr>
            <w:tcW w:w="623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33DA503F" w14:textId="77777777" w:rsidR="00EF2D22" w:rsidRPr="00B96140" w:rsidRDefault="003A6C31">
            <w:pPr>
              <w:rPr>
                <w:lang w:val="ru-RU"/>
              </w:rPr>
            </w:pPr>
            <w:r w:rsidRPr="00B96140">
              <w:rPr>
                <w:i/>
                <w:color w:val="666666"/>
                <w:sz w:val="17"/>
                <w:lang w:val="ru-RU"/>
              </w:rPr>
              <w:t>Миссия, основные направления работы, опыт в сфере развития сообществ, инфраструктуры, экологии, снижения риска бедствий или смежных направлениях</w:t>
            </w:r>
          </w:p>
          <w:p w14:paraId="59455D1F" w14:textId="77777777" w:rsidR="00EF2D22" w:rsidRPr="00B96140" w:rsidRDefault="00EF2D22">
            <w:pPr>
              <w:rPr>
                <w:lang w:val="ru-RU"/>
              </w:rPr>
            </w:pPr>
          </w:p>
          <w:p w14:paraId="55125F1A" w14:textId="77777777" w:rsidR="00EF2D22" w:rsidRPr="00B96140" w:rsidRDefault="00EF2D22">
            <w:pPr>
              <w:rPr>
                <w:lang w:val="ru-RU"/>
              </w:rPr>
            </w:pPr>
          </w:p>
          <w:p w14:paraId="3CD7576A" w14:textId="77777777" w:rsidR="00EF2D22" w:rsidRPr="00B96140" w:rsidRDefault="00EF2D22">
            <w:pPr>
              <w:rPr>
                <w:lang w:val="ru-RU"/>
              </w:rPr>
            </w:pPr>
          </w:p>
        </w:tc>
      </w:tr>
    </w:tbl>
    <w:p w14:paraId="61CF225B" w14:textId="77777777" w:rsidR="00EF2D22" w:rsidRDefault="003A6C31">
      <w:pPr>
        <w:pStyle w:val="1"/>
        <w:spacing w:before="200" w:after="80" w:line="240" w:lineRule="auto"/>
      </w:pPr>
      <w:r>
        <w:rPr>
          <w:rFonts w:ascii="Arial" w:eastAsia="Arial" w:hAnsi="Arial"/>
          <w:color w:val="1F4E79"/>
          <w:sz w:val="26"/>
        </w:rPr>
        <w:t>РАЗДЕЛ 2. Информация о проекте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948"/>
        <w:gridCol w:w="6236"/>
      </w:tblGrid>
      <w:tr w:rsidR="00EF2D22" w14:paraId="337C7CEF" w14:textId="77777777">
        <w:trPr>
          <w:jc w:val="center"/>
        </w:trPr>
        <w:tc>
          <w:tcPr>
            <w:tcW w:w="294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D9EAF7"/>
          </w:tcPr>
          <w:p w14:paraId="6265E834" w14:textId="77777777" w:rsidR="00EF2D22" w:rsidRDefault="003A6C31">
            <w:r>
              <w:rPr>
                <w:b/>
                <w:sz w:val="18"/>
              </w:rPr>
              <w:t>Название проекта</w:t>
            </w:r>
          </w:p>
        </w:tc>
        <w:tc>
          <w:tcPr>
            <w:tcW w:w="623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7A8A0959" w14:textId="57565096" w:rsidR="00EF2D22" w:rsidRPr="00B96140" w:rsidRDefault="00B96140">
            <w:pPr>
              <w:rPr>
                <w:lang w:val="ru-RU"/>
              </w:rPr>
            </w:pPr>
            <w:r>
              <w:rPr>
                <w:i/>
                <w:color w:val="666666"/>
                <w:sz w:val="17"/>
                <w:lang w:val="ru-RU"/>
              </w:rPr>
              <w:t>Н</w:t>
            </w:r>
            <w:r>
              <w:rPr>
                <w:i/>
                <w:color w:val="666666"/>
                <w:sz w:val="17"/>
              </w:rPr>
              <w:t>азвание проекта</w:t>
            </w:r>
            <w:r>
              <w:rPr>
                <w:i/>
                <w:color w:val="666666"/>
                <w:sz w:val="17"/>
                <w:lang w:val="ru-RU"/>
              </w:rPr>
              <w:t xml:space="preserve"> из Приложения 1</w:t>
            </w:r>
          </w:p>
          <w:p w14:paraId="1C95A235" w14:textId="77777777" w:rsidR="00EF2D22" w:rsidRDefault="00EF2D22"/>
        </w:tc>
      </w:tr>
      <w:tr w:rsidR="00EF2D22" w14:paraId="454A1197" w14:textId="77777777">
        <w:trPr>
          <w:jc w:val="center"/>
        </w:trPr>
        <w:tc>
          <w:tcPr>
            <w:tcW w:w="294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D9EAF7"/>
          </w:tcPr>
          <w:p w14:paraId="49D1A0B5" w14:textId="77777777" w:rsidR="00EF2D22" w:rsidRDefault="003A6C31">
            <w:r>
              <w:rPr>
                <w:b/>
                <w:sz w:val="18"/>
              </w:rPr>
              <w:t>Лот / направление конкурса</w:t>
            </w:r>
          </w:p>
        </w:tc>
        <w:tc>
          <w:tcPr>
            <w:tcW w:w="623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03974864" w14:textId="77777777" w:rsidR="00EF2D22" w:rsidRPr="00B96140" w:rsidRDefault="003A6C31">
            <w:pPr>
              <w:rPr>
                <w:lang w:val="ru-RU"/>
              </w:rPr>
            </w:pPr>
            <w:r w:rsidRPr="00B96140">
              <w:rPr>
                <w:sz w:val="18"/>
                <w:lang w:val="ru-RU"/>
              </w:rPr>
              <w:t>☐ Лот 1. Улучшение водоэффективных практик</w:t>
            </w:r>
          </w:p>
          <w:p w14:paraId="5DC0D182" w14:textId="77777777" w:rsidR="00EF2D22" w:rsidRPr="00B96140" w:rsidRDefault="003A6C31">
            <w:pPr>
              <w:rPr>
                <w:lang w:val="ru-RU"/>
              </w:rPr>
            </w:pPr>
            <w:r w:rsidRPr="00B96140">
              <w:rPr>
                <w:sz w:val="18"/>
                <w:lang w:val="ru-RU"/>
              </w:rPr>
              <w:t>☐ Лот 2. Природоориентированные решения и развитие зеленой инфраструктуры</w:t>
            </w:r>
          </w:p>
          <w:p w14:paraId="4932565F" w14:textId="77777777" w:rsidR="00EF2D22" w:rsidRPr="00B96140" w:rsidRDefault="003A6C31">
            <w:pPr>
              <w:rPr>
                <w:lang w:val="ru-RU"/>
              </w:rPr>
            </w:pPr>
            <w:r w:rsidRPr="00B96140">
              <w:rPr>
                <w:sz w:val="18"/>
                <w:lang w:val="ru-RU"/>
              </w:rPr>
              <w:t>☐ Лот 3. Энергоэффективные решения для объектов социальной и городской инфраструктуры</w:t>
            </w:r>
          </w:p>
          <w:p w14:paraId="2B2854CD" w14:textId="77777777" w:rsidR="00EF2D22" w:rsidRDefault="003A6C31">
            <w:r>
              <w:rPr>
                <w:sz w:val="18"/>
              </w:rPr>
              <w:lastRenderedPageBreak/>
              <w:t>☐ Комбинированное решение</w:t>
            </w:r>
          </w:p>
        </w:tc>
      </w:tr>
      <w:tr w:rsidR="00EF2D22" w:rsidRPr="00090D03" w14:paraId="148AFCF8" w14:textId="77777777">
        <w:trPr>
          <w:jc w:val="center"/>
        </w:trPr>
        <w:tc>
          <w:tcPr>
            <w:tcW w:w="294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D9EAF7"/>
          </w:tcPr>
          <w:p w14:paraId="4591B4E2" w14:textId="77777777" w:rsidR="00EF2D22" w:rsidRDefault="003A6C31">
            <w:r>
              <w:rPr>
                <w:b/>
                <w:sz w:val="18"/>
              </w:rPr>
              <w:lastRenderedPageBreak/>
              <w:t>Объект / территория проекта</w:t>
            </w:r>
          </w:p>
        </w:tc>
        <w:tc>
          <w:tcPr>
            <w:tcW w:w="623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01D51294" w14:textId="77777777" w:rsidR="00EF2D22" w:rsidRPr="00B96140" w:rsidRDefault="003A6C31">
            <w:pPr>
              <w:rPr>
                <w:lang w:val="ru-RU"/>
              </w:rPr>
            </w:pPr>
            <w:r w:rsidRPr="00B96140">
              <w:rPr>
                <w:i/>
                <w:color w:val="666666"/>
                <w:sz w:val="17"/>
                <w:lang w:val="ru-RU"/>
              </w:rPr>
              <w:t>Укажите объект или территорию из Приложения 1, включая адрес/район/микроучасток</w:t>
            </w:r>
          </w:p>
          <w:p w14:paraId="66366E63" w14:textId="77777777" w:rsidR="00EF2D22" w:rsidRPr="00B96140" w:rsidRDefault="00EF2D22">
            <w:pPr>
              <w:rPr>
                <w:lang w:val="ru-RU"/>
              </w:rPr>
            </w:pPr>
          </w:p>
          <w:p w14:paraId="5135B5C4" w14:textId="77777777" w:rsidR="00EF2D22" w:rsidRPr="00B96140" w:rsidRDefault="00EF2D22">
            <w:pPr>
              <w:rPr>
                <w:lang w:val="ru-RU"/>
              </w:rPr>
            </w:pPr>
          </w:p>
        </w:tc>
      </w:tr>
      <w:tr w:rsidR="00EF2D22" w:rsidRPr="00090D03" w14:paraId="21C5AE12" w14:textId="77777777">
        <w:trPr>
          <w:jc w:val="center"/>
        </w:trPr>
        <w:tc>
          <w:tcPr>
            <w:tcW w:w="294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D9EAF7"/>
          </w:tcPr>
          <w:p w14:paraId="331764A0" w14:textId="77777777" w:rsidR="00EF2D22" w:rsidRDefault="003A6C31">
            <w:r>
              <w:rPr>
                <w:b/>
                <w:sz w:val="18"/>
              </w:rPr>
              <w:t>Владелец или балансодержатель объекта</w:t>
            </w:r>
          </w:p>
        </w:tc>
        <w:tc>
          <w:tcPr>
            <w:tcW w:w="623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237C2040" w14:textId="77777777" w:rsidR="00EF2D22" w:rsidRPr="00B96140" w:rsidRDefault="003A6C31">
            <w:pPr>
              <w:rPr>
                <w:lang w:val="ru-RU"/>
              </w:rPr>
            </w:pPr>
            <w:r w:rsidRPr="00B96140">
              <w:rPr>
                <w:i/>
                <w:color w:val="666666"/>
                <w:sz w:val="17"/>
                <w:lang w:val="ru-RU"/>
              </w:rPr>
              <w:t>Укажите организацию/службу, на балансе или в ведении которой находится объект</w:t>
            </w:r>
          </w:p>
          <w:p w14:paraId="6BEDEDB8" w14:textId="77777777" w:rsidR="00EF2D22" w:rsidRPr="00B96140" w:rsidRDefault="00EF2D22">
            <w:pPr>
              <w:rPr>
                <w:lang w:val="ru-RU"/>
              </w:rPr>
            </w:pPr>
          </w:p>
        </w:tc>
      </w:tr>
      <w:tr w:rsidR="00EF2D22" w:rsidRPr="00090D03" w14:paraId="77E7C953" w14:textId="77777777">
        <w:trPr>
          <w:jc w:val="center"/>
        </w:trPr>
        <w:tc>
          <w:tcPr>
            <w:tcW w:w="294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D9EAF7"/>
          </w:tcPr>
          <w:p w14:paraId="37B3B6B1" w14:textId="77777777" w:rsidR="00EF2D22" w:rsidRDefault="003A6C31">
            <w:r>
              <w:rPr>
                <w:b/>
                <w:sz w:val="18"/>
              </w:rPr>
              <w:t>Партнеры по реализации</w:t>
            </w:r>
          </w:p>
        </w:tc>
        <w:tc>
          <w:tcPr>
            <w:tcW w:w="623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04746917" w14:textId="77777777" w:rsidR="00EF2D22" w:rsidRPr="00B96140" w:rsidRDefault="003A6C31">
            <w:pPr>
              <w:rPr>
                <w:lang w:val="ru-RU"/>
              </w:rPr>
            </w:pPr>
            <w:r w:rsidRPr="00B96140">
              <w:rPr>
                <w:i/>
                <w:color w:val="666666"/>
                <w:sz w:val="17"/>
                <w:lang w:val="ru-RU"/>
              </w:rPr>
              <w:t>Укажите партнеров проекта и их роль, включая мэрию, муниципальные службы, местные сообщества или профильные организации</w:t>
            </w:r>
          </w:p>
          <w:p w14:paraId="00F04118" w14:textId="77777777" w:rsidR="00EF2D22" w:rsidRPr="00B96140" w:rsidRDefault="00EF2D22">
            <w:pPr>
              <w:rPr>
                <w:lang w:val="ru-RU"/>
              </w:rPr>
            </w:pPr>
          </w:p>
          <w:p w14:paraId="1BFDEFDE" w14:textId="77777777" w:rsidR="00EF2D22" w:rsidRPr="00B96140" w:rsidRDefault="00EF2D22">
            <w:pPr>
              <w:rPr>
                <w:lang w:val="ru-RU"/>
              </w:rPr>
            </w:pPr>
          </w:p>
        </w:tc>
      </w:tr>
      <w:tr w:rsidR="00EF2D22" w:rsidRPr="00090D03" w14:paraId="0D9C1F0A" w14:textId="77777777">
        <w:trPr>
          <w:jc w:val="center"/>
        </w:trPr>
        <w:tc>
          <w:tcPr>
            <w:tcW w:w="294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D9EAF7"/>
          </w:tcPr>
          <w:p w14:paraId="12236AE8" w14:textId="77777777" w:rsidR="00EF2D22" w:rsidRDefault="003A6C31">
            <w:r>
              <w:rPr>
                <w:b/>
                <w:sz w:val="18"/>
              </w:rPr>
              <w:t>Срок реализации</w:t>
            </w:r>
          </w:p>
        </w:tc>
        <w:tc>
          <w:tcPr>
            <w:tcW w:w="623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73C8F7CE" w14:textId="45FE2258" w:rsidR="00EF2D22" w:rsidRPr="00B96140" w:rsidRDefault="003A6C31">
            <w:pPr>
              <w:rPr>
                <w:lang w:val="ru-RU"/>
              </w:rPr>
            </w:pPr>
            <w:r w:rsidRPr="00B96140">
              <w:rPr>
                <w:i/>
                <w:color w:val="666666"/>
                <w:sz w:val="17"/>
                <w:lang w:val="ru-RU"/>
              </w:rPr>
              <w:t xml:space="preserve">Укажите предполагаемую дату начала и завершения. Срок реализации проекта — </w:t>
            </w:r>
            <w:r w:rsidRPr="00090D03">
              <w:rPr>
                <w:i/>
                <w:color w:val="666666"/>
                <w:sz w:val="17"/>
                <w:highlight w:val="yellow"/>
                <w:lang w:val="ru-RU"/>
              </w:rPr>
              <w:t xml:space="preserve">до </w:t>
            </w:r>
            <w:r w:rsidR="00090D03" w:rsidRPr="00090D03">
              <w:rPr>
                <w:i/>
                <w:color w:val="666666"/>
                <w:sz w:val="17"/>
                <w:highlight w:val="yellow"/>
                <w:lang w:val="ru-RU"/>
              </w:rPr>
              <w:t>10</w:t>
            </w:r>
            <w:r w:rsidRPr="00B96140">
              <w:rPr>
                <w:i/>
                <w:color w:val="666666"/>
                <w:sz w:val="17"/>
                <w:lang w:val="ru-RU"/>
              </w:rPr>
              <w:t xml:space="preserve"> месяцев после подписания грантового соглашения.</w:t>
            </w:r>
          </w:p>
          <w:p w14:paraId="7FD79C82" w14:textId="77777777" w:rsidR="00EF2D22" w:rsidRPr="00B96140" w:rsidRDefault="00EF2D22">
            <w:pPr>
              <w:rPr>
                <w:lang w:val="ru-RU"/>
              </w:rPr>
            </w:pPr>
          </w:p>
        </w:tc>
      </w:tr>
    </w:tbl>
    <w:p w14:paraId="395F8731" w14:textId="77777777" w:rsidR="00EF2D22" w:rsidRDefault="003A6C31">
      <w:pPr>
        <w:pStyle w:val="1"/>
        <w:spacing w:before="200" w:after="80" w:line="240" w:lineRule="auto"/>
      </w:pPr>
      <w:r>
        <w:rPr>
          <w:rFonts w:ascii="Arial" w:eastAsia="Arial" w:hAnsi="Arial"/>
          <w:color w:val="1F4E79"/>
          <w:sz w:val="26"/>
        </w:rPr>
        <w:t>РАЗДЕЛ 3. Проблема и обоснование проекта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948"/>
        <w:gridCol w:w="6236"/>
      </w:tblGrid>
      <w:tr w:rsidR="00EF2D22" w:rsidRPr="00B96140" w14:paraId="353735CF" w14:textId="77777777">
        <w:trPr>
          <w:jc w:val="center"/>
        </w:trPr>
        <w:tc>
          <w:tcPr>
            <w:tcW w:w="294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D9EAF7"/>
          </w:tcPr>
          <w:p w14:paraId="20D2445C" w14:textId="77777777" w:rsidR="00EF2D22" w:rsidRDefault="003A6C31">
            <w:r>
              <w:rPr>
                <w:b/>
                <w:sz w:val="18"/>
              </w:rPr>
              <w:t>Какая проблема решается?</w:t>
            </w:r>
          </w:p>
        </w:tc>
        <w:tc>
          <w:tcPr>
            <w:tcW w:w="623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3D9543EE" w14:textId="6A972CD4" w:rsidR="00EF2D22" w:rsidRPr="00B96140" w:rsidRDefault="003A6C31">
            <w:pPr>
              <w:rPr>
                <w:lang w:val="ru-RU"/>
              </w:rPr>
            </w:pPr>
            <w:r w:rsidRPr="00B96140">
              <w:rPr>
                <w:i/>
                <w:color w:val="666666"/>
                <w:sz w:val="17"/>
                <w:lang w:val="ru-RU"/>
              </w:rPr>
              <w:t>Кратко опишите проблему, ее масштаб, причины и последствия для жителей города Ош или конкретной территории/объекта. По возможности используйте факты, данные, фотофиксацию, результаты обследований.</w:t>
            </w:r>
          </w:p>
          <w:p w14:paraId="225BD861" w14:textId="77777777" w:rsidR="00EF2D22" w:rsidRPr="00B96140" w:rsidRDefault="00EF2D22">
            <w:pPr>
              <w:rPr>
                <w:lang w:val="ru-RU"/>
              </w:rPr>
            </w:pPr>
          </w:p>
          <w:p w14:paraId="3888CFB0" w14:textId="77777777" w:rsidR="00EF2D22" w:rsidRPr="00B96140" w:rsidRDefault="00EF2D22">
            <w:pPr>
              <w:rPr>
                <w:lang w:val="ru-RU"/>
              </w:rPr>
            </w:pPr>
          </w:p>
          <w:p w14:paraId="73947398" w14:textId="77777777" w:rsidR="00EF2D22" w:rsidRPr="00B96140" w:rsidRDefault="00EF2D22">
            <w:pPr>
              <w:rPr>
                <w:lang w:val="ru-RU"/>
              </w:rPr>
            </w:pPr>
          </w:p>
          <w:p w14:paraId="21237433" w14:textId="77777777" w:rsidR="00EF2D22" w:rsidRPr="00B96140" w:rsidRDefault="00EF2D22">
            <w:pPr>
              <w:rPr>
                <w:lang w:val="ru-RU"/>
              </w:rPr>
            </w:pPr>
          </w:p>
          <w:p w14:paraId="682D843E" w14:textId="77777777" w:rsidR="00EF2D22" w:rsidRPr="00B96140" w:rsidRDefault="00EF2D22">
            <w:pPr>
              <w:rPr>
                <w:lang w:val="ru-RU"/>
              </w:rPr>
            </w:pPr>
          </w:p>
        </w:tc>
      </w:tr>
      <w:tr w:rsidR="00EF2D22" w14:paraId="1C683366" w14:textId="77777777">
        <w:trPr>
          <w:jc w:val="center"/>
        </w:trPr>
        <w:tc>
          <w:tcPr>
            <w:tcW w:w="294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D9EAF7"/>
          </w:tcPr>
          <w:p w14:paraId="221826A2" w14:textId="77777777" w:rsidR="00EF2D22" w:rsidRPr="00B96140" w:rsidRDefault="003A6C31">
            <w:pPr>
              <w:rPr>
                <w:lang w:val="ru-RU"/>
              </w:rPr>
            </w:pPr>
            <w:r w:rsidRPr="00B96140">
              <w:rPr>
                <w:b/>
                <w:sz w:val="18"/>
                <w:lang w:val="ru-RU"/>
              </w:rPr>
              <w:t>Связь с климатическими и природными рисками</w:t>
            </w:r>
          </w:p>
        </w:tc>
        <w:tc>
          <w:tcPr>
            <w:tcW w:w="623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6C177D1A" w14:textId="77777777" w:rsidR="00EF2D22" w:rsidRPr="00B96140" w:rsidRDefault="003A6C31">
            <w:pPr>
              <w:rPr>
                <w:lang w:val="ru-RU"/>
              </w:rPr>
            </w:pPr>
            <w:r w:rsidRPr="00B96140">
              <w:rPr>
                <w:sz w:val="18"/>
                <w:lang w:val="ru-RU"/>
              </w:rPr>
              <w:t>☐ засуха / дефицит воды</w:t>
            </w:r>
          </w:p>
          <w:p w14:paraId="5C273DA3" w14:textId="77777777" w:rsidR="00EF2D22" w:rsidRPr="00B96140" w:rsidRDefault="003A6C31">
            <w:pPr>
              <w:rPr>
                <w:lang w:val="ru-RU"/>
              </w:rPr>
            </w:pPr>
            <w:r w:rsidRPr="00B96140">
              <w:rPr>
                <w:sz w:val="18"/>
                <w:lang w:val="ru-RU"/>
              </w:rPr>
              <w:t>☐ экстремальная жара</w:t>
            </w:r>
          </w:p>
          <w:p w14:paraId="68748555" w14:textId="77777777" w:rsidR="00EF2D22" w:rsidRPr="00B96140" w:rsidRDefault="003A6C31">
            <w:pPr>
              <w:rPr>
                <w:lang w:val="ru-RU"/>
              </w:rPr>
            </w:pPr>
            <w:r w:rsidRPr="00B96140">
              <w:rPr>
                <w:sz w:val="18"/>
                <w:lang w:val="ru-RU"/>
              </w:rPr>
              <w:t>☐ подтопления / паводки</w:t>
            </w:r>
          </w:p>
          <w:p w14:paraId="592BF607" w14:textId="77777777" w:rsidR="00EF2D22" w:rsidRPr="00B96140" w:rsidRDefault="003A6C31">
            <w:pPr>
              <w:rPr>
                <w:lang w:val="ru-RU"/>
              </w:rPr>
            </w:pPr>
            <w:r w:rsidRPr="00B96140">
              <w:rPr>
                <w:sz w:val="18"/>
                <w:lang w:val="ru-RU"/>
              </w:rPr>
              <w:t>☐ селевые процессы</w:t>
            </w:r>
          </w:p>
          <w:p w14:paraId="068A56D1" w14:textId="77777777" w:rsidR="00EF2D22" w:rsidRPr="00B96140" w:rsidRDefault="003A6C31">
            <w:pPr>
              <w:rPr>
                <w:lang w:val="ru-RU"/>
              </w:rPr>
            </w:pPr>
            <w:r w:rsidRPr="00B96140">
              <w:rPr>
                <w:sz w:val="18"/>
                <w:lang w:val="ru-RU"/>
              </w:rPr>
              <w:t>☐ деградация городской или зеленой инфраструктуры</w:t>
            </w:r>
          </w:p>
          <w:p w14:paraId="04315577" w14:textId="77777777" w:rsidR="00EF2D22" w:rsidRDefault="003A6C31">
            <w:r>
              <w:rPr>
                <w:sz w:val="18"/>
              </w:rPr>
              <w:t>☐ энергонагрузка / перебои энергоснабжения</w:t>
            </w:r>
          </w:p>
          <w:p w14:paraId="73A858EB" w14:textId="77777777" w:rsidR="00EF2D22" w:rsidRDefault="003A6C31">
            <w:r>
              <w:rPr>
                <w:sz w:val="18"/>
              </w:rPr>
              <w:t>☐ другое: ____________________</w:t>
            </w:r>
          </w:p>
        </w:tc>
      </w:tr>
      <w:tr w:rsidR="00EF2D22" w:rsidRPr="00090D03" w14:paraId="4F4AF70F" w14:textId="77777777">
        <w:trPr>
          <w:jc w:val="center"/>
        </w:trPr>
        <w:tc>
          <w:tcPr>
            <w:tcW w:w="294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D9EAF7"/>
          </w:tcPr>
          <w:p w14:paraId="648885A0" w14:textId="77777777" w:rsidR="00EF2D22" w:rsidRDefault="003A6C31">
            <w:r>
              <w:rPr>
                <w:b/>
                <w:sz w:val="18"/>
              </w:rPr>
              <w:lastRenderedPageBreak/>
              <w:t>Цель проекта</w:t>
            </w:r>
          </w:p>
        </w:tc>
        <w:tc>
          <w:tcPr>
            <w:tcW w:w="623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647B4674" w14:textId="77777777" w:rsidR="00EF2D22" w:rsidRPr="00B96140" w:rsidRDefault="003A6C31">
            <w:pPr>
              <w:rPr>
                <w:lang w:val="ru-RU"/>
              </w:rPr>
            </w:pPr>
            <w:r w:rsidRPr="00B96140">
              <w:rPr>
                <w:i/>
                <w:color w:val="666666"/>
                <w:sz w:val="17"/>
                <w:lang w:val="ru-RU"/>
              </w:rPr>
              <w:t>Сформулируйте одну основную цель проекта. Цель должна быть конкретной и достижимой в срок реализации гранта.</w:t>
            </w:r>
          </w:p>
          <w:p w14:paraId="684ACF97" w14:textId="77777777" w:rsidR="00EF2D22" w:rsidRPr="00B96140" w:rsidRDefault="00EF2D22">
            <w:pPr>
              <w:rPr>
                <w:lang w:val="ru-RU"/>
              </w:rPr>
            </w:pPr>
          </w:p>
          <w:p w14:paraId="190AD2F0" w14:textId="77777777" w:rsidR="00EF2D22" w:rsidRPr="00B96140" w:rsidRDefault="00EF2D22">
            <w:pPr>
              <w:rPr>
                <w:lang w:val="ru-RU"/>
              </w:rPr>
            </w:pPr>
          </w:p>
        </w:tc>
      </w:tr>
      <w:tr w:rsidR="00EF2D22" w:rsidRPr="00090D03" w14:paraId="5BD2BCC8" w14:textId="77777777">
        <w:trPr>
          <w:jc w:val="center"/>
        </w:trPr>
        <w:tc>
          <w:tcPr>
            <w:tcW w:w="294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D9EAF7"/>
          </w:tcPr>
          <w:p w14:paraId="09F4EB4B" w14:textId="77777777" w:rsidR="00EF2D22" w:rsidRDefault="003A6C31">
            <w:r>
              <w:rPr>
                <w:b/>
                <w:sz w:val="18"/>
              </w:rPr>
              <w:t>Краткое описание проекта</w:t>
            </w:r>
          </w:p>
        </w:tc>
        <w:tc>
          <w:tcPr>
            <w:tcW w:w="623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13F364DB" w14:textId="77777777" w:rsidR="00EF2D22" w:rsidRPr="00B96140" w:rsidRDefault="003A6C31">
            <w:pPr>
              <w:rPr>
                <w:lang w:val="ru-RU"/>
              </w:rPr>
            </w:pPr>
            <w:r w:rsidRPr="00B96140">
              <w:rPr>
                <w:i/>
                <w:color w:val="666666"/>
                <w:sz w:val="17"/>
                <w:lang w:val="ru-RU"/>
              </w:rPr>
              <w:t>Кратко опишите, что именно будет сделано, где, для кого и какой практический результат будет достигнут.</w:t>
            </w:r>
          </w:p>
          <w:p w14:paraId="7B70D968" w14:textId="77777777" w:rsidR="00EF2D22" w:rsidRPr="00B96140" w:rsidRDefault="00EF2D22">
            <w:pPr>
              <w:rPr>
                <w:lang w:val="ru-RU"/>
              </w:rPr>
            </w:pPr>
          </w:p>
          <w:p w14:paraId="33515F4C" w14:textId="77777777" w:rsidR="00EF2D22" w:rsidRPr="00B96140" w:rsidRDefault="00EF2D22">
            <w:pPr>
              <w:rPr>
                <w:lang w:val="ru-RU"/>
              </w:rPr>
            </w:pPr>
          </w:p>
          <w:p w14:paraId="53C1AB78" w14:textId="77777777" w:rsidR="00EF2D22" w:rsidRPr="00B96140" w:rsidRDefault="00EF2D22">
            <w:pPr>
              <w:rPr>
                <w:lang w:val="ru-RU"/>
              </w:rPr>
            </w:pPr>
          </w:p>
          <w:p w14:paraId="47DBF1A9" w14:textId="77777777" w:rsidR="00EF2D22" w:rsidRPr="00B96140" w:rsidRDefault="00EF2D22">
            <w:pPr>
              <w:rPr>
                <w:lang w:val="ru-RU"/>
              </w:rPr>
            </w:pPr>
          </w:p>
        </w:tc>
      </w:tr>
      <w:tr w:rsidR="00EF2D22" w:rsidRPr="00090D03" w14:paraId="44A5945C" w14:textId="77777777">
        <w:trPr>
          <w:jc w:val="center"/>
        </w:trPr>
        <w:tc>
          <w:tcPr>
            <w:tcW w:w="294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D9EAF7"/>
          </w:tcPr>
          <w:p w14:paraId="3EA11D12" w14:textId="77777777" w:rsidR="00EF2D22" w:rsidRDefault="003A6C31">
            <w:r>
              <w:rPr>
                <w:b/>
                <w:sz w:val="18"/>
              </w:rPr>
              <w:t>Соответствие приоритетам города Ош</w:t>
            </w:r>
          </w:p>
        </w:tc>
        <w:tc>
          <w:tcPr>
            <w:tcW w:w="623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45E52244" w14:textId="77777777" w:rsidR="00EF2D22" w:rsidRPr="00B96140" w:rsidRDefault="003A6C31">
            <w:pPr>
              <w:rPr>
                <w:lang w:val="ru-RU"/>
              </w:rPr>
            </w:pPr>
            <w:r w:rsidRPr="00B96140">
              <w:rPr>
                <w:i/>
                <w:color w:val="666666"/>
                <w:sz w:val="17"/>
                <w:lang w:val="ru-RU"/>
              </w:rPr>
              <w:t>Укажите, как проект связан с Планом мероприятий по снижению риска бедствий и адаптации к изменению климата на 2026-2030 годы, ПСЭР города Ош или другими городскими приоритетами.</w:t>
            </w:r>
          </w:p>
          <w:p w14:paraId="026065AC" w14:textId="77777777" w:rsidR="00EF2D22" w:rsidRPr="00B96140" w:rsidRDefault="00EF2D22">
            <w:pPr>
              <w:rPr>
                <w:lang w:val="ru-RU"/>
              </w:rPr>
            </w:pPr>
          </w:p>
          <w:p w14:paraId="4729183A" w14:textId="77777777" w:rsidR="00EF2D22" w:rsidRPr="00B96140" w:rsidRDefault="00EF2D22">
            <w:pPr>
              <w:rPr>
                <w:lang w:val="ru-RU"/>
              </w:rPr>
            </w:pPr>
          </w:p>
          <w:p w14:paraId="0E935160" w14:textId="77777777" w:rsidR="00EF2D22" w:rsidRPr="00B96140" w:rsidRDefault="00EF2D22">
            <w:pPr>
              <w:rPr>
                <w:lang w:val="ru-RU"/>
              </w:rPr>
            </w:pPr>
          </w:p>
        </w:tc>
      </w:tr>
    </w:tbl>
    <w:p w14:paraId="1F396803" w14:textId="77777777" w:rsidR="00EF2D22" w:rsidRPr="00B96140" w:rsidRDefault="003A6C31">
      <w:pPr>
        <w:pStyle w:val="1"/>
        <w:spacing w:before="200" w:after="80" w:line="240" w:lineRule="auto"/>
        <w:rPr>
          <w:lang w:val="ru-RU"/>
        </w:rPr>
      </w:pPr>
      <w:r w:rsidRPr="00B96140">
        <w:rPr>
          <w:rFonts w:ascii="Arial" w:eastAsia="Arial" w:hAnsi="Arial"/>
          <w:color w:val="1F4E79"/>
          <w:sz w:val="26"/>
          <w:lang w:val="ru-RU"/>
        </w:rPr>
        <w:t>РАЗДЕЛ 4. Техническое решение проекта (ключевой раздел)</w:t>
      </w:r>
    </w:p>
    <w:p w14:paraId="785805B7" w14:textId="77777777" w:rsidR="00EF2D22" w:rsidRPr="00B96140" w:rsidRDefault="003A6C31">
      <w:pPr>
        <w:spacing w:after="80" w:line="240" w:lineRule="auto"/>
        <w:rPr>
          <w:lang w:val="ru-RU"/>
        </w:rPr>
      </w:pPr>
      <w:r w:rsidRPr="00B96140">
        <w:rPr>
          <w:i/>
          <w:color w:val="5A5A5A"/>
          <w:sz w:val="17"/>
          <w:lang w:val="ru-RU"/>
        </w:rPr>
        <w:t>Этот раздел является ключевым для оценки заявки. Техническое решение должно быть понятным, реалистичным, привязанным к конкретному объекту и подтвержденным документами.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948"/>
        <w:gridCol w:w="6236"/>
      </w:tblGrid>
      <w:tr w:rsidR="00EF2D22" w:rsidRPr="00090D03" w14:paraId="4323EFC9" w14:textId="77777777">
        <w:trPr>
          <w:jc w:val="center"/>
        </w:trPr>
        <w:tc>
          <w:tcPr>
            <w:tcW w:w="294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D9EAF7"/>
          </w:tcPr>
          <w:p w14:paraId="63E03A62" w14:textId="77777777" w:rsidR="00EF2D22" w:rsidRDefault="003A6C31">
            <w:r>
              <w:rPr>
                <w:b/>
                <w:sz w:val="18"/>
              </w:rPr>
              <w:t>Описание технического решения</w:t>
            </w:r>
          </w:p>
        </w:tc>
        <w:tc>
          <w:tcPr>
            <w:tcW w:w="623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2C2CBA03" w14:textId="77777777" w:rsidR="00EF2D22" w:rsidRPr="00B96140" w:rsidRDefault="003A6C31">
            <w:pPr>
              <w:rPr>
                <w:lang w:val="ru-RU"/>
              </w:rPr>
            </w:pPr>
            <w:r w:rsidRPr="00B96140">
              <w:rPr>
                <w:i/>
                <w:color w:val="666666"/>
                <w:sz w:val="17"/>
                <w:lang w:val="ru-RU"/>
              </w:rPr>
              <w:t>Опишите, что именно будет построено, восстановлено, установлено, закуплено или внедрено. Укажите основные виды работ, объемы, оборудование/материалы и ожидаемый технический результат.</w:t>
            </w:r>
          </w:p>
          <w:p w14:paraId="4AE8DAF5" w14:textId="77777777" w:rsidR="00EF2D22" w:rsidRPr="00B96140" w:rsidRDefault="00EF2D22">
            <w:pPr>
              <w:rPr>
                <w:lang w:val="ru-RU"/>
              </w:rPr>
            </w:pPr>
          </w:p>
          <w:p w14:paraId="6224C8FC" w14:textId="77777777" w:rsidR="00EF2D22" w:rsidRPr="00B96140" w:rsidRDefault="00EF2D22">
            <w:pPr>
              <w:rPr>
                <w:lang w:val="ru-RU"/>
              </w:rPr>
            </w:pPr>
          </w:p>
          <w:p w14:paraId="383F5F89" w14:textId="77777777" w:rsidR="00EF2D22" w:rsidRPr="00B96140" w:rsidRDefault="00EF2D22">
            <w:pPr>
              <w:rPr>
                <w:lang w:val="ru-RU"/>
              </w:rPr>
            </w:pPr>
          </w:p>
          <w:p w14:paraId="7240EB80" w14:textId="77777777" w:rsidR="00EF2D22" w:rsidRPr="00B96140" w:rsidRDefault="00EF2D22">
            <w:pPr>
              <w:rPr>
                <w:lang w:val="ru-RU"/>
              </w:rPr>
            </w:pPr>
          </w:p>
          <w:p w14:paraId="3F977A72" w14:textId="77777777" w:rsidR="00EF2D22" w:rsidRPr="00B96140" w:rsidRDefault="00EF2D22">
            <w:pPr>
              <w:rPr>
                <w:lang w:val="ru-RU"/>
              </w:rPr>
            </w:pPr>
          </w:p>
          <w:p w14:paraId="31414573" w14:textId="77777777" w:rsidR="00EF2D22" w:rsidRPr="00B96140" w:rsidRDefault="00EF2D22">
            <w:pPr>
              <w:rPr>
                <w:lang w:val="ru-RU"/>
              </w:rPr>
            </w:pPr>
          </w:p>
          <w:p w14:paraId="3012250B" w14:textId="77777777" w:rsidR="00EF2D22" w:rsidRPr="00B96140" w:rsidRDefault="00EF2D22">
            <w:pPr>
              <w:rPr>
                <w:lang w:val="ru-RU"/>
              </w:rPr>
            </w:pPr>
          </w:p>
        </w:tc>
      </w:tr>
      <w:tr w:rsidR="00EF2D22" w:rsidRPr="00692808" w14:paraId="7669BE36" w14:textId="77777777">
        <w:trPr>
          <w:jc w:val="center"/>
        </w:trPr>
        <w:tc>
          <w:tcPr>
            <w:tcW w:w="294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D9EAF7"/>
          </w:tcPr>
          <w:p w14:paraId="54B2D539" w14:textId="77777777" w:rsidR="00EF2D22" w:rsidRDefault="003A6C31">
            <w:r>
              <w:rPr>
                <w:b/>
                <w:sz w:val="18"/>
              </w:rPr>
              <w:t>Источник технического решения</w:t>
            </w:r>
          </w:p>
        </w:tc>
        <w:tc>
          <w:tcPr>
            <w:tcW w:w="623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143DBCF2" w14:textId="77777777" w:rsidR="00EF2D22" w:rsidRPr="00B96140" w:rsidRDefault="003A6C31">
            <w:pPr>
              <w:rPr>
                <w:lang w:val="ru-RU"/>
              </w:rPr>
            </w:pPr>
            <w:r w:rsidRPr="00B96140">
              <w:rPr>
                <w:sz w:val="18"/>
                <w:lang w:val="ru-RU"/>
              </w:rPr>
              <w:t>☐ Мэрия города Ош</w:t>
            </w:r>
          </w:p>
          <w:p w14:paraId="1F864065" w14:textId="77777777" w:rsidR="00EF2D22" w:rsidRPr="00B96140" w:rsidRDefault="003A6C31">
            <w:pPr>
              <w:rPr>
                <w:lang w:val="ru-RU"/>
              </w:rPr>
            </w:pPr>
            <w:r w:rsidRPr="00B96140">
              <w:rPr>
                <w:sz w:val="18"/>
                <w:lang w:val="ru-RU"/>
              </w:rPr>
              <w:t>☐ муниципальные службы</w:t>
            </w:r>
          </w:p>
          <w:p w14:paraId="7C612A2B" w14:textId="77777777" w:rsidR="00EF2D22" w:rsidRPr="00B96140" w:rsidRDefault="003A6C31">
            <w:pPr>
              <w:rPr>
                <w:lang w:val="ru-RU"/>
              </w:rPr>
            </w:pPr>
            <w:r w:rsidRPr="00B96140">
              <w:rPr>
                <w:sz w:val="18"/>
                <w:lang w:val="ru-RU"/>
              </w:rPr>
              <w:t>☐ МЧС КР</w:t>
            </w:r>
          </w:p>
          <w:p w14:paraId="369BBEC4" w14:textId="77777777" w:rsidR="00EF2D22" w:rsidRPr="00B96140" w:rsidRDefault="003A6C31">
            <w:pPr>
              <w:rPr>
                <w:lang w:val="ru-RU"/>
              </w:rPr>
            </w:pPr>
            <w:r w:rsidRPr="00B96140">
              <w:rPr>
                <w:sz w:val="18"/>
                <w:lang w:val="ru-RU"/>
              </w:rPr>
              <w:t>☐ профильная техническая организация</w:t>
            </w:r>
          </w:p>
          <w:p w14:paraId="0FF22485" w14:textId="77777777" w:rsidR="00EF2D22" w:rsidRPr="00B96140" w:rsidRDefault="003A6C31">
            <w:pPr>
              <w:rPr>
                <w:lang w:val="ru-RU"/>
              </w:rPr>
            </w:pPr>
            <w:r w:rsidRPr="00B96140">
              <w:rPr>
                <w:sz w:val="18"/>
                <w:lang w:val="ru-RU"/>
              </w:rPr>
              <w:lastRenderedPageBreak/>
              <w:t>☐ разработано заявителем с привлечением специалиста</w:t>
            </w:r>
          </w:p>
          <w:p w14:paraId="576FC873" w14:textId="77777777" w:rsidR="00EF2D22" w:rsidRPr="00692808" w:rsidRDefault="003A6C31">
            <w:pPr>
              <w:rPr>
                <w:lang w:val="ru-RU"/>
              </w:rPr>
            </w:pPr>
            <w:r w:rsidRPr="00692808">
              <w:rPr>
                <w:sz w:val="18"/>
                <w:lang w:val="ru-RU"/>
              </w:rPr>
              <w:t>☐ другое: ____________________</w:t>
            </w:r>
          </w:p>
        </w:tc>
      </w:tr>
      <w:tr w:rsidR="00EF2D22" w14:paraId="386A6AA4" w14:textId="77777777">
        <w:trPr>
          <w:jc w:val="center"/>
        </w:trPr>
        <w:tc>
          <w:tcPr>
            <w:tcW w:w="294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D9EAF7"/>
          </w:tcPr>
          <w:p w14:paraId="51B32709" w14:textId="77777777" w:rsidR="00EF2D22" w:rsidRDefault="003A6C31">
            <w:r>
              <w:rPr>
                <w:b/>
                <w:sz w:val="18"/>
              </w:rPr>
              <w:lastRenderedPageBreak/>
              <w:t>Степень готовности проекта</w:t>
            </w:r>
          </w:p>
        </w:tc>
        <w:tc>
          <w:tcPr>
            <w:tcW w:w="623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0E03A10E" w14:textId="77777777" w:rsidR="00EF2D22" w:rsidRPr="00B96140" w:rsidRDefault="003A6C31">
            <w:pPr>
              <w:rPr>
                <w:lang w:val="ru-RU"/>
              </w:rPr>
            </w:pPr>
            <w:r w:rsidRPr="00B96140">
              <w:rPr>
                <w:sz w:val="18"/>
                <w:lang w:val="ru-RU"/>
              </w:rPr>
              <w:t>☐ полностью готов к реализации</w:t>
            </w:r>
          </w:p>
          <w:p w14:paraId="3C463D6D" w14:textId="77777777" w:rsidR="00EF2D22" w:rsidRPr="00B96140" w:rsidRDefault="003A6C31">
            <w:pPr>
              <w:rPr>
                <w:lang w:val="ru-RU"/>
              </w:rPr>
            </w:pPr>
            <w:r w:rsidRPr="00B96140">
              <w:rPr>
                <w:sz w:val="18"/>
                <w:lang w:val="ru-RU"/>
              </w:rPr>
              <w:t>☐ требует минимальной технической доработки</w:t>
            </w:r>
          </w:p>
          <w:p w14:paraId="6DAF3FEF" w14:textId="77777777" w:rsidR="00EF2D22" w:rsidRPr="00B96140" w:rsidRDefault="003A6C31">
            <w:pPr>
              <w:rPr>
                <w:lang w:val="ru-RU"/>
              </w:rPr>
            </w:pPr>
            <w:r w:rsidRPr="00B96140">
              <w:rPr>
                <w:sz w:val="18"/>
                <w:lang w:val="ru-RU"/>
              </w:rPr>
              <w:t>☐ требует уточнения сметы или объемов работ</w:t>
            </w:r>
          </w:p>
          <w:p w14:paraId="77349CA5" w14:textId="77777777" w:rsidR="00EF2D22" w:rsidRDefault="003A6C31">
            <w:r>
              <w:rPr>
                <w:sz w:val="18"/>
              </w:rPr>
              <w:t>☐ другое: ____________________</w:t>
            </w:r>
          </w:p>
        </w:tc>
      </w:tr>
      <w:tr w:rsidR="00EF2D22" w14:paraId="7283A1B8" w14:textId="77777777">
        <w:trPr>
          <w:jc w:val="center"/>
        </w:trPr>
        <w:tc>
          <w:tcPr>
            <w:tcW w:w="294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D9EAF7"/>
          </w:tcPr>
          <w:p w14:paraId="6589E36D" w14:textId="77777777" w:rsidR="00EF2D22" w:rsidRDefault="003A6C31">
            <w:r>
              <w:rPr>
                <w:b/>
                <w:sz w:val="18"/>
              </w:rPr>
              <w:t>Подтверждающие технические документы</w:t>
            </w:r>
          </w:p>
        </w:tc>
        <w:tc>
          <w:tcPr>
            <w:tcW w:w="623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30B65861" w14:textId="77777777" w:rsidR="00EF2D22" w:rsidRPr="00B96140" w:rsidRDefault="003A6C31">
            <w:pPr>
              <w:rPr>
                <w:lang w:val="ru-RU"/>
              </w:rPr>
            </w:pPr>
            <w:r w:rsidRPr="00B96140">
              <w:rPr>
                <w:sz w:val="18"/>
                <w:lang w:val="ru-RU"/>
              </w:rPr>
              <w:t>☐ ПСД / проектно-сметная документация</w:t>
            </w:r>
          </w:p>
          <w:p w14:paraId="5E696052" w14:textId="77777777" w:rsidR="00EF2D22" w:rsidRPr="00B96140" w:rsidRDefault="003A6C31">
            <w:pPr>
              <w:rPr>
                <w:lang w:val="ru-RU"/>
              </w:rPr>
            </w:pPr>
            <w:r w:rsidRPr="00B96140">
              <w:rPr>
                <w:sz w:val="18"/>
                <w:lang w:val="ru-RU"/>
              </w:rPr>
              <w:t>☐ предварительная смета</w:t>
            </w:r>
          </w:p>
          <w:p w14:paraId="0BA116E3" w14:textId="77777777" w:rsidR="00EF2D22" w:rsidRPr="00B96140" w:rsidRDefault="003A6C31">
            <w:pPr>
              <w:rPr>
                <w:lang w:val="ru-RU"/>
              </w:rPr>
            </w:pPr>
            <w:r w:rsidRPr="00B96140">
              <w:rPr>
                <w:sz w:val="18"/>
                <w:lang w:val="ru-RU"/>
              </w:rPr>
              <w:t>☐ ведомость объемов работ (</w:t>
            </w:r>
            <w:r>
              <w:rPr>
                <w:sz w:val="18"/>
              </w:rPr>
              <w:t>BoQ</w:t>
            </w:r>
            <w:r w:rsidRPr="00B96140">
              <w:rPr>
                <w:sz w:val="18"/>
                <w:lang w:val="ru-RU"/>
              </w:rPr>
              <w:t>)</w:t>
            </w:r>
          </w:p>
          <w:p w14:paraId="65BD912F" w14:textId="77777777" w:rsidR="00EF2D22" w:rsidRPr="00B96140" w:rsidRDefault="003A6C31">
            <w:pPr>
              <w:rPr>
                <w:lang w:val="ru-RU"/>
              </w:rPr>
            </w:pPr>
            <w:r w:rsidRPr="00B96140">
              <w:rPr>
                <w:sz w:val="18"/>
                <w:lang w:val="ru-RU"/>
              </w:rPr>
              <w:t>☐ техническая схема / чертеж / план участка</w:t>
            </w:r>
          </w:p>
          <w:p w14:paraId="347799DB" w14:textId="77777777" w:rsidR="00EF2D22" w:rsidRPr="00B96140" w:rsidRDefault="003A6C31">
            <w:pPr>
              <w:rPr>
                <w:lang w:val="ru-RU"/>
              </w:rPr>
            </w:pPr>
            <w:r w:rsidRPr="00B96140">
              <w:rPr>
                <w:sz w:val="18"/>
                <w:lang w:val="ru-RU"/>
              </w:rPr>
              <w:t>☐ инженерное заключение / обследование</w:t>
            </w:r>
          </w:p>
          <w:p w14:paraId="6B5641F8" w14:textId="77777777" w:rsidR="00EF2D22" w:rsidRPr="00B96140" w:rsidRDefault="003A6C31">
            <w:pPr>
              <w:rPr>
                <w:lang w:val="ru-RU"/>
              </w:rPr>
            </w:pPr>
            <w:r w:rsidRPr="00B96140">
              <w:rPr>
                <w:sz w:val="18"/>
                <w:lang w:val="ru-RU"/>
              </w:rPr>
              <w:t>☐ письмо поддержки / согласование от владельца или балансодержателя объекта</w:t>
            </w:r>
          </w:p>
          <w:p w14:paraId="672DB802" w14:textId="77777777" w:rsidR="00EF2D22" w:rsidRPr="00B96140" w:rsidRDefault="003A6C31">
            <w:pPr>
              <w:rPr>
                <w:lang w:val="ru-RU"/>
              </w:rPr>
            </w:pPr>
            <w:r w:rsidRPr="00B96140">
              <w:rPr>
                <w:sz w:val="18"/>
                <w:lang w:val="ru-RU"/>
              </w:rPr>
              <w:t>☐ прайс-листы / коммерческие предложения на оборудование или материалы</w:t>
            </w:r>
          </w:p>
          <w:p w14:paraId="5FF91ABD" w14:textId="77777777" w:rsidR="00EF2D22" w:rsidRDefault="003A6C31">
            <w:r>
              <w:rPr>
                <w:sz w:val="18"/>
              </w:rPr>
              <w:t>☐ другое: ____________________</w:t>
            </w:r>
          </w:p>
        </w:tc>
      </w:tr>
      <w:tr w:rsidR="00EF2D22" w:rsidRPr="00090D03" w14:paraId="5712A0C1" w14:textId="77777777">
        <w:trPr>
          <w:jc w:val="center"/>
        </w:trPr>
        <w:tc>
          <w:tcPr>
            <w:tcW w:w="294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D9EAF7"/>
          </w:tcPr>
          <w:p w14:paraId="3EE0009C" w14:textId="77777777" w:rsidR="00EF2D22" w:rsidRDefault="003A6C31">
            <w:r>
              <w:rPr>
                <w:b/>
                <w:sz w:val="18"/>
              </w:rPr>
              <w:t>Технический специалист / инженер</w:t>
            </w:r>
          </w:p>
        </w:tc>
        <w:tc>
          <w:tcPr>
            <w:tcW w:w="623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328448C0" w14:textId="77777777" w:rsidR="00EF2D22" w:rsidRPr="00B96140" w:rsidRDefault="003A6C31">
            <w:pPr>
              <w:rPr>
                <w:lang w:val="ru-RU"/>
              </w:rPr>
            </w:pPr>
            <w:r w:rsidRPr="00B96140">
              <w:rPr>
                <w:i/>
                <w:color w:val="666666"/>
                <w:sz w:val="17"/>
                <w:lang w:val="ru-RU"/>
              </w:rPr>
              <w:t>Укажите ФИО, специальность, роль в проекте, опыт работы. Приложите резюме и документы, подтверждающие квалификацию, при наличии.</w:t>
            </w:r>
          </w:p>
          <w:p w14:paraId="17E7ACB1" w14:textId="77777777" w:rsidR="00EF2D22" w:rsidRPr="00B96140" w:rsidRDefault="00EF2D22">
            <w:pPr>
              <w:rPr>
                <w:lang w:val="ru-RU"/>
              </w:rPr>
            </w:pPr>
          </w:p>
          <w:p w14:paraId="2DD8CBF5" w14:textId="77777777" w:rsidR="00EF2D22" w:rsidRPr="00B96140" w:rsidRDefault="00EF2D22">
            <w:pPr>
              <w:rPr>
                <w:lang w:val="ru-RU"/>
              </w:rPr>
            </w:pPr>
          </w:p>
          <w:p w14:paraId="71153EAF" w14:textId="77777777" w:rsidR="00EF2D22" w:rsidRPr="00B96140" w:rsidRDefault="00EF2D22">
            <w:pPr>
              <w:rPr>
                <w:lang w:val="ru-RU"/>
              </w:rPr>
            </w:pPr>
          </w:p>
        </w:tc>
      </w:tr>
    </w:tbl>
    <w:p w14:paraId="00ADFC96" w14:textId="77777777" w:rsidR="00EF2D22" w:rsidRPr="00B96140" w:rsidRDefault="003A6C31">
      <w:pPr>
        <w:pStyle w:val="1"/>
        <w:spacing w:before="200" w:after="80" w:line="240" w:lineRule="auto"/>
        <w:rPr>
          <w:lang w:val="ru-RU"/>
        </w:rPr>
      </w:pPr>
      <w:r w:rsidRPr="00B96140">
        <w:rPr>
          <w:rFonts w:ascii="Arial" w:eastAsia="Arial" w:hAnsi="Arial"/>
          <w:color w:val="1F4E79"/>
          <w:sz w:val="26"/>
          <w:lang w:val="ru-RU"/>
        </w:rPr>
        <w:t>РАЗДЕЛ 5. Команда проекта и опыт заявителя</w:t>
      </w:r>
    </w:p>
    <w:p w14:paraId="2DBFAC42" w14:textId="77777777" w:rsidR="00EF2D22" w:rsidRPr="00B96140" w:rsidRDefault="003A6C31">
      <w:pPr>
        <w:spacing w:after="80" w:line="240" w:lineRule="auto"/>
        <w:rPr>
          <w:lang w:val="ru-RU"/>
        </w:rPr>
      </w:pPr>
      <w:r w:rsidRPr="00B96140">
        <w:rPr>
          <w:i/>
          <w:color w:val="5A5A5A"/>
          <w:sz w:val="17"/>
          <w:lang w:val="ru-RU"/>
        </w:rPr>
        <w:t>Укажите только ключевых сотрудников и специалистов, которые будут непосредственно участвовать в реализации грантового проекта.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038"/>
        <w:gridCol w:w="2038"/>
        <w:gridCol w:w="2039"/>
        <w:gridCol w:w="2037"/>
        <w:gridCol w:w="2038"/>
      </w:tblGrid>
      <w:tr w:rsidR="00EF2D22" w14:paraId="26197874" w14:textId="77777777">
        <w:trPr>
          <w:jc w:val="center"/>
        </w:trPr>
        <w:tc>
          <w:tcPr>
            <w:tcW w:w="204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1F4E79"/>
          </w:tcPr>
          <w:p w14:paraId="2D40286F" w14:textId="77777777" w:rsidR="00EF2D22" w:rsidRDefault="003A6C31">
            <w:pPr>
              <w:jc w:val="center"/>
            </w:pPr>
            <w:r>
              <w:rPr>
                <w:b/>
                <w:color w:val="FFFFFF"/>
                <w:sz w:val="17"/>
              </w:rPr>
              <w:t>ФИО</w:t>
            </w:r>
          </w:p>
        </w:tc>
        <w:tc>
          <w:tcPr>
            <w:tcW w:w="204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1F4E79"/>
          </w:tcPr>
          <w:p w14:paraId="115C021B" w14:textId="77777777" w:rsidR="00EF2D22" w:rsidRDefault="003A6C31">
            <w:pPr>
              <w:jc w:val="center"/>
            </w:pPr>
            <w:r>
              <w:rPr>
                <w:b/>
                <w:color w:val="FFFFFF"/>
                <w:sz w:val="17"/>
              </w:rPr>
              <w:t>Должность / роль в проекте</w:t>
            </w:r>
          </w:p>
        </w:tc>
        <w:tc>
          <w:tcPr>
            <w:tcW w:w="204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1F4E79"/>
          </w:tcPr>
          <w:p w14:paraId="11C9847D" w14:textId="77777777" w:rsidR="00EF2D22" w:rsidRDefault="003A6C31">
            <w:pPr>
              <w:jc w:val="center"/>
            </w:pPr>
            <w:r>
              <w:rPr>
                <w:b/>
                <w:color w:val="FFFFFF"/>
                <w:sz w:val="17"/>
              </w:rPr>
              <w:t>Квалификация / специальность</w:t>
            </w:r>
          </w:p>
        </w:tc>
        <w:tc>
          <w:tcPr>
            <w:tcW w:w="204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1F4E79"/>
          </w:tcPr>
          <w:p w14:paraId="7AEC73DB" w14:textId="77777777" w:rsidR="00EF2D22" w:rsidRDefault="003A6C31">
            <w:pPr>
              <w:jc w:val="center"/>
            </w:pPr>
            <w:r>
              <w:rPr>
                <w:b/>
                <w:color w:val="FFFFFF"/>
                <w:sz w:val="17"/>
              </w:rPr>
              <w:t>Опыт, лет</w:t>
            </w:r>
          </w:p>
        </w:tc>
        <w:tc>
          <w:tcPr>
            <w:tcW w:w="204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1F4E79"/>
          </w:tcPr>
          <w:p w14:paraId="5C2582D8" w14:textId="77777777" w:rsidR="00EF2D22" w:rsidRDefault="003A6C31">
            <w:pPr>
              <w:jc w:val="center"/>
            </w:pPr>
            <w:r>
              <w:rPr>
                <w:b/>
                <w:color w:val="FFFFFF"/>
                <w:sz w:val="17"/>
              </w:rPr>
              <w:t>Резюме приложено</w:t>
            </w:r>
          </w:p>
        </w:tc>
      </w:tr>
      <w:tr w:rsidR="00EF2D22" w14:paraId="44E0D4D8" w14:textId="77777777">
        <w:trPr>
          <w:jc w:val="center"/>
        </w:trPr>
        <w:tc>
          <w:tcPr>
            <w:tcW w:w="204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3A2EC7C4" w14:textId="77777777" w:rsidR="00EF2D22" w:rsidRDefault="00EF2D22"/>
          <w:p w14:paraId="2FB28AF0" w14:textId="77777777" w:rsidR="00EF2D22" w:rsidRDefault="00EF2D22"/>
        </w:tc>
        <w:tc>
          <w:tcPr>
            <w:tcW w:w="204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6F88DFC4" w14:textId="77777777" w:rsidR="00EF2D22" w:rsidRDefault="00EF2D22"/>
          <w:p w14:paraId="70FD6673" w14:textId="77777777" w:rsidR="00EF2D22" w:rsidRDefault="00EF2D22"/>
        </w:tc>
        <w:tc>
          <w:tcPr>
            <w:tcW w:w="204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44503A8B" w14:textId="77777777" w:rsidR="00EF2D22" w:rsidRDefault="00EF2D22"/>
          <w:p w14:paraId="54E2CE92" w14:textId="77777777" w:rsidR="00EF2D22" w:rsidRDefault="00EF2D22"/>
        </w:tc>
        <w:tc>
          <w:tcPr>
            <w:tcW w:w="204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1C1B9C58" w14:textId="77777777" w:rsidR="00EF2D22" w:rsidRDefault="00EF2D22"/>
          <w:p w14:paraId="6A49A59F" w14:textId="77777777" w:rsidR="00EF2D22" w:rsidRDefault="00EF2D22"/>
        </w:tc>
        <w:tc>
          <w:tcPr>
            <w:tcW w:w="204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2663B3CF" w14:textId="77777777" w:rsidR="00EF2D22" w:rsidRDefault="00EF2D22"/>
          <w:p w14:paraId="59F5C704" w14:textId="77777777" w:rsidR="00EF2D22" w:rsidRDefault="00EF2D22"/>
        </w:tc>
      </w:tr>
      <w:tr w:rsidR="00EF2D22" w14:paraId="0E0D8035" w14:textId="77777777">
        <w:trPr>
          <w:jc w:val="center"/>
        </w:trPr>
        <w:tc>
          <w:tcPr>
            <w:tcW w:w="204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00524DFF" w14:textId="77777777" w:rsidR="00EF2D22" w:rsidRDefault="00EF2D22"/>
          <w:p w14:paraId="7086D5D9" w14:textId="77777777" w:rsidR="00EF2D22" w:rsidRDefault="00EF2D22"/>
        </w:tc>
        <w:tc>
          <w:tcPr>
            <w:tcW w:w="204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7FC6D818" w14:textId="77777777" w:rsidR="00EF2D22" w:rsidRDefault="00EF2D22"/>
          <w:p w14:paraId="0A5D1F76" w14:textId="77777777" w:rsidR="00EF2D22" w:rsidRDefault="00EF2D22"/>
        </w:tc>
        <w:tc>
          <w:tcPr>
            <w:tcW w:w="204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318CA665" w14:textId="77777777" w:rsidR="00EF2D22" w:rsidRDefault="00EF2D22"/>
          <w:p w14:paraId="7BD830D4" w14:textId="77777777" w:rsidR="00EF2D22" w:rsidRDefault="00EF2D22"/>
        </w:tc>
        <w:tc>
          <w:tcPr>
            <w:tcW w:w="204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2FD62170" w14:textId="77777777" w:rsidR="00EF2D22" w:rsidRDefault="00EF2D22"/>
          <w:p w14:paraId="44CD993C" w14:textId="77777777" w:rsidR="00EF2D22" w:rsidRDefault="00EF2D22"/>
        </w:tc>
        <w:tc>
          <w:tcPr>
            <w:tcW w:w="204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1E7C5A95" w14:textId="77777777" w:rsidR="00EF2D22" w:rsidRDefault="00EF2D22"/>
          <w:p w14:paraId="23ABBA0E" w14:textId="77777777" w:rsidR="00EF2D22" w:rsidRDefault="00EF2D22"/>
        </w:tc>
      </w:tr>
      <w:tr w:rsidR="00EF2D22" w14:paraId="24C53BF1" w14:textId="77777777">
        <w:trPr>
          <w:jc w:val="center"/>
        </w:trPr>
        <w:tc>
          <w:tcPr>
            <w:tcW w:w="204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36FC31EB" w14:textId="77777777" w:rsidR="00EF2D22" w:rsidRDefault="00EF2D22"/>
          <w:p w14:paraId="0413D4D9" w14:textId="77777777" w:rsidR="00EF2D22" w:rsidRDefault="00EF2D22"/>
        </w:tc>
        <w:tc>
          <w:tcPr>
            <w:tcW w:w="204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07D93F75" w14:textId="77777777" w:rsidR="00EF2D22" w:rsidRDefault="00EF2D22"/>
          <w:p w14:paraId="34642EF1" w14:textId="77777777" w:rsidR="00EF2D22" w:rsidRDefault="00EF2D22"/>
        </w:tc>
        <w:tc>
          <w:tcPr>
            <w:tcW w:w="204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02699950" w14:textId="77777777" w:rsidR="00EF2D22" w:rsidRDefault="00EF2D22"/>
          <w:p w14:paraId="282B49A9" w14:textId="77777777" w:rsidR="00EF2D22" w:rsidRDefault="00EF2D22"/>
        </w:tc>
        <w:tc>
          <w:tcPr>
            <w:tcW w:w="204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1FB5A9B2" w14:textId="77777777" w:rsidR="00EF2D22" w:rsidRDefault="00EF2D22"/>
          <w:p w14:paraId="173BDF38" w14:textId="77777777" w:rsidR="00EF2D22" w:rsidRDefault="00EF2D22"/>
        </w:tc>
        <w:tc>
          <w:tcPr>
            <w:tcW w:w="204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6EEF1ABE" w14:textId="77777777" w:rsidR="00EF2D22" w:rsidRDefault="00EF2D22"/>
          <w:p w14:paraId="65E1DC17" w14:textId="77777777" w:rsidR="00EF2D22" w:rsidRDefault="00EF2D22"/>
        </w:tc>
      </w:tr>
      <w:tr w:rsidR="00EF2D22" w14:paraId="19507E87" w14:textId="77777777">
        <w:trPr>
          <w:jc w:val="center"/>
        </w:trPr>
        <w:tc>
          <w:tcPr>
            <w:tcW w:w="204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3D99615F" w14:textId="77777777" w:rsidR="00EF2D22" w:rsidRDefault="00EF2D22"/>
          <w:p w14:paraId="403944AA" w14:textId="77777777" w:rsidR="00EF2D22" w:rsidRDefault="00EF2D22"/>
        </w:tc>
        <w:tc>
          <w:tcPr>
            <w:tcW w:w="204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700C0EB6" w14:textId="77777777" w:rsidR="00EF2D22" w:rsidRDefault="00EF2D22"/>
          <w:p w14:paraId="199D5DF8" w14:textId="77777777" w:rsidR="00EF2D22" w:rsidRDefault="00EF2D22"/>
        </w:tc>
        <w:tc>
          <w:tcPr>
            <w:tcW w:w="204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452AC4B1" w14:textId="77777777" w:rsidR="00EF2D22" w:rsidRDefault="00EF2D22"/>
          <w:p w14:paraId="14C88CBA" w14:textId="77777777" w:rsidR="00EF2D22" w:rsidRDefault="00EF2D22"/>
        </w:tc>
        <w:tc>
          <w:tcPr>
            <w:tcW w:w="204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6CCB678D" w14:textId="77777777" w:rsidR="00EF2D22" w:rsidRDefault="00EF2D22"/>
          <w:p w14:paraId="52507DF7" w14:textId="77777777" w:rsidR="00EF2D22" w:rsidRDefault="00EF2D22"/>
        </w:tc>
        <w:tc>
          <w:tcPr>
            <w:tcW w:w="204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74FD3C60" w14:textId="77777777" w:rsidR="00EF2D22" w:rsidRDefault="00EF2D22"/>
          <w:p w14:paraId="3202324D" w14:textId="77777777" w:rsidR="00EF2D22" w:rsidRDefault="00EF2D22"/>
        </w:tc>
      </w:tr>
    </w:tbl>
    <w:p w14:paraId="4012D09E" w14:textId="77777777" w:rsidR="00EF2D22" w:rsidRPr="00B96140" w:rsidRDefault="003A6C31">
      <w:pPr>
        <w:spacing w:after="80" w:line="240" w:lineRule="auto"/>
        <w:rPr>
          <w:lang w:val="ru-RU"/>
        </w:rPr>
      </w:pPr>
      <w:r w:rsidRPr="00B96140">
        <w:rPr>
          <w:i/>
          <w:color w:val="5A5A5A"/>
          <w:sz w:val="17"/>
          <w:lang w:val="ru-RU"/>
        </w:rPr>
        <w:t>Предыдущий опыт организации в похожих проектах: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698"/>
        <w:gridCol w:w="1699"/>
        <w:gridCol w:w="1698"/>
        <w:gridCol w:w="1698"/>
        <w:gridCol w:w="1698"/>
        <w:gridCol w:w="1699"/>
      </w:tblGrid>
      <w:tr w:rsidR="00EF2D22" w14:paraId="64A7356C" w14:textId="77777777">
        <w:trPr>
          <w:jc w:val="center"/>
        </w:trPr>
        <w:tc>
          <w:tcPr>
            <w:tcW w:w="170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1F4E79"/>
          </w:tcPr>
          <w:p w14:paraId="2CDA137E" w14:textId="77777777" w:rsidR="00EF2D22" w:rsidRDefault="003A6C31">
            <w:pPr>
              <w:jc w:val="center"/>
            </w:pPr>
            <w:r>
              <w:rPr>
                <w:b/>
                <w:color w:val="FFFFFF"/>
                <w:sz w:val="17"/>
              </w:rPr>
              <w:t>Название проекта</w:t>
            </w:r>
          </w:p>
        </w:tc>
        <w:tc>
          <w:tcPr>
            <w:tcW w:w="170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1F4E79"/>
          </w:tcPr>
          <w:p w14:paraId="452A974C" w14:textId="77777777" w:rsidR="00EF2D22" w:rsidRDefault="003A6C31">
            <w:pPr>
              <w:jc w:val="center"/>
            </w:pPr>
            <w:r>
              <w:rPr>
                <w:b/>
                <w:color w:val="FFFFFF"/>
                <w:sz w:val="17"/>
              </w:rPr>
              <w:t>Тематика / сфера</w:t>
            </w:r>
          </w:p>
        </w:tc>
        <w:tc>
          <w:tcPr>
            <w:tcW w:w="170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1F4E79"/>
          </w:tcPr>
          <w:p w14:paraId="0DFB263D" w14:textId="77777777" w:rsidR="00EF2D22" w:rsidRDefault="003A6C31">
            <w:pPr>
              <w:jc w:val="center"/>
            </w:pPr>
            <w:r>
              <w:rPr>
                <w:b/>
                <w:color w:val="FFFFFF"/>
                <w:sz w:val="17"/>
              </w:rPr>
              <w:t>Донор / партнер</w:t>
            </w:r>
          </w:p>
        </w:tc>
        <w:tc>
          <w:tcPr>
            <w:tcW w:w="170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1F4E79"/>
          </w:tcPr>
          <w:p w14:paraId="76F6ADA6" w14:textId="77777777" w:rsidR="00EF2D22" w:rsidRDefault="003A6C31">
            <w:pPr>
              <w:jc w:val="center"/>
            </w:pPr>
            <w:r>
              <w:rPr>
                <w:b/>
                <w:color w:val="FFFFFF"/>
                <w:sz w:val="17"/>
              </w:rPr>
              <w:t>Период</w:t>
            </w:r>
          </w:p>
        </w:tc>
        <w:tc>
          <w:tcPr>
            <w:tcW w:w="170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1F4E79"/>
          </w:tcPr>
          <w:p w14:paraId="7070C20C" w14:textId="77777777" w:rsidR="00EF2D22" w:rsidRDefault="003A6C31">
            <w:pPr>
              <w:jc w:val="center"/>
            </w:pPr>
            <w:r>
              <w:rPr>
                <w:b/>
                <w:color w:val="FFFFFF"/>
                <w:sz w:val="17"/>
              </w:rPr>
              <w:t>Бюджет</w:t>
            </w:r>
          </w:p>
        </w:tc>
        <w:tc>
          <w:tcPr>
            <w:tcW w:w="170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1F4E79"/>
          </w:tcPr>
          <w:p w14:paraId="30D1333B" w14:textId="77777777" w:rsidR="00EF2D22" w:rsidRDefault="003A6C31">
            <w:pPr>
              <w:jc w:val="center"/>
            </w:pPr>
            <w:r>
              <w:rPr>
                <w:b/>
                <w:color w:val="FFFFFF"/>
                <w:sz w:val="17"/>
              </w:rPr>
              <w:t>Краткий результат</w:t>
            </w:r>
          </w:p>
        </w:tc>
      </w:tr>
      <w:tr w:rsidR="00EF2D22" w14:paraId="6A475523" w14:textId="77777777">
        <w:trPr>
          <w:jc w:val="center"/>
        </w:trPr>
        <w:tc>
          <w:tcPr>
            <w:tcW w:w="170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7DB96C03" w14:textId="77777777" w:rsidR="00EF2D22" w:rsidRDefault="00EF2D22"/>
          <w:p w14:paraId="4D71B1FD" w14:textId="77777777" w:rsidR="00EF2D22" w:rsidRDefault="00EF2D22"/>
        </w:tc>
        <w:tc>
          <w:tcPr>
            <w:tcW w:w="170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1DC61D57" w14:textId="77777777" w:rsidR="00EF2D22" w:rsidRDefault="00EF2D22"/>
          <w:p w14:paraId="546051B2" w14:textId="77777777" w:rsidR="00EF2D22" w:rsidRDefault="00EF2D22"/>
        </w:tc>
        <w:tc>
          <w:tcPr>
            <w:tcW w:w="170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0E2AF142" w14:textId="77777777" w:rsidR="00EF2D22" w:rsidRDefault="00EF2D22"/>
          <w:p w14:paraId="2076316B" w14:textId="77777777" w:rsidR="00EF2D22" w:rsidRDefault="00EF2D22"/>
        </w:tc>
        <w:tc>
          <w:tcPr>
            <w:tcW w:w="170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71529170" w14:textId="77777777" w:rsidR="00EF2D22" w:rsidRDefault="00EF2D22"/>
          <w:p w14:paraId="07A25F0A" w14:textId="77777777" w:rsidR="00EF2D22" w:rsidRDefault="00EF2D22"/>
        </w:tc>
        <w:tc>
          <w:tcPr>
            <w:tcW w:w="170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7B24C517" w14:textId="77777777" w:rsidR="00EF2D22" w:rsidRDefault="00EF2D22"/>
          <w:p w14:paraId="4CAA07FA" w14:textId="77777777" w:rsidR="00EF2D22" w:rsidRDefault="00EF2D22"/>
        </w:tc>
        <w:tc>
          <w:tcPr>
            <w:tcW w:w="170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3200EF24" w14:textId="77777777" w:rsidR="00EF2D22" w:rsidRDefault="00EF2D22"/>
          <w:p w14:paraId="68E31271" w14:textId="77777777" w:rsidR="00EF2D22" w:rsidRDefault="00EF2D22"/>
        </w:tc>
      </w:tr>
      <w:tr w:rsidR="00EF2D22" w14:paraId="5D4D3C47" w14:textId="77777777">
        <w:trPr>
          <w:jc w:val="center"/>
        </w:trPr>
        <w:tc>
          <w:tcPr>
            <w:tcW w:w="170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4D9A029F" w14:textId="77777777" w:rsidR="00EF2D22" w:rsidRDefault="00EF2D22"/>
          <w:p w14:paraId="28635E9C" w14:textId="77777777" w:rsidR="00EF2D22" w:rsidRDefault="00EF2D22"/>
        </w:tc>
        <w:tc>
          <w:tcPr>
            <w:tcW w:w="170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07316024" w14:textId="77777777" w:rsidR="00EF2D22" w:rsidRDefault="00EF2D22"/>
          <w:p w14:paraId="0C41F3E9" w14:textId="77777777" w:rsidR="00EF2D22" w:rsidRDefault="00EF2D22"/>
        </w:tc>
        <w:tc>
          <w:tcPr>
            <w:tcW w:w="170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5936F946" w14:textId="77777777" w:rsidR="00EF2D22" w:rsidRDefault="00EF2D22"/>
          <w:p w14:paraId="2D05E525" w14:textId="77777777" w:rsidR="00EF2D22" w:rsidRDefault="00EF2D22"/>
        </w:tc>
        <w:tc>
          <w:tcPr>
            <w:tcW w:w="170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563499CD" w14:textId="77777777" w:rsidR="00EF2D22" w:rsidRDefault="00EF2D22"/>
          <w:p w14:paraId="3AFD33C0" w14:textId="77777777" w:rsidR="00EF2D22" w:rsidRDefault="00EF2D22"/>
        </w:tc>
        <w:tc>
          <w:tcPr>
            <w:tcW w:w="170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1EB72445" w14:textId="77777777" w:rsidR="00EF2D22" w:rsidRDefault="00EF2D22"/>
          <w:p w14:paraId="72F72489" w14:textId="77777777" w:rsidR="00EF2D22" w:rsidRDefault="00EF2D22"/>
        </w:tc>
        <w:tc>
          <w:tcPr>
            <w:tcW w:w="170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0E4181D3" w14:textId="77777777" w:rsidR="00EF2D22" w:rsidRDefault="00EF2D22"/>
          <w:p w14:paraId="021E3E6B" w14:textId="77777777" w:rsidR="00EF2D22" w:rsidRDefault="00EF2D22"/>
        </w:tc>
      </w:tr>
      <w:tr w:rsidR="00EF2D22" w14:paraId="34DAFF0C" w14:textId="77777777">
        <w:trPr>
          <w:jc w:val="center"/>
        </w:trPr>
        <w:tc>
          <w:tcPr>
            <w:tcW w:w="170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770E4C7B" w14:textId="77777777" w:rsidR="00EF2D22" w:rsidRDefault="00EF2D22"/>
          <w:p w14:paraId="7A98EF9C" w14:textId="77777777" w:rsidR="00EF2D22" w:rsidRDefault="00EF2D22"/>
        </w:tc>
        <w:tc>
          <w:tcPr>
            <w:tcW w:w="170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582D2749" w14:textId="77777777" w:rsidR="00EF2D22" w:rsidRDefault="00EF2D22"/>
          <w:p w14:paraId="5748FFD9" w14:textId="77777777" w:rsidR="00EF2D22" w:rsidRDefault="00EF2D22"/>
        </w:tc>
        <w:tc>
          <w:tcPr>
            <w:tcW w:w="170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268C09FD" w14:textId="77777777" w:rsidR="00EF2D22" w:rsidRDefault="00EF2D22"/>
          <w:p w14:paraId="656806CD" w14:textId="77777777" w:rsidR="00EF2D22" w:rsidRDefault="00EF2D22"/>
        </w:tc>
        <w:tc>
          <w:tcPr>
            <w:tcW w:w="170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62D9C2C8" w14:textId="77777777" w:rsidR="00EF2D22" w:rsidRDefault="00EF2D22"/>
          <w:p w14:paraId="57126A77" w14:textId="77777777" w:rsidR="00EF2D22" w:rsidRDefault="00EF2D22"/>
        </w:tc>
        <w:tc>
          <w:tcPr>
            <w:tcW w:w="170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788B4213" w14:textId="77777777" w:rsidR="00EF2D22" w:rsidRDefault="00EF2D22"/>
          <w:p w14:paraId="1172D3DB" w14:textId="77777777" w:rsidR="00EF2D22" w:rsidRDefault="00EF2D22"/>
        </w:tc>
        <w:tc>
          <w:tcPr>
            <w:tcW w:w="170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7D364342" w14:textId="77777777" w:rsidR="00EF2D22" w:rsidRDefault="00EF2D22"/>
          <w:p w14:paraId="25BF3EDA" w14:textId="77777777" w:rsidR="00EF2D22" w:rsidRDefault="00EF2D22"/>
        </w:tc>
      </w:tr>
    </w:tbl>
    <w:p w14:paraId="50773EA2" w14:textId="77777777" w:rsidR="00EF2D22" w:rsidRPr="00B96140" w:rsidRDefault="003A6C31">
      <w:pPr>
        <w:pStyle w:val="1"/>
        <w:spacing w:before="200" w:after="80" w:line="240" w:lineRule="auto"/>
        <w:rPr>
          <w:lang w:val="ru-RU"/>
        </w:rPr>
      </w:pPr>
      <w:r w:rsidRPr="00B96140">
        <w:rPr>
          <w:rFonts w:ascii="Arial" w:eastAsia="Arial" w:hAnsi="Arial"/>
          <w:color w:val="1F4E79"/>
          <w:sz w:val="26"/>
          <w:lang w:val="ru-RU"/>
        </w:rPr>
        <w:t>РАЗДЕЛ 6. Целевые группы и польза для населения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948"/>
        <w:gridCol w:w="6236"/>
      </w:tblGrid>
      <w:tr w:rsidR="00EF2D22" w:rsidRPr="00090D03" w14:paraId="424A4957" w14:textId="77777777">
        <w:trPr>
          <w:jc w:val="center"/>
        </w:trPr>
        <w:tc>
          <w:tcPr>
            <w:tcW w:w="294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D9EAF7"/>
          </w:tcPr>
          <w:p w14:paraId="09AAAD70" w14:textId="77777777" w:rsidR="00EF2D22" w:rsidRPr="00B96140" w:rsidRDefault="003A6C31">
            <w:pPr>
              <w:rPr>
                <w:lang w:val="ru-RU"/>
              </w:rPr>
            </w:pPr>
            <w:r w:rsidRPr="00B96140">
              <w:rPr>
                <w:b/>
                <w:sz w:val="18"/>
                <w:lang w:val="ru-RU"/>
              </w:rPr>
              <w:t>Кто получит пользу от проекта?</w:t>
            </w:r>
          </w:p>
        </w:tc>
        <w:tc>
          <w:tcPr>
            <w:tcW w:w="623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73CC5A55" w14:textId="77777777" w:rsidR="00EF2D22" w:rsidRPr="00B96140" w:rsidRDefault="003A6C31">
            <w:pPr>
              <w:rPr>
                <w:lang w:val="ru-RU"/>
              </w:rPr>
            </w:pPr>
            <w:r w:rsidRPr="00B96140">
              <w:rPr>
                <w:i/>
                <w:color w:val="666666"/>
                <w:sz w:val="17"/>
                <w:lang w:val="ru-RU"/>
              </w:rPr>
              <w:t>Укажите прямых и косвенных бенефициаров: жители, пользователи объекта, женщины, молодежь, пожилые люди, лица с инвалидностью, муниципальные службы и другие группы.</w:t>
            </w:r>
          </w:p>
          <w:p w14:paraId="01B25503" w14:textId="77777777" w:rsidR="00EF2D22" w:rsidRPr="00B96140" w:rsidRDefault="00EF2D22">
            <w:pPr>
              <w:rPr>
                <w:lang w:val="ru-RU"/>
              </w:rPr>
            </w:pPr>
          </w:p>
          <w:p w14:paraId="3173F762" w14:textId="77777777" w:rsidR="00EF2D22" w:rsidRPr="00B96140" w:rsidRDefault="00EF2D22">
            <w:pPr>
              <w:rPr>
                <w:lang w:val="ru-RU"/>
              </w:rPr>
            </w:pPr>
          </w:p>
          <w:p w14:paraId="48E63349" w14:textId="77777777" w:rsidR="00EF2D22" w:rsidRPr="00B96140" w:rsidRDefault="00EF2D22">
            <w:pPr>
              <w:rPr>
                <w:lang w:val="ru-RU"/>
              </w:rPr>
            </w:pPr>
          </w:p>
        </w:tc>
      </w:tr>
      <w:tr w:rsidR="00EF2D22" w:rsidRPr="00090D03" w14:paraId="5A748C66" w14:textId="77777777">
        <w:trPr>
          <w:jc w:val="center"/>
        </w:trPr>
        <w:tc>
          <w:tcPr>
            <w:tcW w:w="294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D9EAF7"/>
          </w:tcPr>
          <w:p w14:paraId="5E741858" w14:textId="77777777" w:rsidR="00EF2D22" w:rsidRDefault="003A6C31">
            <w:r>
              <w:rPr>
                <w:b/>
                <w:sz w:val="18"/>
              </w:rPr>
              <w:t>Учет потребностей уязвимых групп</w:t>
            </w:r>
          </w:p>
        </w:tc>
        <w:tc>
          <w:tcPr>
            <w:tcW w:w="623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26D6BDB0" w14:textId="77777777" w:rsidR="00EF2D22" w:rsidRPr="00B96140" w:rsidRDefault="003A6C31">
            <w:pPr>
              <w:rPr>
                <w:lang w:val="ru-RU"/>
              </w:rPr>
            </w:pPr>
            <w:r w:rsidRPr="00B96140">
              <w:rPr>
                <w:i/>
                <w:color w:val="666666"/>
                <w:sz w:val="17"/>
                <w:lang w:val="ru-RU"/>
              </w:rPr>
              <w:t>Опишите, как проект учитывает потребности женщин, молодежи, пожилых людей, лиц с инвалидностью и других уязвимых групп.</w:t>
            </w:r>
          </w:p>
          <w:p w14:paraId="1737DAFD" w14:textId="77777777" w:rsidR="00EF2D22" w:rsidRPr="00B96140" w:rsidRDefault="00EF2D22">
            <w:pPr>
              <w:rPr>
                <w:lang w:val="ru-RU"/>
              </w:rPr>
            </w:pPr>
          </w:p>
          <w:p w14:paraId="54D8CB6A" w14:textId="77777777" w:rsidR="00EF2D22" w:rsidRPr="00B96140" w:rsidRDefault="00EF2D22">
            <w:pPr>
              <w:rPr>
                <w:lang w:val="ru-RU"/>
              </w:rPr>
            </w:pPr>
          </w:p>
          <w:p w14:paraId="1C00817E" w14:textId="77777777" w:rsidR="00EF2D22" w:rsidRPr="00B96140" w:rsidRDefault="00EF2D22">
            <w:pPr>
              <w:rPr>
                <w:lang w:val="ru-RU"/>
              </w:rPr>
            </w:pPr>
          </w:p>
        </w:tc>
      </w:tr>
    </w:tbl>
    <w:p w14:paraId="443B05CA" w14:textId="77777777" w:rsidR="00EF2D22" w:rsidRPr="00B96140" w:rsidRDefault="003A6C31">
      <w:pPr>
        <w:pStyle w:val="1"/>
        <w:spacing w:before="200" w:after="80" w:line="240" w:lineRule="auto"/>
        <w:rPr>
          <w:lang w:val="ru-RU"/>
        </w:rPr>
      </w:pPr>
      <w:r w:rsidRPr="00B96140">
        <w:rPr>
          <w:rFonts w:ascii="Arial" w:eastAsia="Arial" w:hAnsi="Arial"/>
          <w:color w:val="1F4E79"/>
          <w:sz w:val="26"/>
          <w:lang w:val="ru-RU"/>
        </w:rPr>
        <w:t>РАЗДЕЛ 7. Ожидаемые результаты и мероприятия</w:t>
      </w:r>
    </w:p>
    <w:p w14:paraId="2759DCF8" w14:textId="77777777" w:rsidR="00EF2D22" w:rsidRPr="00B96140" w:rsidRDefault="003A6C31">
      <w:pPr>
        <w:spacing w:after="80" w:line="240" w:lineRule="auto"/>
        <w:rPr>
          <w:lang w:val="ru-RU"/>
        </w:rPr>
      </w:pPr>
      <w:r w:rsidRPr="00B96140">
        <w:rPr>
          <w:i/>
          <w:color w:val="5A5A5A"/>
          <w:sz w:val="17"/>
          <w:lang w:val="ru-RU"/>
        </w:rPr>
        <w:t>Результаты должны быть конкретными и измеримыми. Мероприятия должны соответствовать техническому решению, календарному плану и бюджету.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2547"/>
        <w:gridCol w:w="2547"/>
        <w:gridCol w:w="2549"/>
      </w:tblGrid>
      <w:tr w:rsidR="00EF2D22" w14:paraId="691E0AD1" w14:textId="77777777">
        <w:trPr>
          <w:jc w:val="center"/>
        </w:trPr>
        <w:tc>
          <w:tcPr>
            <w:tcW w:w="255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1F4E79"/>
          </w:tcPr>
          <w:p w14:paraId="3D7ECD9E" w14:textId="77777777" w:rsidR="00EF2D22" w:rsidRDefault="003A6C31">
            <w:pPr>
              <w:jc w:val="center"/>
            </w:pPr>
            <w:r>
              <w:rPr>
                <w:b/>
                <w:color w:val="FFFFFF"/>
                <w:sz w:val="17"/>
              </w:rPr>
              <w:t>Ожидаемый результат</w:t>
            </w:r>
          </w:p>
        </w:tc>
        <w:tc>
          <w:tcPr>
            <w:tcW w:w="255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1F4E79"/>
          </w:tcPr>
          <w:p w14:paraId="44A2F0BA" w14:textId="77777777" w:rsidR="00EF2D22" w:rsidRDefault="003A6C31">
            <w:pPr>
              <w:jc w:val="center"/>
            </w:pPr>
            <w:r>
              <w:rPr>
                <w:b/>
                <w:color w:val="FFFFFF"/>
                <w:sz w:val="17"/>
              </w:rPr>
              <w:t>Основные мероприятия</w:t>
            </w:r>
          </w:p>
        </w:tc>
        <w:tc>
          <w:tcPr>
            <w:tcW w:w="255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1F4E79"/>
          </w:tcPr>
          <w:p w14:paraId="39F9F09A" w14:textId="77777777" w:rsidR="00EF2D22" w:rsidRDefault="003A6C31">
            <w:pPr>
              <w:jc w:val="center"/>
            </w:pPr>
            <w:r>
              <w:rPr>
                <w:b/>
                <w:color w:val="FFFFFF"/>
                <w:sz w:val="17"/>
              </w:rPr>
              <w:t>Индикатор выполнения</w:t>
            </w:r>
          </w:p>
        </w:tc>
        <w:tc>
          <w:tcPr>
            <w:tcW w:w="255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1F4E79"/>
          </w:tcPr>
          <w:p w14:paraId="44902667" w14:textId="77777777" w:rsidR="00EF2D22" w:rsidRDefault="003A6C31">
            <w:pPr>
              <w:jc w:val="center"/>
            </w:pPr>
            <w:r>
              <w:rPr>
                <w:b/>
                <w:color w:val="FFFFFF"/>
                <w:sz w:val="17"/>
              </w:rPr>
              <w:t>Подтверждающие документы / источник проверки</w:t>
            </w:r>
          </w:p>
        </w:tc>
      </w:tr>
      <w:tr w:rsidR="00EF2D22" w14:paraId="426E48FC" w14:textId="77777777">
        <w:trPr>
          <w:jc w:val="center"/>
        </w:trPr>
        <w:tc>
          <w:tcPr>
            <w:tcW w:w="255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4091E61E" w14:textId="77777777" w:rsidR="00EF2D22" w:rsidRDefault="00EF2D22"/>
          <w:p w14:paraId="3835DFD8" w14:textId="77777777" w:rsidR="00EF2D22" w:rsidRDefault="00EF2D22"/>
        </w:tc>
        <w:tc>
          <w:tcPr>
            <w:tcW w:w="255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05D93E3C" w14:textId="77777777" w:rsidR="00EF2D22" w:rsidRDefault="00EF2D22"/>
          <w:p w14:paraId="7A353253" w14:textId="77777777" w:rsidR="00EF2D22" w:rsidRDefault="00EF2D22"/>
        </w:tc>
        <w:tc>
          <w:tcPr>
            <w:tcW w:w="255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65D892A3" w14:textId="77777777" w:rsidR="00EF2D22" w:rsidRDefault="00EF2D22"/>
          <w:p w14:paraId="407E540D" w14:textId="77777777" w:rsidR="00EF2D22" w:rsidRDefault="00EF2D22"/>
        </w:tc>
        <w:tc>
          <w:tcPr>
            <w:tcW w:w="255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496B5296" w14:textId="77777777" w:rsidR="00EF2D22" w:rsidRDefault="00EF2D22"/>
          <w:p w14:paraId="354C127E" w14:textId="77777777" w:rsidR="00EF2D22" w:rsidRDefault="00EF2D22"/>
        </w:tc>
      </w:tr>
      <w:tr w:rsidR="00EF2D22" w14:paraId="0D6D7BBC" w14:textId="77777777">
        <w:trPr>
          <w:jc w:val="center"/>
        </w:trPr>
        <w:tc>
          <w:tcPr>
            <w:tcW w:w="255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1BF2C3E4" w14:textId="77777777" w:rsidR="00EF2D22" w:rsidRDefault="00EF2D22"/>
          <w:p w14:paraId="4B51BB39" w14:textId="77777777" w:rsidR="00EF2D22" w:rsidRDefault="00EF2D22"/>
        </w:tc>
        <w:tc>
          <w:tcPr>
            <w:tcW w:w="255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198858CB" w14:textId="77777777" w:rsidR="00EF2D22" w:rsidRDefault="00EF2D22"/>
          <w:p w14:paraId="1EC32A7B" w14:textId="77777777" w:rsidR="00EF2D22" w:rsidRDefault="00EF2D22"/>
        </w:tc>
        <w:tc>
          <w:tcPr>
            <w:tcW w:w="255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40417624" w14:textId="77777777" w:rsidR="00EF2D22" w:rsidRDefault="00EF2D22"/>
          <w:p w14:paraId="2A5E2B88" w14:textId="77777777" w:rsidR="00EF2D22" w:rsidRDefault="00EF2D22"/>
        </w:tc>
        <w:tc>
          <w:tcPr>
            <w:tcW w:w="255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79B8BBD2" w14:textId="77777777" w:rsidR="00EF2D22" w:rsidRDefault="00EF2D22"/>
          <w:p w14:paraId="3F0A6911" w14:textId="77777777" w:rsidR="00EF2D22" w:rsidRDefault="00EF2D22"/>
        </w:tc>
      </w:tr>
      <w:tr w:rsidR="00EF2D22" w14:paraId="542AA4A5" w14:textId="77777777">
        <w:trPr>
          <w:jc w:val="center"/>
        </w:trPr>
        <w:tc>
          <w:tcPr>
            <w:tcW w:w="255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3C308482" w14:textId="77777777" w:rsidR="00EF2D22" w:rsidRDefault="00EF2D22"/>
          <w:p w14:paraId="2C584552" w14:textId="77777777" w:rsidR="00EF2D22" w:rsidRDefault="00EF2D22"/>
        </w:tc>
        <w:tc>
          <w:tcPr>
            <w:tcW w:w="255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51682950" w14:textId="77777777" w:rsidR="00EF2D22" w:rsidRDefault="00EF2D22"/>
          <w:p w14:paraId="2405C9B1" w14:textId="77777777" w:rsidR="00EF2D22" w:rsidRDefault="00EF2D22"/>
        </w:tc>
        <w:tc>
          <w:tcPr>
            <w:tcW w:w="255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0D1746CC" w14:textId="77777777" w:rsidR="00EF2D22" w:rsidRDefault="00EF2D22"/>
          <w:p w14:paraId="5103BC20" w14:textId="77777777" w:rsidR="00EF2D22" w:rsidRDefault="00EF2D22"/>
        </w:tc>
        <w:tc>
          <w:tcPr>
            <w:tcW w:w="255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1755046C" w14:textId="77777777" w:rsidR="00EF2D22" w:rsidRDefault="00EF2D22"/>
          <w:p w14:paraId="3397732F" w14:textId="77777777" w:rsidR="00EF2D22" w:rsidRDefault="00EF2D22"/>
        </w:tc>
      </w:tr>
      <w:tr w:rsidR="00EF2D22" w14:paraId="343841DC" w14:textId="77777777">
        <w:trPr>
          <w:jc w:val="center"/>
        </w:trPr>
        <w:tc>
          <w:tcPr>
            <w:tcW w:w="255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02FB2E3A" w14:textId="77777777" w:rsidR="00EF2D22" w:rsidRDefault="00EF2D22"/>
          <w:p w14:paraId="79292A34" w14:textId="77777777" w:rsidR="00EF2D22" w:rsidRDefault="00EF2D22"/>
        </w:tc>
        <w:tc>
          <w:tcPr>
            <w:tcW w:w="255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3B450381" w14:textId="77777777" w:rsidR="00EF2D22" w:rsidRDefault="00EF2D22"/>
          <w:p w14:paraId="61A44AF2" w14:textId="77777777" w:rsidR="00EF2D22" w:rsidRDefault="00EF2D22"/>
        </w:tc>
        <w:tc>
          <w:tcPr>
            <w:tcW w:w="255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76DC1302" w14:textId="77777777" w:rsidR="00EF2D22" w:rsidRDefault="00EF2D22"/>
          <w:p w14:paraId="73D21F8C" w14:textId="77777777" w:rsidR="00EF2D22" w:rsidRDefault="00EF2D22"/>
        </w:tc>
        <w:tc>
          <w:tcPr>
            <w:tcW w:w="255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5F112662" w14:textId="77777777" w:rsidR="00EF2D22" w:rsidRDefault="00EF2D22"/>
          <w:p w14:paraId="2FFA666D" w14:textId="77777777" w:rsidR="00EF2D22" w:rsidRDefault="00EF2D22"/>
        </w:tc>
      </w:tr>
      <w:tr w:rsidR="00EF2D22" w14:paraId="0AC8B18A" w14:textId="77777777">
        <w:trPr>
          <w:jc w:val="center"/>
        </w:trPr>
        <w:tc>
          <w:tcPr>
            <w:tcW w:w="255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6D435BBA" w14:textId="77777777" w:rsidR="00EF2D22" w:rsidRDefault="00EF2D22"/>
          <w:p w14:paraId="4C22E15C" w14:textId="77777777" w:rsidR="00EF2D22" w:rsidRDefault="00EF2D22"/>
        </w:tc>
        <w:tc>
          <w:tcPr>
            <w:tcW w:w="255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712C6AC0" w14:textId="77777777" w:rsidR="00EF2D22" w:rsidRDefault="00EF2D22"/>
          <w:p w14:paraId="500829E8" w14:textId="77777777" w:rsidR="00EF2D22" w:rsidRDefault="00EF2D22"/>
        </w:tc>
        <w:tc>
          <w:tcPr>
            <w:tcW w:w="255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643C8152" w14:textId="77777777" w:rsidR="00EF2D22" w:rsidRDefault="00EF2D22"/>
          <w:p w14:paraId="003A110B" w14:textId="77777777" w:rsidR="00EF2D22" w:rsidRDefault="00EF2D22"/>
        </w:tc>
        <w:tc>
          <w:tcPr>
            <w:tcW w:w="255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4EAC75D6" w14:textId="77777777" w:rsidR="00EF2D22" w:rsidRDefault="00EF2D22"/>
          <w:p w14:paraId="49317E57" w14:textId="77777777" w:rsidR="00EF2D22" w:rsidRDefault="00EF2D22"/>
        </w:tc>
      </w:tr>
    </w:tbl>
    <w:p w14:paraId="504FBE1E" w14:textId="77777777" w:rsidR="00EF2D22" w:rsidRDefault="003A6C31">
      <w:pPr>
        <w:pStyle w:val="1"/>
        <w:spacing w:before="200" w:after="80" w:line="240" w:lineRule="auto"/>
      </w:pPr>
      <w:r>
        <w:rPr>
          <w:rFonts w:ascii="Arial" w:eastAsia="Arial" w:hAnsi="Arial"/>
          <w:color w:val="1F4E79"/>
          <w:sz w:val="26"/>
        </w:rPr>
        <w:t>РАЗДЕЛ 8. Устойчивость, эксплуатация и обслуживание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948"/>
        <w:gridCol w:w="6236"/>
      </w:tblGrid>
      <w:tr w:rsidR="00EF2D22" w:rsidRPr="00090D03" w14:paraId="0308774A" w14:textId="77777777">
        <w:trPr>
          <w:jc w:val="center"/>
        </w:trPr>
        <w:tc>
          <w:tcPr>
            <w:tcW w:w="294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D9EAF7"/>
          </w:tcPr>
          <w:p w14:paraId="1E3D6D93" w14:textId="77777777" w:rsidR="00EF2D22" w:rsidRDefault="003A6C31">
            <w:r>
              <w:rPr>
                <w:b/>
                <w:sz w:val="18"/>
              </w:rPr>
              <w:t>Как будут сохранены результаты?</w:t>
            </w:r>
          </w:p>
        </w:tc>
        <w:tc>
          <w:tcPr>
            <w:tcW w:w="623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35A170BA" w14:textId="77777777" w:rsidR="00EF2D22" w:rsidRPr="00B96140" w:rsidRDefault="003A6C31">
            <w:pPr>
              <w:rPr>
                <w:lang w:val="ru-RU"/>
              </w:rPr>
            </w:pPr>
            <w:r w:rsidRPr="00B96140">
              <w:rPr>
                <w:i/>
                <w:color w:val="666666"/>
                <w:sz w:val="17"/>
                <w:lang w:val="ru-RU"/>
              </w:rPr>
              <w:t>Опишите, кто будет отвечать за эксплуатацию, обслуживание, ремонт, уход за оборудованием/инфраструктурой или зелеными насаждениями после завершения проекта.</w:t>
            </w:r>
          </w:p>
          <w:p w14:paraId="0D6E5EA0" w14:textId="77777777" w:rsidR="00EF2D22" w:rsidRPr="00B96140" w:rsidRDefault="00EF2D22">
            <w:pPr>
              <w:rPr>
                <w:lang w:val="ru-RU"/>
              </w:rPr>
            </w:pPr>
          </w:p>
          <w:p w14:paraId="5E30C570" w14:textId="77777777" w:rsidR="00EF2D22" w:rsidRPr="00B96140" w:rsidRDefault="00EF2D22">
            <w:pPr>
              <w:rPr>
                <w:lang w:val="ru-RU"/>
              </w:rPr>
            </w:pPr>
          </w:p>
          <w:p w14:paraId="10134510" w14:textId="77777777" w:rsidR="00EF2D22" w:rsidRPr="00B96140" w:rsidRDefault="00EF2D22">
            <w:pPr>
              <w:rPr>
                <w:lang w:val="ru-RU"/>
              </w:rPr>
            </w:pPr>
          </w:p>
          <w:p w14:paraId="4E4D3574" w14:textId="77777777" w:rsidR="00EF2D22" w:rsidRPr="00B96140" w:rsidRDefault="00EF2D22">
            <w:pPr>
              <w:rPr>
                <w:lang w:val="ru-RU"/>
              </w:rPr>
            </w:pPr>
          </w:p>
        </w:tc>
      </w:tr>
      <w:tr w:rsidR="00EF2D22" w:rsidRPr="00090D03" w14:paraId="39F54F45" w14:textId="77777777">
        <w:trPr>
          <w:jc w:val="center"/>
        </w:trPr>
        <w:tc>
          <w:tcPr>
            <w:tcW w:w="294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D9EAF7"/>
          </w:tcPr>
          <w:p w14:paraId="76D504AE" w14:textId="77777777" w:rsidR="00EF2D22" w:rsidRDefault="003A6C31">
            <w:r>
              <w:rPr>
                <w:b/>
                <w:sz w:val="18"/>
              </w:rPr>
              <w:t>Механизм передачи / приемки результатов</w:t>
            </w:r>
          </w:p>
        </w:tc>
        <w:tc>
          <w:tcPr>
            <w:tcW w:w="623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65218D42" w14:textId="77777777" w:rsidR="00EF2D22" w:rsidRPr="00B96140" w:rsidRDefault="003A6C31">
            <w:pPr>
              <w:rPr>
                <w:lang w:val="ru-RU"/>
              </w:rPr>
            </w:pPr>
            <w:r w:rsidRPr="00B96140">
              <w:rPr>
                <w:i/>
                <w:color w:val="666666"/>
                <w:sz w:val="17"/>
                <w:lang w:val="ru-RU"/>
              </w:rPr>
              <w:t>Укажите, кто будет принимать результаты работ, какие акты или документы будут оформлены, кто будет дальнейшим пользователем или ответственным за объект.</w:t>
            </w:r>
          </w:p>
          <w:p w14:paraId="53350C18" w14:textId="77777777" w:rsidR="00EF2D22" w:rsidRPr="00B96140" w:rsidRDefault="00EF2D22">
            <w:pPr>
              <w:rPr>
                <w:lang w:val="ru-RU"/>
              </w:rPr>
            </w:pPr>
          </w:p>
          <w:p w14:paraId="351DDCDF" w14:textId="77777777" w:rsidR="00EF2D22" w:rsidRPr="00B96140" w:rsidRDefault="00EF2D22">
            <w:pPr>
              <w:rPr>
                <w:lang w:val="ru-RU"/>
              </w:rPr>
            </w:pPr>
          </w:p>
          <w:p w14:paraId="55AF1CEB" w14:textId="77777777" w:rsidR="00EF2D22" w:rsidRPr="00B96140" w:rsidRDefault="00EF2D22">
            <w:pPr>
              <w:rPr>
                <w:lang w:val="ru-RU"/>
              </w:rPr>
            </w:pPr>
          </w:p>
        </w:tc>
      </w:tr>
      <w:tr w:rsidR="00EF2D22" w:rsidRPr="00090D03" w14:paraId="36FFF782" w14:textId="77777777">
        <w:trPr>
          <w:jc w:val="center"/>
        </w:trPr>
        <w:tc>
          <w:tcPr>
            <w:tcW w:w="294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D9EAF7"/>
          </w:tcPr>
          <w:p w14:paraId="12EED320" w14:textId="77777777" w:rsidR="00EF2D22" w:rsidRPr="00B96140" w:rsidRDefault="003A6C31">
            <w:pPr>
              <w:rPr>
                <w:lang w:val="ru-RU"/>
              </w:rPr>
            </w:pPr>
            <w:r w:rsidRPr="00B96140">
              <w:rPr>
                <w:b/>
                <w:sz w:val="18"/>
                <w:lang w:val="ru-RU"/>
              </w:rPr>
              <w:t>Риски и меры снижения рисков</w:t>
            </w:r>
          </w:p>
        </w:tc>
        <w:tc>
          <w:tcPr>
            <w:tcW w:w="623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6F2629EB" w14:textId="77777777" w:rsidR="00EF2D22" w:rsidRPr="00B96140" w:rsidRDefault="003A6C31">
            <w:pPr>
              <w:rPr>
                <w:lang w:val="ru-RU"/>
              </w:rPr>
            </w:pPr>
            <w:r w:rsidRPr="00B96140">
              <w:rPr>
                <w:i/>
                <w:color w:val="666666"/>
                <w:sz w:val="17"/>
                <w:lang w:val="ru-RU"/>
              </w:rPr>
              <w:t>Укажите основные риски реализации проекта и меры по их снижению: технические, финансовые, погодные, социальные, организационные.</w:t>
            </w:r>
          </w:p>
          <w:p w14:paraId="26231E86" w14:textId="77777777" w:rsidR="00EF2D22" w:rsidRPr="00B96140" w:rsidRDefault="00EF2D22">
            <w:pPr>
              <w:rPr>
                <w:lang w:val="ru-RU"/>
              </w:rPr>
            </w:pPr>
          </w:p>
          <w:p w14:paraId="2C56C1CA" w14:textId="77777777" w:rsidR="00EF2D22" w:rsidRPr="00B96140" w:rsidRDefault="00EF2D22">
            <w:pPr>
              <w:rPr>
                <w:lang w:val="ru-RU"/>
              </w:rPr>
            </w:pPr>
          </w:p>
          <w:p w14:paraId="17552453" w14:textId="77777777" w:rsidR="00EF2D22" w:rsidRPr="00B96140" w:rsidRDefault="00EF2D22">
            <w:pPr>
              <w:rPr>
                <w:lang w:val="ru-RU"/>
              </w:rPr>
            </w:pPr>
          </w:p>
          <w:p w14:paraId="385F31A2" w14:textId="77777777" w:rsidR="00EF2D22" w:rsidRPr="00B96140" w:rsidRDefault="00EF2D22">
            <w:pPr>
              <w:rPr>
                <w:lang w:val="ru-RU"/>
              </w:rPr>
            </w:pPr>
          </w:p>
        </w:tc>
      </w:tr>
    </w:tbl>
    <w:p w14:paraId="14C70009" w14:textId="77777777" w:rsidR="00EF2D22" w:rsidRPr="00B96140" w:rsidRDefault="003A6C31">
      <w:pPr>
        <w:pStyle w:val="1"/>
        <w:spacing w:before="200" w:after="80" w:line="240" w:lineRule="auto"/>
        <w:rPr>
          <w:lang w:val="ru-RU"/>
        </w:rPr>
      </w:pPr>
      <w:r w:rsidRPr="00B96140">
        <w:rPr>
          <w:rFonts w:ascii="Arial" w:eastAsia="Arial" w:hAnsi="Arial"/>
          <w:color w:val="1F4E79"/>
          <w:sz w:val="26"/>
          <w:lang w:val="ru-RU"/>
        </w:rPr>
        <w:t>РАЗДЕЛ 9. Бюджетная информация</w:t>
      </w:r>
    </w:p>
    <w:p w14:paraId="31590986" w14:textId="77777777" w:rsidR="00EF2D22" w:rsidRPr="00B96140" w:rsidRDefault="003A6C31">
      <w:pPr>
        <w:spacing w:after="80" w:line="240" w:lineRule="auto"/>
        <w:rPr>
          <w:lang w:val="ru-RU"/>
        </w:rPr>
      </w:pPr>
      <w:r w:rsidRPr="00B96140">
        <w:rPr>
          <w:i/>
          <w:color w:val="5A5A5A"/>
          <w:sz w:val="17"/>
          <w:lang w:val="ru-RU"/>
        </w:rPr>
        <w:t>Детальный бюджет заполняется отдельно в Приложении 4. В этом разделе указывается только краткая финансовая информация.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948"/>
        <w:gridCol w:w="6236"/>
      </w:tblGrid>
      <w:tr w:rsidR="00EF2D22" w:rsidRPr="00090D03" w14:paraId="008462C5" w14:textId="77777777">
        <w:trPr>
          <w:jc w:val="center"/>
        </w:trPr>
        <w:tc>
          <w:tcPr>
            <w:tcW w:w="294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D9EAF7"/>
          </w:tcPr>
          <w:p w14:paraId="3FCF329F" w14:textId="77777777" w:rsidR="00EF2D22" w:rsidRDefault="003A6C31">
            <w:r>
              <w:rPr>
                <w:b/>
                <w:sz w:val="18"/>
              </w:rPr>
              <w:t>Запрашиваемая сумма гранта</w:t>
            </w:r>
          </w:p>
        </w:tc>
        <w:tc>
          <w:tcPr>
            <w:tcW w:w="623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0AD5C88B" w14:textId="77777777" w:rsidR="00EF2D22" w:rsidRPr="00B96140" w:rsidRDefault="003A6C31">
            <w:pPr>
              <w:rPr>
                <w:lang w:val="ru-RU"/>
              </w:rPr>
            </w:pPr>
            <w:r w:rsidRPr="00B96140">
              <w:rPr>
                <w:i/>
                <w:color w:val="666666"/>
                <w:sz w:val="17"/>
                <w:lang w:val="ru-RU"/>
              </w:rPr>
              <w:t>Укажите сумму в долларах США и эквивалент в сомах по курсу ООН на дату подготовки заявки.</w:t>
            </w:r>
          </w:p>
          <w:p w14:paraId="467B3A9D" w14:textId="77777777" w:rsidR="00EF2D22" w:rsidRPr="00B96140" w:rsidRDefault="00EF2D22">
            <w:pPr>
              <w:rPr>
                <w:lang w:val="ru-RU"/>
              </w:rPr>
            </w:pPr>
          </w:p>
        </w:tc>
      </w:tr>
      <w:tr w:rsidR="00EF2D22" w:rsidRPr="00090D03" w14:paraId="19133088" w14:textId="77777777">
        <w:trPr>
          <w:jc w:val="center"/>
        </w:trPr>
        <w:tc>
          <w:tcPr>
            <w:tcW w:w="294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D9EAF7"/>
          </w:tcPr>
          <w:p w14:paraId="71CDC8D9" w14:textId="77777777" w:rsidR="00EF2D22" w:rsidRDefault="003A6C31">
            <w:r>
              <w:rPr>
                <w:b/>
                <w:sz w:val="18"/>
              </w:rPr>
              <w:lastRenderedPageBreak/>
              <w:t>Софинансирование</w:t>
            </w:r>
          </w:p>
        </w:tc>
        <w:tc>
          <w:tcPr>
            <w:tcW w:w="623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7E9F3041" w14:textId="77777777" w:rsidR="00EF2D22" w:rsidRPr="00B96140" w:rsidRDefault="003A6C31">
            <w:pPr>
              <w:rPr>
                <w:lang w:val="ru-RU"/>
              </w:rPr>
            </w:pPr>
            <w:r w:rsidRPr="00B96140">
              <w:rPr>
                <w:i/>
                <w:color w:val="666666"/>
                <w:sz w:val="17"/>
                <w:lang w:val="ru-RU"/>
              </w:rPr>
              <w:t>Укажите сумму и форму софинансирования. Софинансирование может быть денежным или натуральным. Рекомендуемый размер — не менее 20% от суммы запрашиваемого гранта, если иное не указано в руководстве конкурса.</w:t>
            </w:r>
          </w:p>
          <w:p w14:paraId="3C0B29EB" w14:textId="77777777" w:rsidR="00EF2D22" w:rsidRPr="00B96140" w:rsidRDefault="00EF2D22">
            <w:pPr>
              <w:rPr>
                <w:lang w:val="ru-RU"/>
              </w:rPr>
            </w:pPr>
          </w:p>
          <w:p w14:paraId="13540367" w14:textId="77777777" w:rsidR="00EF2D22" w:rsidRPr="00B96140" w:rsidRDefault="00EF2D22">
            <w:pPr>
              <w:rPr>
                <w:lang w:val="ru-RU"/>
              </w:rPr>
            </w:pPr>
          </w:p>
        </w:tc>
      </w:tr>
      <w:tr w:rsidR="00EF2D22" w14:paraId="3FE88C88" w14:textId="77777777">
        <w:trPr>
          <w:jc w:val="center"/>
        </w:trPr>
        <w:tc>
          <w:tcPr>
            <w:tcW w:w="294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D9EAF7"/>
          </w:tcPr>
          <w:p w14:paraId="10398808" w14:textId="77777777" w:rsidR="00EF2D22" w:rsidRDefault="003A6C31">
            <w:r>
              <w:rPr>
                <w:b/>
                <w:sz w:val="18"/>
              </w:rPr>
              <w:t>Общая стоимость проекта</w:t>
            </w:r>
          </w:p>
        </w:tc>
        <w:tc>
          <w:tcPr>
            <w:tcW w:w="623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0A245E58" w14:textId="77777777" w:rsidR="00EF2D22" w:rsidRDefault="003A6C31">
            <w:r>
              <w:rPr>
                <w:i/>
                <w:color w:val="666666"/>
                <w:sz w:val="17"/>
              </w:rPr>
              <w:t>Запрашиваемый грант + софинансирование.</w:t>
            </w:r>
          </w:p>
          <w:p w14:paraId="30441BBA" w14:textId="77777777" w:rsidR="00EF2D22" w:rsidRDefault="00EF2D22"/>
        </w:tc>
      </w:tr>
    </w:tbl>
    <w:p w14:paraId="57640EB4" w14:textId="77777777" w:rsidR="00EF2D22" w:rsidRPr="00B96140" w:rsidRDefault="003A6C31">
      <w:pPr>
        <w:spacing w:after="80" w:line="240" w:lineRule="auto"/>
        <w:rPr>
          <w:lang w:val="ru-RU"/>
        </w:rPr>
      </w:pPr>
      <w:r w:rsidRPr="00B96140">
        <w:rPr>
          <w:i/>
          <w:color w:val="5A5A5A"/>
          <w:sz w:val="17"/>
          <w:lang w:val="ru-RU"/>
        </w:rPr>
        <w:t>Административные расходы допускаются только если они прямо связаны с реализацией проекта и не превышают установленный лимит конкурса. Все расходы должны быть связаны с мероприятиями календарного плана.</w:t>
      </w:r>
    </w:p>
    <w:p w14:paraId="3494EC4D" w14:textId="77777777" w:rsidR="00EF2D22" w:rsidRPr="00B96140" w:rsidRDefault="003A6C31">
      <w:pPr>
        <w:pStyle w:val="1"/>
        <w:spacing w:before="200" w:after="80" w:line="240" w:lineRule="auto"/>
        <w:rPr>
          <w:lang w:val="ru-RU"/>
        </w:rPr>
      </w:pPr>
      <w:r w:rsidRPr="00B96140">
        <w:rPr>
          <w:rFonts w:ascii="Arial" w:eastAsia="Arial" w:hAnsi="Arial"/>
          <w:color w:val="1F4E79"/>
          <w:sz w:val="26"/>
          <w:lang w:val="ru-RU"/>
        </w:rPr>
        <w:t>РАЗДЕЛ 10. Мониторинг, отчетность и информирование о поддержке проекта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948"/>
        <w:gridCol w:w="6236"/>
      </w:tblGrid>
      <w:tr w:rsidR="00EF2D22" w:rsidRPr="00090D03" w14:paraId="3423363E" w14:textId="77777777">
        <w:trPr>
          <w:jc w:val="center"/>
        </w:trPr>
        <w:tc>
          <w:tcPr>
            <w:tcW w:w="294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D9EAF7"/>
          </w:tcPr>
          <w:p w14:paraId="503A28CD" w14:textId="77777777" w:rsidR="00EF2D22" w:rsidRDefault="003A6C31">
            <w:r>
              <w:rPr>
                <w:b/>
                <w:sz w:val="18"/>
              </w:rPr>
              <w:t>Мониторинг качества и результатов</w:t>
            </w:r>
          </w:p>
        </w:tc>
        <w:tc>
          <w:tcPr>
            <w:tcW w:w="623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623C30B7" w14:textId="77777777" w:rsidR="00EF2D22" w:rsidRPr="00B96140" w:rsidRDefault="003A6C31">
            <w:pPr>
              <w:rPr>
                <w:lang w:val="ru-RU"/>
              </w:rPr>
            </w:pPr>
            <w:r w:rsidRPr="00B96140">
              <w:rPr>
                <w:i/>
                <w:color w:val="666666"/>
                <w:sz w:val="17"/>
                <w:lang w:val="ru-RU"/>
              </w:rPr>
              <w:t>Опишите, как организация будет контролировать качество работ, выполнение графика, достижение результатов и использование средств гранта.</w:t>
            </w:r>
          </w:p>
          <w:p w14:paraId="3A25BA11" w14:textId="77777777" w:rsidR="00EF2D22" w:rsidRPr="00B96140" w:rsidRDefault="00EF2D22">
            <w:pPr>
              <w:rPr>
                <w:lang w:val="ru-RU"/>
              </w:rPr>
            </w:pPr>
          </w:p>
          <w:p w14:paraId="545FF2FE" w14:textId="77777777" w:rsidR="00EF2D22" w:rsidRPr="00B96140" w:rsidRDefault="00EF2D22">
            <w:pPr>
              <w:rPr>
                <w:lang w:val="ru-RU"/>
              </w:rPr>
            </w:pPr>
          </w:p>
          <w:p w14:paraId="7FF9EBC9" w14:textId="77777777" w:rsidR="00EF2D22" w:rsidRPr="00B96140" w:rsidRDefault="00EF2D22">
            <w:pPr>
              <w:rPr>
                <w:lang w:val="ru-RU"/>
              </w:rPr>
            </w:pPr>
          </w:p>
          <w:p w14:paraId="31D78557" w14:textId="77777777" w:rsidR="00EF2D22" w:rsidRPr="00B96140" w:rsidRDefault="00EF2D22">
            <w:pPr>
              <w:rPr>
                <w:lang w:val="ru-RU"/>
              </w:rPr>
            </w:pPr>
          </w:p>
        </w:tc>
      </w:tr>
      <w:tr w:rsidR="00EF2D22" w:rsidRPr="00090D03" w14:paraId="7F0BCB3B" w14:textId="77777777">
        <w:trPr>
          <w:jc w:val="center"/>
        </w:trPr>
        <w:tc>
          <w:tcPr>
            <w:tcW w:w="294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D9EAF7"/>
          </w:tcPr>
          <w:p w14:paraId="45E4C7FB" w14:textId="77777777" w:rsidR="00EF2D22" w:rsidRDefault="003A6C31">
            <w:r>
              <w:rPr>
                <w:b/>
                <w:sz w:val="18"/>
              </w:rPr>
              <w:t>Отчетность и подтверждающие материалы</w:t>
            </w:r>
          </w:p>
        </w:tc>
        <w:tc>
          <w:tcPr>
            <w:tcW w:w="623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74D8D1C1" w14:textId="77777777" w:rsidR="00EF2D22" w:rsidRPr="00B96140" w:rsidRDefault="003A6C31">
            <w:pPr>
              <w:rPr>
                <w:lang w:val="ru-RU"/>
              </w:rPr>
            </w:pPr>
            <w:r w:rsidRPr="00B96140">
              <w:rPr>
                <w:i/>
                <w:color w:val="666666"/>
                <w:sz w:val="17"/>
                <w:lang w:val="ru-RU"/>
              </w:rPr>
              <w:t>Укажите, какие документы будут использоваться для подтверждения результатов: фото, видео, акты выполненных работ, накладные, протоколы, отчеты, списки участников и др.</w:t>
            </w:r>
          </w:p>
          <w:p w14:paraId="3CF3D6B2" w14:textId="77777777" w:rsidR="00EF2D22" w:rsidRPr="00B96140" w:rsidRDefault="00EF2D22">
            <w:pPr>
              <w:rPr>
                <w:lang w:val="ru-RU"/>
              </w:rPr>
            </w:pPr>
          </w:p>
          <w:p w14:paraId="71802E9F" w14:textId="77777777" w:rsidR="00EF2D22" w:rsidRPr="00B96140" w:rsidRDefault="00EF2D22">
            <w:pPr>
              <w:rPr>
                <w:lang w:val="ru-RU"/>
              </w:rPr>
            </w:pPr>
          </w:p>
          <w:p w14:paraId="5D89804C" w14:textId="77777777" w:rsidR="00EF2D22" w:rsidRPr="00B96140" w:rsidRDefault="00EF2D22">
            <w:pPr>
              <w:rPr>
                <w:lang w:val="ru-RU"/>
              </w:rPr>
            </w:pPr>
          </w:p>
        </w:tc>
      </w:tr>
      <w:tr w:rsidR="00EF2D22" w14:paraId="7141C011" w14:textId="77777777">
        <w:trPr>
          <w:jc w:val="center"/>
        </w:trPr>
        <w:tc>
          <w:tcPr>
            <w:tcW w:w="294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D9EAF7"/>
          </w:tcPr>
          <w:p w14:paraId="02809EA8" w14:textId="77777777" w:rsidR="00EF2D22" w:rsidRDefault="003A6C31">
            <w:r>
              <w:rPr>
                <w:b/>
                <w:sz w:val="18"/>
              </w:rPr>
              <w:t>Информирование о поддержке проекта</w:t>
            </w:r>
          </w:p>
        </w:tc>
        <w:tc>
          <w:tcPr>
            <w:tcW w:w="623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1B534F34" w14:textId="77777777" w:rsidR="00EF2D22" w:rsidRDefault="003A6C31">
            <w:r w:rsidRPr="00B96140">
              <w:rPr>
                <w:i/>
                <w:color w:val="666666"/>
                <w:sz w:val="17"/>
                <w:lang w:val="ru-RU"/>
              </w:rPr>
              <w:t xml:space="preserve">Во всех публичных материалах, мероприятиях, публикациях, фото-, видео- и информационных продуктах, подготовленных в рамках грантового проекта, грантополучатель должен указывать, что проект реализуется при поддержке Правительства Японии и ПРООН. </w:t>
            </w:r>
            <w:r>
              <w:rPr>
                <w:i/>
                <w:color w:val="666666"/>
                <w:sz w:val="17"/>
              </w:rPr>
              <w:t>Использование логотипов и публичных материалов согласуется с ПРООН.</w:t>
            </w:r>
          </w:p>
          <w:p w14:paraId="66122BE6" w14:textId="77777777" w:rsidR="00EF2D22" w:rsidRDefault="00EF2D22"/>
          <w:p w14:paraId="622AF543" w14:textId="77777777" w:rsidR="00EF2D22" w:rsidRDefault="00EF2D22"/>
          <w:p w14:paraId="250FFBF6" w14:textId="77777777" w:rsidR="00EF2D22" w:rsidRDefault="00EF2D22"/>
        </w:tc>
      </w:tr>
    </w:tbl>
    <w:p w14:paraId="027232C2" w14:textId="77777777" w:rsidR="00EF2D22" w:rsidRDefault="003A6C31">
      <w:pPr>
        <w:pStyle w:val="1"/>
        <w:spacing w:before="200" w:after="80" w:line="240" w:lineRule="auto"/>
      </w:pPr>
      <w:r>
        <w:rPr>
          <w:rFonts w:ascii="Arial" w:eastAsia="Arial" w:hAnsi="Arial"/>
          <w:color w:val="1F4E79"/>
          <w:sz w:val="26"/>
        </w:rPr>
        <w:t>РАЗДЕЛ 11. Перечень приложений к заявке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190"/>
      </w:tblGrid>
      <w:tr w:rsidR="00EF2D22" w:rsidRPr="00090D03" w14:paraId="33468B4D" w14:textId="77777777">
        <w:trPr>
          <w:jc w:val="center"/>
        </w:trPr>
        <w:tc>
          <w:tcPr>
            <w:tcW w:w="1020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D9EAF7"/>
          </w:tcPr>
          <w:p w14:paraId="7211E336" w14:textId="77777777" w:rsidR="00EF2D22" w:rsidRPr="00B96140" w:rsidRDefault="003A6C31">
            <w:pPr>
              <w:rPr>
                <w:lang w:val="ru-RU"/>
              </w:rPr>
            </w:pPr>
            <w:r w:rsidRPr="00B96140">
              <w:rPr>
                <w:b/>
                <w:sz w:val="18"/>
                <w:lang w:val="ru-RU"/>
              </w:rPr>
              <w:t>Отметьте документы, которые прилагаются к заявке:</w:t>
            </w:r>
          </w:p>
        </w:tc>
      </w:tr>
      <w:tr w:rsidR="00EF2D22" w:rsidRPr="00090D03" w14:paraId="15A65683" w14:textId="77777777">
        <w:trPr>
          <w:jc w:val="center"/>
        </w:trPr>
        <w:tc>
          <w:tcPr>
            <w:tcW w:w="10206" w:type="dxa"/>
          </w:tcPr>
          <w:p w14:paraId="345ADD1E" w14:textId="77777777" w:rsidR="00EF2D22" w:rsidRPr="00B96140" w:rsidRDefault="00EF2D22">
            <w:pPr>
              <w:rPr>
                <w:lang w:val="ru-RU"/>
              </w:rPr>
            </w:pPr>
          </w:p>
          <w:p w14:paraId="1CE1A111" w14:textId="77777777" w:rsidR="00EF2D22" w:rsidRPr="00B96140" w:rsidRDefault="003A6C31">
            <w:pPr>
              <w:rPr>
                <w:lang w:val="ru-RU"/>
              </w:rPr>
            </w:pPr>
            <w:r w:rsidRPr="00B96140">
              <w:rPr>
                <w:sz w:val="18"/>
                <w:lang w:val="ru-RU"/>
              </w:rPr>
              <w:lastRenderedPageBreak/>
              <w:t>☐ Заполненная форма заявки (Приложение 2)</w:t>
            </w:r>
          </w:p>
          <w:p w14:paraId="16ECC280" w14:textId="77777777" w:rsidR="00EF2D22" w:rsidRPr="00B96140" w:rsidRDefault="003A6C31">
            <w:pPr>
              <w:rPr>
                <w:lang w:val="ru-RU"/>
              </w:rPr>
            </w:pPr>
            <w:r w:rsidRPr="00B96140">
              <w:rPr>
                <w:sz w:val="18"/>
                <w:lang w:val="ru-RU"/>
              </w:rPr>
              <w:t>☐ Календарный план реализации проекта (Приложение 3)</w:t>
            </w:r>
          </w:p>
          <w:p w14:paraId="13EE5A41" w14:textId="77777777" w:rsidR="00EF2D22" w:rsidRPr="00B96140" w:rsidRDefault="003A6C31">
            <w:pPr>
              <w:rPr>
                <w:lang w:val="ru-RU"/>
              </w:rPr>
            </w:pPr>
            <w:r w:rsidRPr="00B96140">
              <w:rPr>
                <w:sz w:val="18"/>
                <w:lang w:val="ru-RU"/>
              </w:rPr>
              <w:t>☐ Бюджет проекта (Приложение 4)</w:t>
            </w:r>
          </w:p>
          <w:p w14:paraId="3A093A78" w14:textId="77777777" w:rsidR="00EF2D22" w:rsidRPr="00B96140" w:rsidRDefault="003A6C31">
            <w:pPr>
              <w:rPr>
                <w:lang w:val="ru-RU"/>
              </w:rPr>
            </w:pPr>
            <w:r w:rsidRPr="00B96140">
              <w:rPr>
                <w:sz w:val="18"/>
                <w:lang w:val="ru-RU"/>
              </w:rPr>
              <w:t>☐ Копия свидетельства о регистрации организации</w:t>
            </w:r>
          </w:p>
          <w:p w14:paraId="0F14D2AE" w14:textId="77777777" w:rsidR="00EF2D22" w:rsidRPr="00B96140" w:rsidRDefault="003A6C31">
            <w:pPr>
              <w:rPr>
                <w:lang w:val="ru-RU"/>
              </w:rPr>
            </w:pPr>
            <w:r w:rsidRPr="00B96140">
              <w:rPr>
                <w:sz w:val="18"/>
                <w:lang w:val="ru-RU"/>
              </w:rPr>
              <w:t>☐ Копии учредительных документов организации</w:t>
            </w:r>
          </w:p>
          <w:p w14:paraId="2CE322D2" w14:textId="77777777" w:rsidR="00EF2D22" w:rsidRPr="00B96140" w:rsidRDefault="003A6C31">
            <w:pPr>
              <w:rPr>
                <w:lang w:val="ru-RU"/>
              </w:rPr>
            </w:pPr>
            <w:r w:rsidRPr="00B96140">
              <w:rPr>
                <w:sz w:val="18"/>
                <w:lang w:val="ru-RU"/>
              </w:rPr>
              <w:t>☐ Справка банка с указанием расчетного счета / банковских реквизитов</w:t>
            </w:r>
          </w:p>
          <w:p w14:paraId="20BBA251" w14:textId="77777777" w:rsidR="00EF2D22" w:rsidRPr="00B96140" w:rsidRDefault="003A6C31">
            <w:pPr>
              <w:rPr>
                <w:lang w:val="ru-RU"/>
              </w:rPr>
            </w:pPr>
            <w:r w:rsidRPr="00B96140">
              <w:rPr>
                <w:sz w:val="18"/>
                <w:lang w:val="ru-RU"/>
              </w:rPr>
              <w:t>☐ Справка об отсутствии задолженности по налогам и сборам</w:t>
            </w:r>
          </w:p>
          <w:p w14:paraId="594EB09A" w14:textId="77777777" w:rsidR="00EF2D22" w:rsidRPr="00B96140" w:rsidRDefault="003A6C31">
            <w:pPr>
              <w:rPr>
                <w:lang w:val="ru-RU"/>
              </w:rPr>
            </w:pPr>
            <w:r w:rsidRPr="00B96140">
              <w:rPr>
                <w:sz w:val="18"/>
                <w:lang w:val="ru-RU"/>
              </w:rPr>
              <w:t>☐ Резюме руководителя проекта и ключевых специалистов</w:t>
            </w:r>
          </w:p>
          <w:p w14:paraId="3AD9E01C" w14:textId="77777777" w:rsidR="00EF2D22" w:rsidRPr="00B96140" w:rsidRDefault="003A6C31">
            <w:pPr>
              <w:rPr>
                <w:lang w:val="ru-RU"/>
              </w:rPr>
            </w:pPr>
            <w:r w:rsidRPr="00B96140">
              <w:rPr>
                <w:sz w:val="18"/>
                <w:lang w:val="ru-RU"/>
              </w:rPr>
              <w:t>☐ Резюме технического специалиста / инженера или подтверждение привлечения такой экспертизы</w:t>
            </w:r>
          </w:p>
          <w:p w14:paraId="537755AE" w14:textId="77777777" w:rsidR="00EF2D22" w:rsidRPr="00B96140" w:rsidRDefault="003A6C31">
            <w:pPr>
              <w:rPr>
                <w:lang w:val="ru-RU"/>
              </w:rPr>
            </w:pPr>
            <w:r w:rsidRPr="00B96140">
              <w:rPr>
                <w:sz w:val="18"/>
                <w:lang w:val="ru-RU"/>
              </w:rPr>
              <w:t>☐ Технические документы: ПСД, смета, ведомость объемов работ, дефектный акт, схема, техническое заключение или иные документы</w:t>
            </w:r>
          </w:p>
          <w:p w14:paraId="241EE74E" w14:textId="77777777" w:rsidR="00EF2D22" w:rsidRPr="00B96140" w:rsidRDefault="003A6C31">
            <w:pPr>
              <w:rPr>
                <w:lang w:val="ru-RU"/>
              </w:rPr>
            </w:pPr>
            <w:r w:rsidRPr="00B96140">
              <w:rPr>
                <w:sz w:val="18"/>
                <w:lang w:val="ru-RU"/>
              </w:rPr>
              <w:t>☐ Письмо поддержки / согласование от владельца или балансодержателя объекта</w:t>
            </w:r>
          </w:p>
          <w:p w14:paraId="509C4ED0" w14:textId="77777777" w:rsidR="00EF2D22" w:rsidRPr="00B96140" w:rsidRDefault="003A6C31">
            <w:pPr>
              <w:rPr>
                <w:lang w:val="ru-RU"/>
              </w:rPr>
            </w:pPr>
            <w:r w:rsidRPr="00B96140">
              <w:rPr>
                <w:sz w:val="18"/>
                <w:lang w:val="ru-RU"/>
              </w:rPr>
              <w:t>☐ Подтверждение софинансирования, если применимо</w:t>
            </w:r>
          </w:p>
          <w:p w14:paraId="1788533D" w14:textId="77777777" w:rsidR="00EF2D22" w:rsidRPr="00B96140" w:rsidRDefault="003A6C31">
            <w:pPr>
              <w:rPr>
                <w:lang w:val="ru-RU"/>
              </w:rPr>
            </w:pPr>
            <w:r w:rsidRPr="00B96140">
              <w:rPr>
                <w:sz w:val="18"/>
                <w:lang w:val="ru-RU"/>
              </w:rPr>
              <w:t>☐ Прайс-листы / коммерческие предложения на оборудование, материалы или услуги, если предусмотрены закупки</w:t>
            </w:r>
          </w:p>
          <w:p w14:paraId="63EDFE2F" w14:textId="77777777" w:rsidR="00EF2D22" w:rsidRPr="00B96140" w:rsidRDefault="003A6C31">
            <w:pPr>
              <w:rPr>
                <w:lang w:val="ru-RU"/>
              </w:rPr>
            </w:pPr>
            <w:r w:rsidRPr="00B96140">
              <w:rPr>
                <w:sz w:val="18"/>
                <w:lang w:val="ru-RU"/>
              </w:rPr>
              <w:t>☐ Документы, подтверждающие опыт организации, если применимо</w:t>
            </w:r>
          </w:p>
          <w:p w14:paraId="3C3D45AA" w14:textId="77777777" w:rsidR="00EF2D22" w:rsidRPr="00B96140" w:rsidRDefault="003A6C31">
            <w:pPr>
              <w:rPr>
                <w:lang w:val="ru-RU"/>
              </w:rPr>
            </w:pPr>
            <w:r w:rsidRPr="00B96140">
              <w:rPr>
                <w:sz w:val="18"/>
                <w:lang w:val="ru-RU"/>
              </w:rPr>
              <w:t>☐ Иные документы, подтверждающие готовность проекта к реализации</w:t>
            </w:r>
          </w:p>
        </w:tc>
      </w:tr>
    </w:tbl>
    <w:p w14:paraId="2951AB92" w14:textId="77777777" w:rsidR="00EF2D22" w:rsidRPr="00B96140" w:rsidRDefault="003A6C31">
      <w:pPr>
        <w:pStyle w:val="1"/>
        <w:spacing w:before="200" w:after="80" w:line="240" w:lineRule="auto"/>
        <w:rPr>
          <w:lang w:val="ru-RU"/>
        </w:rPr>
      </w:pPr>
      <w:r w:rsidRPr="00B96140">
        <w:rPr>
          <w:rFonts w:ascii="Arial" w:eastAsia="Arial" w:hAnsi="Arial"/>
          <w:color w:val="1F4E79"/>
          <w:sz w:val="26"/>
          <w:lang w:val="ru-RU"/>
        </w:rPr>
        <w:lastRenderedPageBreak/>
        <w:t>РАЗДЕЛ 12. Декларация заявителя</w:t>
      </w:r>
    </w:p>
    <w:p w14:paraId="3D2FBA8F" w14:textId="77777777" w:rsidR="00EF2D22" w:rsidRPr="00B96140" w:rsidRDefault="003A6C31">
      <w:pPr>
        <w:spacing w:after="80" w:line="240" w:lineRule="auto"/>
        <w:rPr>
          <w:lang w:val="ru-RU"/>
        </w:rPr>
      </w:pPr>
      <w:r w:rsidRPr="00B96140">
        <w:rPr>
          <w:b/>
          <w:lang w:val="ru-RU"/>
        </w:rPr>
        <w:t>Подтверждение достоверности информации</w:t>
      </w:r>
    </w:p>
    <w:p w14:paraId="6B14D477" w14:textId="77777777" w:rsidR="00EF2D22" w:rsidRPr="00B96140" w:rsidRDefault="003A6C31">
      <w:pPr>
        <w:spacing w:after="80" w:line="240" w:lineRule="auto"/>
        <w:rPr>
          <w:lang w:val="ru-RU"/>
        </w:rPr>
      </w:pPr>
      <w:r w:rsidRPr="00B96140">
        <w:rPr>
          <w:sz w:val="19"/>
          <w:lang w:val="ru-RU"/>
        </w:rPr>
        <w:t>Я, нижеподписавшийся/нижеподписавшаяся, подтверждаю, что информация, представленная в настоящей форме заявки и приложениях к ней, является достоверной и полной. Я понимаю, что предоставление ложной или вводящей в заблуждение информации может привести к отклонению заявки или прекращению грантового соглашения.</w:t>
      </w:r>
    </w:p>
    <w:p w14:paraId="1927D53D" w14:textId="77777777" w:rsidR="00EF2D22" w:rsidRPr="00B96140" w:rsidRDefault="003A6C31">
      <w:pPr>
        <w:spacing w:after="80" w:line="240" w:lineRule="auto"/>
        <w:rPr>
          <w:lang w:val="ru-RU"/>
        </w:rPr>
      </w:pPr>
      <w:r w:rsidRPr="00B96140">
        <w:rPr>
          <w:b/>
          <w:lang w:val="ru-RU"/>
        </w:rPr>
        <w:t>Антикоррупционное обязательство</w:t>
      </w:r>
    </w:p>
    <w:p w14:paraId="282C5051" w14:textId="77777777" w:rsidR="00EF2D22" w:rsidRPr="00B96140" w:rsidRDefault="003A6C31">
      <w:pPr>
        <w:spacing w:after="80" w:line="240" w:lineRule="auto"/>
        <w:rPr>
          <w:lang w:val="ru-RU"/>
        </w:rPr>
      </w:pPr>
      <w:r w:rsidRPr="00B96140">
        <w:rPr>
          <w:sz w:val="19"/>
          <w:lang w:val="ru-RU"/>
        </w:rPr>
        <w:t>Организация подтверждает, что при подготовке заявки и реализации грантового проекта не будет предлагать, предоставлять или получать какие-либо незаконные платежи, подарки, вознаграждения или выгоды, связанные с процессом отбора, заключением или исполнением грантового соглашения.</w:t>
      </w:r>
    </w:p>
    <w:p w14:paraId="4711EE05" w14:textId="77777777" w:rsidR="00EF2D22" w:rsidRPr="00B96140" w:rsidRDefault="003A6C31">
      <w:pPr>
        <w:spacing w:after="80" w:line="240" w:lineRule="auto"/>
        <w:rPr>
          <w:lang w:val="ru-RU"/>
        </w:rPr>
      </w:pPr>
      <w:r w:rsidRPr="00B96140">
        <w:rPr>
          <w:b/>
          <w:lang w:val="ru-RU"/>
        </w:rPr>
        <w:t>Обязательство по недискриминации</w:t>
      </w:r>
    </w:p>
    <w:p w14:paraId="15E5114F" w14:textId="77777777" w:rsidR="00EF2D22" w:rsidRPr="00B96140" w:rsidRDefault="003A6C31">
      <w:pPr>
        <w:spacing w:after="80" w:line="240" w:lineRule="auto"/>
        <w:rPr>
          <w:lang w:val="ru-RU"/>
        </w:rPr>
      </w:pPr>
      <w:r w:rsidRPr="00B96140">
        <w:rPr>
          <w:sz w:val="19"/>
          <w:lang w:val="ru-RU"/>
        </w:rPr>
        <w:t>Организация подтверждает, что будет реализовывать проект без дискриминации по признаку пола, возраста, этнического происхождения, инвалидности, религии, социального положения или иных признаков, а также будет учитывать принципы социальной инклюзивности и равного доступа к результатам проекта.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96"/>
        <w:gridCol w:w="5094"/>
      </w:tblGrid>
      <w:tr w:rsidR="00EF2D22" w14:paraId="447530F9" w14:textId="77777777">
        <w:tc>
          <w:tcPr>
            <w:tcW w:w="5103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D9EAF7"/>
          </w:tcPr>
          <w:p w14:paraId="0FD5AEDC" w14:textId="77777777" w:rsidR="00EF2D22" w:rsidRDefault="003A6C31">
            <w:r>
              <w:rPr>
                <w:b/>
                <w:sz w:val="18"/>
              </w:rPr>
              <w:t>ФИО руководителя организации</w:t>
            </w:r>
          </w:p>
        </w:tc>
        <w:tc>
          <w:tcPr>
            <w:tcW w:w="5103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13A1F961" w14:textId="77777777" w:rsidR="00EF2D22" w:rsidRDefault="00EF2D22"/>
          <w:p w14:paraId="47E8AE58" w14:textId="77777777" w:rsidR="00EF2D22" w:rsidRDefault="00EF2D22"/>
        </w:tc>
      </w:tr>
      <w:tr w:rsidR="00EF2D22" w14:paraId="59B31CA2" w14:textId="77777777">
        <w:tc>
          <w:tcPr>
            <w:tcW w:w="5103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D9EAF7"/>
          </w:tcPr>
          <w:p w14:paraId="5EE4937A" w14:textId="77777777" w:rsidR="00EF2D22" w:rsidRDefault="003A6C31">
            <w:r>
              <w:rPr>
                <w:b/>
                <w:sz w:val="18"/>
              </w:rPr>
              <w:t>Должность</w:t>
            </w:r>
          </w:p>
        </w:tc>
        <w:tc>
          <w:tcPr>
            <w:tcW w:w="5103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01FA930E" w14:textId="77777777" w:rsidR="00EF2D22" w:rsidRDefault="00EF2D22"/>
          <w:p w14:paraId="04E82A80" w14:textId="77777777" w:rsidR="00EF2D22" w:rsidRDefault="00EF2D22"/>
        </w:tc>
      </w:tr>
      <w:tr w:rsidR="00EF2D22" w14:paraId="4C7C0E27" w14:textId="77777777">
        <w:tc>
          <w:tcPr>
            <w:tcW w:w="5103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D9EAF7"/>
          </w:tcPr>
          <w:p w14:paraId="475E6329" w14:textId="77777777" w:rsidR="00EF2D22" w:rsidRDefault="003A6C31">
            <w:r>
              <w:rPr>
                <w:b/>
                <w:sz w:val="18"/>
              </w:rPr>
              <w:t>Подпись</w:t>
            </w:r>
          </w:p>
        </w:tc>
        <w:tc>
          <w:tcPr>
            <w:tcW w:w="5103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0B0EF12B" w14:textId="77777777" w:rsidR="00EF2D22" w:rsidRDefault="00EF2D22"/>
          <w:p w14:paraId="5746A6DB" w14:textId="77777777" w:rsidR="00EF2D22" w:rsidRDefault="00EF2D22"/>
        </w:tc>
      </w:tr>
      <w:tr w:rsidR="00EF2D22" w14:paraId="0EABFE30" w14:textId="77777777">
        <w:tc>
          <w:tcPr>
            <w:tcW w:w="5103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D9EAF7"/>
          </w:tcPr>
          <w:p w14:paraId="4E37CBE7" w14:textId="77777777" w:rsidR="00EF2D22" w:rsidRDefault="003A6C31">
            <w:r>
              <w:rPr>
                <w:b/>
                <w:sz w:val="18"/>
              </w:rPr>
              <w:lastRenderedPageBreak/>
              <w:t>Дата</w:t>
            </w:r>
          </w:p>
        </w:tc>
        <w:tc>
          <w:tcPr>
            <w:tcW w:w="5103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4D963FAC" w14:textId="77777777" w:rsidR="00EF2D22" w:rsidRDefault="00EF2D22"/>
          <w:p w14:paraId="181592C3" w14:textId="77777777" w:rsidR="00EF2D22" w:rsidRDefault="00EF2D22"/>
        </w:tc>
      </w:tr>
      <w:tr w:rsidR="00EF2D22" w14:paraId="0D711351" w14:textId="77777777">
        <w:tc>
          <w:tcPr>
            <w:tcW w:w="5103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D9EAF7"/>
          </w:tcPr>
          <w:p w14:paraId="77432584" w14:textId="77777777" w:rsidR="00EF2D22" w:rsidRDefault="003A6C31">
            <w:r>
              <w:rPr>
                <w:b/>
                <w:sz w:val="18"/>
              </w:rPr>
              <w:t>Печать организации</w:t>
            </w:r>
          </w:p>
        </w:tc>
        <w:tc>
          <w:tcPr>
            <w:tcW w:w="5103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66032DFD" w14:textId="77777777" w:rsidR="00EF2D22" w:rsidRDefault="00EF2D22"/>
          <w:p w14:paraId="230838A0" w14:textId="77777777" w:rsidR="00EF2D22" w:rsidRDefault="00EF2D22"/>
        </w:tc>
      </w:tr>
    </w:tbl>
    <w:p w14:paraId="45FEBEF3" w14:textId="77777777" w:rsidR="006C7BCF" w:rsidRDefault="006C7BCF"/>
    <w:sectPr w:rsidR="006C7BCF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64" w:right="850" w:bottom="850" w:left="850" w:header="283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235F5" w14:textId="77777777" w:rsidR="00FF1433" w:rsidRDefault="00FF1433">
      <w:pPr>
        <w:spacing w:after="0" w:line="240" w:lineRule="auto"/>
      </w:pPr>
      <w:r>
        <w:separator/>
      </w:r>
    </w:p>
  </w:endnote>
  <w:endnote w:type="continuationSeparator" w:id="0">
    <w:p w14:paraId="47960FB1" w14:textId="77777777" w:rsidR="00FF1433" w:rsidRDefault="00FF14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DEB97" w14:textId="77777777" w:rsidR="006F1EE5" w:rsidRDefault="006F1EE5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77CE9" w14:textId="77777777" w:rsidR="006F1EE5" w:rsidRDefault="006F1EE5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987E2" w14:textId="77777777" w:rsidR="006F1EE5" w:rsidRDefault="006F1EE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9F780" w14:textId="77777777" w:rsidR="00FF1433" w:rsidRDefault="00FF1433">
      <w:pPr>
        <w:spacing w:after="0" w:line="240" w:lineRule="auto"/>
      </w:pPr>
      <w:r>
        <w:separator/>
      </w:r>
    </w:p>
  </w:footnote>
  <w:footnote w:type="continuationSeparator" w:id="0">
    <w:p w14:paraId="244E658D" w14:textId="77777777" w:rsidR="00FF1433" w:rsidRDefault="00FF14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54573" w14:textId="77777777" w:rsidR="006F1EE5" w:rsidRDefault="006F1EE5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B0BC3" w14:textId="77777777" w:rsidR="00EF2D22" w:rsidRDefault="00EF2D22">
    <w:pPr>
      <w:pStyle w:val="a5"/>
    </w:pPr>
  </w:p>
  <w:tbl>
    <w:tblPr>
      <w:tblW w:w="0" w:type="auto"/>
      <w:jc w:val="center"/>
      <w:tblLook w:val="04A0" w:firstRow="1" w:lastRow="0" w:firstColumn="1" w:lastColumn="0" w:noHBand="0" w:noVBand="1"/>
    </w:tblPr>
    <w:tblGrid>
      <w:gridCol w:w="2268"/>
      <w:gridCol w:w="5669"/>
      <w:gridCol w:w="2268"/>
    </w:tblGrid>
    <w:tr w:rsidR="00EF2D22" w14:paraId="5A8B5C50" w14:textId="77777777">
      <w:trPr>
        <w:jc w:val="center"/>
      </w:trPr>
      <w:tc>
        <w:tcPr>
          <w:tcW w:w="2268" w:type="dxa"/>
          <w:tcBorders>
            <w:top w:val="nil"/>
            <w:left w:val="nil"/>
            <w:bottom w:val="nil"/>
            <w:right w:val="nil"/>
          </w:tcBorders>
        </w:tcPr>
        <w:p w14:paraId="4C2F14C0" w14:textId="77777777" w:rsidR="00EF2D22" w:rsidRDefault="003A6C31">
          <w:r>
            <w:rPr>
              <w:noProof/>
            </w:rPr>
            <w:drawing>
              <wp:inline distT="0" distB="0" distL="0" distR="0" wp14:anchorId="6881E891" wp14:editId="5AC40486">
                <wp:extent cx="792000" cy="59136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2000" cy="5913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69" w:type="dxa"/>
          <w:tcBorders>
            <w:top w:val="nil"/>
            <w:left w:val="nil"/>
            <w:bottom w:val="nil"/>
            <w:right w:val="nil"/>
          </w:tcBorders>
        </w:tcPr>
        <w:p w14:paraId="453BEC95" w14:textId="40225C63" w:rsidR="00EF2D22" w:rsidRPr="00B96140" w:rsidRDefault="003A6C31">
          <w:pPr>
            <w:jc w:val="center"/>
            <w:rPr>
              <w:lang w:val="ru-RU"/>
            </w:rPr>
          </w:pPr>
          <w:r w:rsidRPr="00B96140">
            <w:rPr>
              <w:b/>
              <w:sz w:val="17"/>
              <w:lang w:val="ru-RU"/>
            </w:rPr>
            <w:t>Проект «Повышение устойчивости городов к рискам бедствий и изменению климата</w:t>
          </w:r>
          <w:r w:rsidRPr="00B96140">
            <w:rPr>
              <w:b/>
              <w:sz w:val="17"/>
              <w:lang w:val="ru-RU"/>
            </w:rPr>
            <w:br/>
            <w:t>в Центральной Азии» (</w:t>
          </w:r>
          <w:r>
            <w:rPr>
              <w:b/>
              <w:sz w:val="17"/>
            </w:rPr>
            <w:t>ID</w:t>
          </w:r>
          <w:r w:rsidRPr="00B96140">
            <w:rPr>
              <w:b/>
              <w:sz w:val="17"/>
              <w:lang w:val="ru-RU"/>
            </w:rPr>
            <w:t xml:space="preserve"> 0100</w:t>
          </w:r>
          <w:r w:rsidR="006F1EE5" w:rsidRPr="006F1EE5">
            <w:rPr>
              <w:b/>
              <w:sz w:val="17"/>
              <w:lang w:val="ru-RU"/>
            </w:rPr>
            <w:t>4067</w:t>
          </w:r>
          <w:r w:rsidRPr="00B96140">
            <w:rPr>
              <w:b/>
              <w:sz w:val="17"/>
              <w:lang w:val="ru-RU"/>
            </w:rPr>
            <w:t>)</w:t>
          </w:r>
        </w:p>
      </w:tc>
      <w:tc>
        <w:tcPr>
          <w:tcW w:w="2268" w:type="dxa"/>
          <w:tcBorders>
            <w:top w:val="nil"/>
            <w:left w:val="nil"/>
            <w:bottom w:val="nil"/>
            <w:right w:val="nil"/>
          </w:tcBorders>
        </w:tcPr>
        <w:p w14:paraId="26EFDA03" w14:textId="77777777" w:rsidR="00EF2D22" w:rsidRDefault="003A6C31">
          <w:pPr>
            <w:jc w:val="right"/>
          </w:pPr>
          <w:r>
            <w:rPr>
              <w:noProof/>
            </w:rPr>
            <w:drawing>
              <wp:inline distT="0" distB="0" distL="0" distR="0" wp14:anchorId="2CEE8091" wp14:editId="54C70621">
                <wp:extent cx="468000" cy="946174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9461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E793F" w14:textId="77777777" w:rsidR="006F1EE5" w:rsidRDefault="006F1EE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45952787">
    <w:abstractNumId w:val="8"/>
  </w:num>
  <w:num w:numId="2" w16cid:durableId="265967319">
    <w:abstractNumId w:val="6"/>
  </w:num>
  <w:num w:numId="3" w16cid:durableId="1303388434">
    <w:abstractNumId w:val="5"/>
  </w:num>
  <w:num w:numId="4" w16cid:durableId="110976966">
    <w:abstractNumId w:val="4"/>
  </w:num>
  <w:num w:numId="5" w16cid:durableId="1083142819">
    <w:abstractNumId w:val="7"/>
  </w:num>
  <w:num w:numId="6" w16cid:durableId="307320352">
    <w:abstractNumId w:val="3"/>
  </w:num>
  <w:num w:numId="7" w16cid:durableId="2098482241">
    <w:abstractNumId w:val="2"/>
  </w:num>
  <w:num w:numId="8" w16cid:durableId="2098556695">
    <w:abstractNumId w:val="1"/>
  </w:num>
  <w:num w:numId="9" w16cid:durableId="1831866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6CA2"/>
    <w:rsid w:val="0006063C"/>
    <w:rsid w:val="00090D03"/>
    <w:rsid w:val="0015074B"/>
    <w:rsid w:val="002177B3"/>
    <w:rsid w:val="0029639D"/>
    <w:rsid w:val="00326F90"/>
    <w:rsid w:val="00335B26"/>
    <w:rsid w:val="003A6C31"/>
    <w:rsid w:val="005913DE"/>
    <w:rsid w:val="00692808"/>
    <w:rsid w:val="006C7BCF"/>
    <w:rsid w:val="006F1EE5"/>
    <w:rsid w:val="007A6197"/>
    <w:rsid w:val="00AA1D8D"/>
    <w:rsid w:val="00B47730"/>
    <w:rsid w:val="00B96140"/>
    <w:rsid w:val="00CB0664"/>
    <w:rsid w:val="00CB1CB9"/>
    <w:rsid w:val="00EF2D22"/>
    <w:rsid w:val="00F13EE4"/>
    <w:rsid w:val="00FC693F"/>
    <w:rsid w:val="00FF1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F5B183"/>
  <w14:defaultImageDpi w14:val="300"/>
  <w15:docId w15:val="{30EEE263-E913-44F0-8E92-AE5E80881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Arial" w:eastAsia="Arial" w:hAnsi="Arial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1F872169EA1784A850AF6FBEC661C2B" ma:contentTypeVersion="19" ma:contentTypeDescription="Создание документа." ma:contentTypeScope="" ma:versionID="b6cc1223f4a526c7043265bffcb1091c">
  <xsd:schema xmlns:xsd="http://www.w3.org/2001/XMLSchema" xmlns:xs="http://www.w3.org/2001/XMLSchema" xmlns:p="http://schemas.microsoft.com/office/2006/metadata/properties" xmlns:ns2="6c69a0a0-9879-479b-a758-0616cad2705a" xmlns:ns3="b50eb652-19d5-4e10-aeb5-3430ff274d62" targetNamespace="http://schemas.microsoft.com/office/2006/metadata/properties" ma:root="true" ma:fieldsID="e453105d9ad2dea0a48c72bdcc05872b" ns2:_="" ns3:_="">
    <xsd:import namespace="6c69a0a0-9879-479b-a758-0616cad2705a"/>
    <xsd:import namespace="b50eb652-19d5-4e10-aeb5-3430ff274d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69a0a0-9879-479b-a758-0616cad270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0eb652-19d5-4e10-aeb5-3430ff274d6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41fbe12-bcde-469e-b443-ab204b88ba28}" ma:internalName="TaxCatchAll" ma:showField="CatchAllData" ma:web="b50eb652-19d5-4e10-aeb5-3430ff274d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50eb652-19d5-4e10-aeb5-3430ff274d62" xsi:nil="true"/>
    <lcf76f155ced4ddcb4097134ff3c332f xmlns="6c69a0a0-9879-479b-a758-0616cad2705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A40394-A645-4E45-8468-69F31F12B203}"/>
</file>

<file path=customXml/itemProps3.xml><?xml version="1.0" encoding="utf-8"?>
<ds:datastoreItem xmlns:ds="http://schemas.openxmlformats.org/officeDocument/2006/customXml" ds:itemID="{D0923621-B702-4A08-BBCC-2BE306DE42BA}"/>
</file>

<file path=customXml/itemProps4.xml><?xml version="1.0" encoding="utf-8"?>
<ds:datastoreItem xmlns:ds="http://schemas.openxmlformats.org/officeDocument/2006/customXml" ds:itemID="{EA218E67-4AE5-491C-98BA-C6BB59D70EE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1456</Words>
  <Characters>8300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9737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Aizada Urgunalieva</cp:lastModifiedBy>
  <cp:revision>3</cp:revision>
  <dcterms:created xsi:type="dcterms:W3CDTF">2026-07-28T03:33:00Z</dcterms:created>
  <dcterms:modified xsi:type="dcterms:W3CDTF">2026-07-30T06:10:00Z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e56d40d2-dbea-4254-9287-d3406b33ffa1</vt:lpwstr>
  </property>
  <property fmtid="{D5CDD505-2E9C-101B-9397-08002B2CF9AE}" pid="3" name="ContentTypeId">
    <vt:lpwstr>0x01010061F872169EA1784A850AF6FBEC661C2B</vt:lpwstr>
  </property>
</Properties>
</file>