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0205"/>
        <w:gridCol w:w="2835"/>
      </w:tblGrid>
      <w:tr w:rsidR="00F561B7" w14:paraId="334EB96F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E0F5E" w14:textId="77777777" w:rsidR="00F561B7" w:rsidRDefault="006A289D">
            <w:r>
              <w:rPr>
                <w:noProof/>
              </w:rPr>
              <w:drawing>
                <wp:inline distT="0" distB="0" distL="0" distR="0" wp14:anchorId="70138AF8" wp14:editId="38C74EB2">
                  <wp:extent cx="1007999" cy="7526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75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8E39" w14:textId="6494C850" w:rsidR="00F561B7" w:rsidRPr="00A343B3" w:rsidRDefault="00A343B3">
            <w:pPr>
              <w:jc w:val="center"/>
            </w:pPr>
            <w:r>
              <w:rPr>
                <w:b/>
                <w:sz w:val="17"/>
              </w:rPr>
              <w:t>P</w:t>
            </w:r>
            <w:r w:rsidRPr="00352290">
              <w:rPr>
                <w:b/>
                <w:sz w:val="17"/>
              </w:rPr>
              <w:t>roject “Enhancing Urban Resilience to Disaster Risk and Climate Change in Central Asia”</w:t>
            </w:r>
            <w:r w:rsidR="006A289D" w:rsidRPr="00A343B3"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EAF6" w14:textId="77777777" w:rsidR="00F561B7" w:rsidRDefault="006A289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122CD38" wp14:editId="3F27ACEB">
                  <wp:extent cx="396000" cy="8006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8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2C9789" w14:textId="032EC566" w:rsidR="00F561B7" w:rsidRPr="0013300A" w:rsidRDefault="00A343B3">
      <w:pPr>
        <w:jc w:val="right"/>
      </w:pPr>
      <w:r>
        <w:rPr>
          <w:b/>
          <w:sz w:val="20"/>
        </w:rPr>
        <w:t>Annex</w:t>
      </w:r>
      <w:r w:rsidR="006A289D" w:rsidRPr="0013300A">
        <w:rPr>
          <w:b/>
          <w:sz w:val="20"/>
        </w:rPr>
        <w:t xml:space="preserve"> 4</w:t>
      </w:r>
    </w:p>
    <w:p w14:paraId="3FBE5629" w14:textId="6832AD26" w:rsidR="00F561B7" w:rsidRPr="0013300A" w:rsidRDefault="009070FA">
      <w:pPr>
        <w:jc w:val="center"/>
      </w:pPr>
      <w:r w:rsidRPr="009070FA">
        <w:rPr>
          <w:b/>
          <w:color w:val="1F4E79"/>
          <w:sz w:val="28"/>
        </w:rPr>
        <w:t>GRANT PROJECT BUDGET</w:t>
      </w:r>
    </w:p>
    <w:p w14:paraId="03FC323F" w14:textId="4D97461E" w:rsidR="00F561B7" w:rsidRPr="0013300A" w:rsidRDefault="0013300A">
      <w:pPr>
        <w:spacing w:after="80"/>
      </w:pPr>
      <w:r w:rsidRPr="0013300A">
        <w:t xml:space="preserve">This form shall be completed by the applicant and submitted together with the Application Form (Annex 2) and the </w:t>
      </w:r>
      <w:r>
        <w:t>Implementation Schedule</w:t>
      </w:r>
      <w:r w:rsidRPr="0013300A">
        <w:t xml:space="preserve"> (Annex 3). All budget items must be linked to activities included in the work plan and supported by calculations, cost estimates, price lists, or other supporting documents.</w:t>
      </w:r>
    </w:p>
    <w:p w14:paraId="7D205C12" w14:textId="34559F63" w:rsidR="00F561B7" w:rsidRDefault="00175CFE">
      <w:pPr>
        <w:spacing w:before="140" w:after="60"/>
      </w:pPr>
      <w:r w:rsidRPr="00175CFE">
        <w:rPr>
          <w:b/>
          <w:color w:val="1F4E79"/>
          <w:sz w:val="22"/>
        </w:rPr>
        <w:t>Section 1. General Financial Information</w:t>
      </w:r>
    </w:p>
    <w:tbl>
      <w:tblPr>
        <w:tblStyle w:val="aff0"/>
        <w:tblW w:w="15592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0489"/>
      </w:tblGrid>
      <w:tr w:rsidR="00F561B7" w14:paraId="533EA065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791FCA" w14:textId="27E63E5E" w:rsidR="00F561B7" w:rsidRDefault="00F8427B">
            <w:r w:rsidRPr="00F8427B">
              <w:rPr>
                <w:b/>
                <w:sz w:val="17"/>
              </w:rPr>
              <w:t>Project title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C56EF7" w14:textId="77777777" w:rsidR="00F561B7" w:rsidRDefault="00F561B7"/>
        </w:tc>
      </w:tr>
      <w:tr w:rsidR="00F561B7" w14:paraId="786D72F6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9C120B" w14:textId="24C19869" w:rsidR="00F561B7" w:rsidRDefault="00F8427B">
            <w:r>
              <w:rPr>
                <w:b/>
                <w:sz w:val="17"/>
              </w:rPr>
              <w:t>Lot / thematic area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6CF130" w14:textId="797378D7" w:rsidR="00F561B7" w:rsidRDefault="00F8427B">
            <w:r w:rsidRPr="00F8427B">
              <w:rPr>
                <w:rFonts w:ascii="Segoe UI Symbol" w:hAnsi="Segoe UI Symbol" w:cs="Segoe UI Symbol"/>
                <w:i/>
                <w:color w:val="666666"/>
              </w:rPr>
              <w:t>☐</w:t>
            </w:r>
            <w:r w:rsidRPr="00F8427B">
              <w:rPr>
                <w:i/>
                <w:color w:val="666666"/>
              </w:rPr>
              <w:t xml:space="preserve"> Lot 1. Water-Efficient Practices    </w:t>
            </w:r>
            <w:r w:rsidRPr="00F8427B">
              <w:rPr>
                <w:rFonts w:ascii="Segoe UI Symbol" w:hAnsi="Segoe UI Symbol" w:cs="Segoe UI Symbol"/>
                <w:i/>
                <w:color w:val="666666"/>
              </w:rPr>
              <w:t>☐</w:t>
            </w:r>
            <w:r w:rsidRPr="00F8427B">
              <w:rPr>
                <w:i/>
                <w:color w:val="666666"/>
              </w:rPr>
              <w:t xml:space="preserve"> Lot 2. Nature-Based Solutions </w:t>
            </w:r>
            <w:r w:rsidRPr="00F8427B">
              <w:rPr>
                <w:rFonts w:cs="Arial"/>
                <w:i/>
                <w:color w:val="666666"/>
              </w:rPr>
              <w:t>  </w:t>
            </w:r>
            <w:r w:rsidRPr="00F8427B">
              <w:rPr>
                <w:i/>
                <w:color w:val="666666"/>
              </w:rPr>
              <w:t xml:space="preserve"> </w:t>
            </w:r>
            <w:r w:rsidRPr="00F8427B">
              <w:rPr>
                <w:rFonts w:ascii="Segoe UI Symbol" w:hAnsi="Segoe UI Symbol" w:cs="Segoe UI Symbol"/>
                <w:i/>
                <w:color w:val="666666"/>
              </w:rPr>
              <w:t>☐</w:t>
            </w:r>
            <w:r w:rsidRPr="00F8427B">
              <w:rPr>
                <w:i/>
                <w:color w:val="666666"/>
              </w:rPr>
              <w:t xml:space="preserve"> Lot 3. Energy Efficiency </w:t>
            </w:r>
            <w:r w:rsidRPr="00F8427B">
              <w:rPr>
                <w:rFonts w:cs="Arial"/>
                <w:i/>
                <w:color w:val="666666"/>
              </w:rPr>
              <w:t>  </w:t>
            </w:r>
            <w:r w:rsidRPr="00F8427B">
              <w:rPr>
                <w:i/>
                <w:color w:val="666666"/>
              </w:rPr>
              <w:t xml:space="preserve"> </w:t>
            </w:r>
            <w:r w:rsidRPr="00F8427B">
              <w:rPr>
                <w:rFonts w:ascii="Segoe UI Symbol" w:hAnsi="Segoe UI Symbol" w:cs="Segoe UI Symbol"/>
                <w:i/>
                <w:color w:val="666666"/>
              </w:rPr>
              <w:t>☐</w:t>
            </w:r>
            <w:r w:rsidRPr="00F8427B">
              <w:rPr>
                <w:i/>
                <w:color w:val="666666"/>
              </w:rPr>
              <w:t xml:space="preserve"> Combined Solution</w:t>
            </w:r>
          </w:p>
        </w:tc>
      </w:tr>
      <w:tr w:rsidR="00F561B7" w14:paraId="3B59A803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E02DDF" w14:textId="2DB53F74" w:rsidR="00F561B7" w:rsidRDefault="00F47D53">
            <w:r w:rsidRPr="00F47D53">
              <w:rPr>
                <w:b/>
                <w:sz w:val="17"/>
              </w:rPr>
              <w:t>Applicant (organi</w:t>
            </w:r>
            <w:r w:rsidR="0079366B">
              <w:rPr>
                <w:b/>
                <w:sz w:val="17"/>
              </w:rPr>
              <w:t>z</w:t>
            </w:r>
            <w:r w:rsidRPr="00F47D53">
              <w:rPr>
                <w:b/>
                <w:sz w:val="17"/>
              </w:rPr>
              <w:t>ation name)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4C8A12" w14:textId="77777777" w:rsidR="00F561B7" w:rsidRDefault="00F561B7"/>
        </w:tc>
      </w:tr>
      <w:tr w:rsidR="00F561B7" w14:paraId="3CC5CA43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8F3BE6" w14:textId="70C9CD50" w:rsidR="00F561B7" w:rsidRDefault="00F47D53">
            <w:r w:rsidRPr="00F47D53">
              <w:rPr>
                <w:b/>
                <w:sz w:val="17"/>
              </w:rPr>
              <w:t>Project partner / entity responsible for the facility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F9EB55" w14:textId="77777777" w:rsidR="00F561B7" w:rsidRDefault="00F561B7"/>
        </w:tc>
      </w:tr>
      <w:tr w:rsidR="00F561B7" w14:paraId="5BC51297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ED3087" w14:textId="64CD8FF4" w:rsidR="00F561B7" w:rsidRDefault="00F47D53">
            <w:r w:rsidRPr="00F47D53">
              <w:rPr>
                <w:b/>
                <w:sz w:val="17"/>
              </w:rPr>
              <w:t>Project implementation facility or area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6B69C2" w14:textId="77777777" w:rsidR="00F561B7" w:rsidRDefault="00F561B7"/>
        </w:tc>
      </w:tr>
      <w:tr w:rsidR="00F561B7" w14:paraId="60622DA1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66FFE6" w14:textId="5A0B6F45" w:rsidR="00F561B7" w:rsidRDefault="00F47D53">
            <w:r w:rsidRPr="00F47D53">
              <w:rPr>
                <w:b/>
                <w:sz w:val="17"/>
              </w:rPr>
              <w:t>Project implementation period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3FA9D" w14:textId="1CE9A1C0" w:rsidR="00F561B7" w:rsidRDefault="00567BE3">
            <w:r w:rsidRPr="00567BE3">
              <w:rPr>
                <w:i/>
                <w:color w:val="666666"/>
              </w:rPr>
              <w:t>No more than 10 months</w:t>
            </w:r>
          </w:p>
        </w:tc>
      </w:tr>
      <w:tr w:rsidR="00F561B7" w14:paraId="77994BC7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7D561A" w14:textId="274611A7" w:rsidR="00F561B7" w:rsidRDefault="00567BE3">
            <w:r w:rsidRPr="00567BE3">
              <w:rPr>
                <w:b/>
                <w:sz w:val="17"/>
              </w:rPr>
              <w:t>Requested grant amount (USD)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5CEA67" w14:textId="77777777" w:rsidR="00F561B7" w:rsidRDefault="00F561B7"/>
        </w:tc>
      </w:tr>
      <w:tr w:rsidR="00F561B7" w:rsidRPr="00567BE3" w14:paraId="2576552E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FD13BE" w14:textId="348B6865" w:rsidR="00F561B7" w:rsidRDefault="00567BE3">
            <w:r w:rsidRPr="00567BE3">
              <w:rPr>
                <w:b/>
                <w:sz w:val="17"/>
              </w:rPr>
              <w:t>Co-financing (USD and %)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EB4301" w14:textId="0F4702C4" w:rsidR="00F561B7" w:rsidRPr="00567BE3" w:rsidRDefault="00567BE3">
            <w:r w:rsidRPr="00567BE3">
              <w:rPr>
                <w:i/>
                <w:color w:val="666666"/>
              </w:rPr>
              <w:t>At least 20% of the requested grant amount, if this requirement is established in the call for proposals guidelines</w:t>
            </w:r>
          </w:p>
        </w:tc>
      </w:tr>
      <w:tr w:rsidR="00F561B7" w:rsidRPr="00567BE3" w14:paraId="7C6D1A23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AE9B0E" w14:textId="120D5101" w:rsidR="00F561B7" w:rsidRPr="00567BE3" w:rsidRDefault="00567BE3">
            <w:r w:rsidRPr="00567BE3">
              <w:rPr>
                <w:b/>
                <w:sz w:val="17"/>
              </w:rPr>
              <w:t>Total project cost including co-financing (USD)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7F3DA8" w14:textId="77777777" w:rsidR="00F561B7" w:rsidRPr="00567BE3" w:rsidRDefault="00F561B7"/>
        </w:tc>
      </w:tr>
      <w:tr w:rsidR="00F561B7" w:rsidRPr="00152415" w14:paraId="3E0F8828" w14:textId="77777777" w:rsidTr="00152415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90B531" w14:textId="18DD0727" w:rsidR="00F561B7" w:rsidRPr="00152415" w:rsidRDefault="00152415">
            <w:r w:rsidRPr="00152415">
              <w:rPr>
                <w:b/>
                <w:sz w:val="17"/>
              </w:rPr>
              <w:t>UN exchange rate and date of conversion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3D1AC" w14:textId="11B1A158" w:rsidR="00F561B7" w:rsidRPr="00152415" w:rsidRDefault="00152415">
            <w:r w:rsidRPr="00152415">
              <w:rPr>
                <w:i/>
                <w:color w:val="666666"/>
              </w:rPr>
              <w:t>UN exchange rate on the date of budget preparation: ________ KGS per 1 USD, date: ___ / ___ / 2026</w:t>
            </w:r>
          </w:p>
        </w:tc>
      </w:tr>
    </w:tbl>
    <w:p w14:paraId="74E72F35" w14:textId="3CC9A1E7" w:rsidR="00F561B7" w:rsidRPr="00152415" w:rsidRDefault="00152415">
      <w:pPr>
        <w:spacing w:before="140" w:after="60"/>
      </w:pPr>
      <w:r w:rsidRPr="00152415">
        <w:rPr>
          <w:b/>
          <w:color w:val="1F4E79"/>
          <w:sz w:val="22"/>
        </w:rPr>
        <w:t>Section 2. Summary Budget by Funding Source</w:t>
      </w:r>
    </w:p>
    <w:p w14:paraId="640B0BCC" w14:textId="3B418FA2" w:rsidR="00F561B7" w:rsidRPr="000547A5" w:rsidRDefault="00152415">
      <w:pPr>
        <w:spacing w:after="80"/>
      </w:pPr>
      <w:r w:rsidRPr="00152415">
        <w:t xml:space="preserve">Complete amounts in US dollars. If any part of the costs will be paid or provided in Kyrgyz </w:t>
      </w:r>
      <w:proofErr w:type="spellStart"/>
      <w:r w:rsidRPr="00152415">
        <w:t>soms</w:t>
      </w:r>
      <w:proofErr w:type="spellEnd"/>
      <w:r w:rsidRPr="00152415">
        <w:t>, convert the amount using the UN exchange rate indicated above.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4536"/>
        <w:gridCol w:w="2268"/>
        <w:gridCol w:w="2268"/>
        <w:gridCol w:w="5953"/>
      </w:tblGrid>
      <w:tr w:rsidR="00F561B7" w14:paraId="57A659B7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D08194" w14:textId="3368BE4C" w:rsidR="00F561B7" w:rsidRDefault="000547A5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453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07D6E4" w14:textId="76C1E27A" w:rsidR="00F561B7" w:rsidRDefault="000547A5">
            <w:pPr>
              <w:jc w:val="center"/>
            </w:pPr>
            <w:r w:rsidRPr="000547A5">
              <w:rPr>
                <w:b/>
              </w:rPr>
              <w:t>Source / category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CBD7A6" w14:textId="0C9B4383" w:rsidR="00F561B7" w:rsidRDefault="000547A5">
            <w:pPr>
              <w:jc w:val="center"/>
            </w:pPr>
            <w:r w:rsidRPr="000547A5">
              <w:rPr>
                <w:b/>
              </w:rPr>
              <w:t>Amount (USD)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1CC796" w14:textId="02721DD0" w:rsidR="00F561B7" w:rsidRDefault="000547A5">
            <w:pPr>
              <w:jc w:val="center"/>
            </w:pPr>
            <w:r w:rsidRPr="000547A5">
              <w:rPr>
                <w:b/>
              </w:rPr>
              <w:t>Share of total cost (%)</w:t>
            </w:r>
          </w:p>
        </w:tc>
        <w:tc>
          <w:tcPr>
            <w:tcW w:w="595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217586" w14:textId="1F23F231" w:rsidR="00F561B7" w:rsidRDefault="00254CE7">
            <w:pPr>
              <w:jc w:val="center"/>
            </w:pPr>
            <w:r w:rsidRPr="00254CE7">
              <w:rPr>
                <w:b/>
              </w:rPr>
              <w:t>Comment / supporting document</w:t>
            </w:r>
          </w:p>
        </w:tc>
      </w:tr>
      <w:tr w:rsidR="00F561B7" w14:paraId="677BD90C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CC98A0" w14:textId="77777777" w:rsidR="00F561B7" w:rsidRDefault="006A289D">
            <w:pPr>
              <w:jc w:val="center"/>
            </w:pPr>
            <w:r>
              <w:t>1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07EF1D" w14:textId="6097E041" w:rsidR="00F561B7" w:rsidRDefault="00254CE7">
            <w:r w:rsidRPr="00254CE7">
              <w:t>Requested grant amount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6D2631" w14:textId="77777777" w:rsidR="00F561B7" w:rsidRDefault="00F561B7">
            <w:pPr>
              <w:jc w:val="center"/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5F0CFA" w14:textId="77777777" w:rsidR="00F561B7" w:rsidRDefault="00F561B7">
            <w:pPr>
              <w:jc w:val="center"/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81B14F" w14:textId="5335EE1F" w:rsidR="00F561B7" w:rsidRDefault="00254CE7">
            <w:r w:rsidRPr="00254CE7">
              <w:rPr>
                <w:i/>
                <w:color w:val="666666"/>
              </w:rPr>
              <w:t>UNDP grant funds</w:t>
            </w:r>
          </w:p>
        </w:tc>
      </w:tr>
      <w:tr w:rsidR="00F561B7" w:rsidRPr="00254CE7" w14:paraId="074816F6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4287CA" w14:textId="77777777" w:rsidR="00F561B7" w:rsidRDefault="006A289D">
            <w:pPr>
              <w:jc w:val="center"/>
            </w:pPr>
            <w:r>
              <w:t>2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601AF0" w14:textId="546E0CCB" w:rsidR="00F561B7" w:rsidRDefault="00254CE7">
            <w:r w:rsidRPr="00254CE7">
              <w:t>Cash co-financing from applicant / partners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F638C2" w14:textId="77777777" w:rsidR="00F561B7" w:rsidRDefault="00F561B7">
            <w:pPr>
              <w:jc w:val="center"/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EC66EF" w14:textId="77777777" w:rsidR="00F561B7" w:rsidRDefault="00F561B7">
            <w:pPr>
              <w:jc w:val="center"/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35AD59" w14:textId="21718685" w:rsidR="00F561B7" w:rsidRPr="00254CE7" w:rsidRDefault="00254CE7">
            <w:r w:rsidRPr="00254CE7">
              <w:rPr>
                <w:i/>
                <w:color w:val="666666"/>
              </w:rPr>
              <w:t>Letter of commitment, organi</w:t>
            </w:r>
            <w:r w:rsidR="0079366B">
              <w:rPr>
                <w:i/>
                <w:color w:val="666666"/>
              </w:rPr>
              <w:t>z</w:t>
            </w:r>
            <w:r w:rsidRPr="00254CE7">
              <w:rPr>
                <w:i/>
                <w:color w:val="666666"/>
              </w:rPr>
              <w:t>ation decision, partnership agreement</w:t>
            </w:r>
          </w:p>
        </w:tc>
      </w:tr>
      <w:tr w:rsidR="00F561B7" w:rsidRPr="001B031E" w14:paraId="37621A2B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A596DC" w14:textId="77777777" w:rsidR="00F561B7" w:rsidRDefault="006A289D">
            <w:pPr>
              <w:jc w:val="center"/>
            </w:pPr>
            <w:r>
              <w:t>3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99584E" w14:textId="0F6296CB" w:rsidR="00F561B7" w:rsidRPr="001B031E" w:rsidRDefault="001B031E">
            <w:r w:rsidRPr="001B031E">
              <w:t>In-kind contribution: works, services, materials, equipment, premises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DD6ED8" w14:textId="77777777" w:rsidR="00F561B7" w:rsidRPr="001B031E" w:rsidRDefault="00F561B7">
            <w:pPr>
              <w:jc w:val="center"/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F22B63" w14:textId="77777777" w:rsidR="00F561B7" w:rsidRPr="001B031E" w:rsidRDefault="00F561B7">
            <w:pPr>
              <w:jc w:val="center"/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77436A" w14:textId="49194F4D" w:rsidR="00F561B7" w:rsidRPr="001B031E" w:rsidRDefault="001B031E">
            <w:r w:rsidRPr="001B031E">
              <w:rPr>
                <w:i/>
                <w:color w:val="666666"/>
              </w:rPr>
              <w:t>Letter of support, contribution valuation calculation, handover certificate/agreement</w:t>
            </w:r>
          </w:p>
        </w:tc>
      </w:tr>
      <w:tr w:rsidR="00F561B7" w14:paraId="7DBC89FD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92A33C" w14:textId="77777777" w:rsidR="00F561B7" w:rsidRDefault="006A289D">
            <w:pPr>
              <w:jc w:val="center"/>
            </w:pPr>
            <w:r>
              <w:t>4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8D16CE" w14:textId="202A3C55" w:rsidR="00F561B7" w:rsidRDefault="001B031E">
            <w:r w:rsidRPr="001B031E">
              <w:t>Total co-financing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B0A6CA" w14:textId="77777777" w:rsidR="00F561B7" w:rsidRDefault="00F561B7">
            <w:pPr>
              <w:jc w:val="center"/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FB77F0" w14:textId="77777777" w:rsidR="00F561B7" w:rsidRDefault="00F561B7">
            <w:pPr>
              <w:jc w:val="center"/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502E3" w14:textId="1AE7DF9C" w:rsidR="00F561B7" w:rsidRDefault="001B031E">
            <w:r w:rsidRPr="001B031E">
              <w:rPr>
                <w:i/>
                <w:color w:val="666666"/>
              </w:rPr>
              <w:t>Line 2 + Line 3</w:t>
            </w:r>
          </w:p>
        </w:tc>
      </w:tr>
      <w:tr w:rsidR="00F561B7" w14:paraId="29A8C1BB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06B2B6" w14:textId="77777777" w:rsidR="00F561B7" w:rsidRDefault="006A289D">
            <w:pPr>
              <w:jc w:val="center"/>
            </w:pPr>
            <w:r>
              <w:t>5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02B713" w14:textId="1C15ACC6" w:rsidR="00F561B7" w:rsidRDefault="001B031E">
            <w:r w:rsidRPr="001B031E">
              <w:t>Total project cost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62E44" w14:textId="77777777" w:rsidR="00F561B7" w:rsidRDefault="00F561B7">
            <w:pPr>
              <w:jc w:val="center"/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99C2CB" w14:textId="77777777" w:rsidR="00F561B7" w:rsidRDefault="00F561B7">
            <w:pPr>
              <w:jc w:val="center"/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D2A24A" w14:textId="06DF701D" w:rsidR="00F561B7" w:rsidRDefault="00612D6C">
            <w:r w:rsidRPr="00612D6C">
              <w:rPr>
                <w:i/>
                <w:color w:val="666666"/>
              </w:rPr>
              <w:t>Line 1 + Line 4</w:t>
            </w:r>
          </w:p>
        </w:tc>
      </w:tr>
    </w:tbl>
    <w:p w14:paraId="6D80D80F" w14:textId="77777777" w:rsidR="00612D6C" w:rsidRDefault="00612D6C">
      <w:pPr>
        <w:spacing w:before="140" w:after="60"/>
        <w:rPr>
          <w:b/>
          <w:color w:val="1F4E79"/>
          <w:sz w:val="22"/>
        </w:rPr>
      </w:pPr>
    </w:p>
    <w:p w14:paraId="4A1CFC66" w14:textId="31B0FA58" w:rsidR="00F561B7" w:rsidRDefault="00612D6C">
      <w:pPr>
        <w:spacing w:before="140" w:after="60"/>
      </w:pPr>
      <w:r w:rsidRPr="00612D6C">
        <w:rPr>
          <w:b/>
          <w:color w:val="1F4E79"/>
          <w:sz w:val="22"/>
        </w:rPr>
        <w:lastRenderedPageBreak/>
        <w:t>Section 3. Detailed Budget Breakdown</w:t>
      </w:r>
    </w:p>
    <w:p w14:paraId="550BAA3F" w14:textId="18CF5B52" w:rsidR="00F561B7" w:rsidRPr="00612D6C" w:rsidRDefault="00612D6C">
      <w:pPr>
        <w:spacing w:after="80"/>
      </w:pPr>
      <w:r w:rsidRPr="00612D6C">
        <w:t xml:space="preserve">Each budget item must be linked to a specific activity from the </w:t>
      </w:r>
      <w:r>
        <w:t>Implementation Schedule</w:t>
      </w:r>
      <w:r w:rsidRPr="00612D6C">
        <w:t xml:space="preserve"> (Annex 3). For equipment, materials, and services, specify the unit of measurement, quantity, unit price, and total amount.</w:t>
      </w:r>
    </w:p>
    <w:tbl>
      <w:tblPr>
        <w:tblStyle w:val="aff0"/>
        <w:tblW w:w="15828" w:type="dxa"/>
        <w:jc w:val="center"/>
        <w:tblLayout w:type="fixed"/>
        <w:tblLook w:val="04A0" w:firstRow="1" w:lastRow="0" w:firstColumn="1" w:lastColumn="0" w:noHBand="0" w:noVBand="1"/>
      </w:tblPr>
      <w:tblGrid>
        <w:gridCol w:w="379"/>
        <w:gridCol w:w="1741"/>
        <w:gridCol w:w="1741"/>
        <w:gridCol w:w="3320"/>
        <w:gridCol w:w="597"/>
        <w:gridCol w:w="652"/>
        <w:gridCol w:w="1088"/>
        <w:gridCol w:w="1088"/>
        <w:gridCol w:w="1305"/>
        <w:gridCol w:w="1196"/>
        <w:gridCol w:w="2721"/>
      </w:tblGrid>
      <w:tr w:rsidR="00F561B7" w14:paraId="7956D67B" w14:textId="77777777" w:rsidTr="001D73D8">
        <w:trPr>
          <w:cantSplit/>
          <w:trHeight w:val="313"/>
          <w:tblHeader/>
          <w:jc w:val="center"/>
        </w:trPr>
        <w:tc>
          <w:tcPr>
            <w:tcW w:w="379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8F20E2" w14:textId="35A2DD0F" w:rsidR="00F561B7" w:rsidRDefault="00612D6C">
            <w:pPr>
              <w:jc w:val="center"/>
            </w:pPr>
            <w:r>
              <w:rPr>
                <w:b/>
                <w:sz w:val="14"/>
              </w:rPr>
              <w:t>No.</w:t>
            </w:r>
          </w:p>
        </w:tc>
        <w:tc>
          <w:tcPr>
            <w:tcW w:w="174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ED4A73" w14:textId="511361AB" w:rsidR="00F561B7" w:rsidRDefault="00A07E01">
            <w:pPr>
              <w:jc w:val="center"/>
            </w:pPr>
            <w:r w:rsidRPr="00A07E01">
              <w:rPr>
                <w:b/>
                <w:sz w:val="14"/>
              </w:rPr>
              <w:t>Activity from Annex 3</w:t>
            </w:r>
          </w:p>
        </w:tc>
        <w:tc>
          <w:tcPr>
            <w:tcW w:w="174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4E2181" w14:textId="55F03120" w:rsidR="00F561B7" w:rsidRDefault="00A07E01">
            <w:pPr>
              <w:jc w:val="center"/>
            </w:pPr>
            <w:r w:rsidRPr="00A07E01">
              <w:rPr>
                <w:b/>
                <w:sz w:val="14"/>
              </w:rPr>
              <w:t>Cost category</w:t>
            </w:r>
          </w:p>
        </w:tc>
        <w:tc>
          <w:tcPr>
            <w:tcW w:w="332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6811ED" w14:textId="07E07650" w:rsidR="00F561B7" w:rsidRDefault="00A07E01">
            <w:pPr>
              <w:jc w:val="center"/>
            </w:pPr>
            <w:r w:rsidRPr="00A07E01">
              <w:rPr>
                <w:b/>
                <w:sz w:val="14"/>
              </w:rPr>
              <w:t>Description of item / specification</w:t>
            </w:r>
          </w:p>
        </w:tc>
        <w:tc>
          <w:tcPr>
            <w:tcW w:w="59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84968D" w14:textId="4E678BF6" w:rsidR="00F561B7" w:rsidRDefault="00A07E01">
            <w:pPr>
              <w:jc w:val="center"/>
            </w:pPr>
            <w:r>
              <w:rPr>
                <w:b/>
                <w:sz w:val="14"/>
              </w:rPr>
              <w:t>Unit</w:t>
            </w:r>
          </w:p>
        </w:tc>
        <w:tc>
          <w:tcPr>
            <w:tcW w:w="652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9076F6" w14:textId="5851A072" w:rsidR="00F561B7" w:rsidRDefault="00A07E01">
            <w:pPr>
              <w:jc w:val="center"/>
            </w:pPr>
            <w:r>
              <w:rPr>
                <w:b/>
                <w:sz w:val="14"/>
              </w:rPr>
              <w:t>Quantity</w:t>
            </w:r>
          </w:p>
        </w:tc>
        <w:tc>
          <w:tcPr>
            <w:tcW w:w="108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30B01A" w14:textId="4063344C" w:rsidR="00F561B7" w:rsidRDefault="00244267">
            <w:pPr>
              <w:jc w:val="center"/>
            </w:pPr>
            <w:r w:rsidRPr="00244267">
              <w:rPr>
                <w:b/>
                <w:sz w:val="14"/>
              </w:rPr>
              <w:t>Unit price (USD)</w:t>
            </w:r>
          </w:p>
        </w:tc>
        <w:tc>
          <w:tcPr>
            <w:tcW w:w="108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E0D57F" w14:textId="5B571E42" w:rsidR="00F561B7" w:rsidRDefault="00244267">
            <w:pPr>
              <w:jc w:val="center"/>
            </w:pPr>
            <w:r>
              <w:rPr>
                <w:b/>
                <w:sz w:val="14"/>
              </w:rPr>
              <w:t>Total (USD)</w:t>
            </w:r>
          </w:p>
        </w:tc>
        <w:tc>
          <w:tcPr>
            <w:tcW w:w="130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6B533C" w14:textId="61952AAD" w:rsidR="00F561B7" w:rsidRDefault="007941CE">
            <w:pPr>
              <w:jc w:val="center"/>
            </w:pPr>
            <w:r>
              <w:rPr>
                <w:b/>
                <w:sz w:val="14"/>
              </w:rPr>
              <w:t>Amount requested (USD)</w:t>
            </w:r>
          </w:p>
        </w:tc>
        <w:tc>
          <w:tcPr>
            <w:tcW w:w="119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65066D" w14:textId="232779F3" w:rsidR="00F561B7" w:rsidRDefault="007941CE">
            <w:pPr>
              <w:jc w:val="center"/>
            </w:pPr>
            <w:r>
              <w:rPr>
                <w:b/>
                <w:sz w:val="14"/>
              </w:rPr>
              <w:t>Co-financing (USD)</w:t>
            </w:r>
          </w:p>
        </w:tc>
        <w:tc>
          <w:tcPr>
            <w:tcW w:w="272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B4776F" w14:textId="42E27A71" w:rsidR="00F561B7" w:rsidRDefault="007941CE">
            <w:pPr>
              <w:jc w:val="center"/>
            </w:pPr>
            <w:r w:rsidRPr="007941CE">
              <w:rPr>
                <w:b/>
                <w:sz w:val="14"/>
              </w:rPr>
              <w:t>Price justification / supporting document</w:t>
            </w:r>
          </w:p>
        </w:tc>
      </w:tr>
      <w:tr w:rsidR="00F561B7" w14:paraId="74C251C9" w14:textId="77777777" w:rsidTr="001D73D8">
        <w:trPr>
          <w:cantSplit/>
          <w:trHeight w:val="296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6F21F3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3"/>
              </w:rPr>
              <w:t>1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762518" w14:textId="2E347FD1" w:rsidR="00F561B7" w:rsidRDefault="00852D62">
            <w:r w:rsidRPr="00852D62">
              <w:rPr>
                <w:i/>
                <w:color w:val="666666"/>
                <w:sz w:val="13"/>
              </w:rPr>
              <w:t>1. Preparation of start-up package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9DDF0" w14:textId="20D399EF" w:rsidR="00F561B7" w:rsidRDefault="00F1552D">
            <w:r w:rsidRPr="00F1552D">
              <w:rPr>
                <w:i/>
                <w:color w:val="666666"/>
                <w:sz w:val="13"/>
              </w:rPr>
              <w:t>Specialist services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442052" w14:textId="7CBF0BCB" w:rsidR="00F561B7" w:rsidRPr="00F1552D" w:rsidRDefault="00F1552D">
            <w:r w:rsidRPr="00F1552D">
              <w:rPr>
                <w:i/>
                <w:color w:val="666666"/>
                <w:sz w:val="13"/>
              </w:rPr>
              <w:t>Technical specialist / engineer for clarification of scope of works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8C55A" w14:textId="137ECC84" w:rsidR="00F561B7" w:rsidRDefault="00F1552D">
            <w:pPr>
              <w:jc w:val="center"/>
            </w:pPr>
            <w:r>
              <w:rPr>
                <w:i/>
                <w:color w:val="666666"/>
                <w:sz w:val="13"/>
              </w:rPr>
              <w:t>day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D7E62F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A686C5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8D0A69" w14:textId="77777777" w:rsidR="00F561B7" w:rsidRDefault="00F561B7">
            <w:pPr>
              <w:jc w:val="center"/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525A0" w14:textId="77777777" w:rsidR="00F561B7" w:rsidRDefault="00F561B7">
            <w:pPr>
              <w:jc w:val="center"/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114FE7" w14:textId="77777777" w:rsidR="00F561B7" w:rsidRDefault="00F561B7">
            <w:pPr>
              <w:jc w:val="center"/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333699" w14:textId="1B195052" w:rsidR="00F561B7" w:rsidRDefault="007941CE">
            <w:r w:rsidRPr="007941CE">
              <w:rPr>
                <w:i/>
                <w:color w:val="666666"/>
                <w:sz w:val="13"/>
              </w:rPr>
              <w:t>Rate calculation / specialist CV</w:t>
            </w:r>
          </w:p>
        </w:tc>
      </w:tr>
      <w:tr w:rsidR="00F561B7" w14:paraId="39482623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C893CA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3"/>
              </w:rPr>
              <w:t>2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A8B50" w14:textId="4DF5C0AD" w:rsidR="00F561B7" w:rsidRDefault="00F1552D">
            <w:r w:rsidRPr="00F1552D">
              <w:rPr>
                <w:i/>
                <w:color w:val="666666"/>
                <w:sz w:val="13"/>
              </w:rPr>
              <w:t>2. Procurement of materials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1F8196" w14:textId="61B6F2A6" w:rsidR="00F561B7" w:rsidRDefault="00F1552D">
            <w:r>
              <w:rPr>
                <w:i/>
                <w:color w:val="666666"/>
                <w:sz w:val="13"/>
              </w:rPr>
              <w:t>Materials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BB2557" w14:textId="2860D913" w:rsidR="00F561B7" w:rsidRPr="00F1552D" w:rsidRDefault="00F1552D">
            <w:r w:rsidRPr="00F1552D">
              <w:rPr>
                <w:i/>
                <w:color w:val="666666"/>
                <w:sz w:val="13"/>
              </w:rPr>
              <w:t xml:space="preserve">Materials in accordance with </w:t>
            </w:r>
            <w:proofErr w:type="spellStart"/>
            <w:r w:rsidRPr="00F1552D">
              <w:rPr>
                <w:i/>
                <w:color w:val="666666"/>
                <w:sz w:val="13"/>
              </w:rPr>
              <w:t>BoQ</w:t>
            </w:r>
            <w:proofErr w:type="spellEnd"/>
            <w:r w:rsidRPr="00F1552D">
              <w:rPr>
                <w:i/>
                <w:color w:val="666666"/>
                <w:sz w:val="13"/>
              </w:rPr>
              <w:t xml:space="preserve"> / preliminary cost estimate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94703D" w14:textId="32A53778" w:rsidR="00F561B7" w:rsidRDefault="00F1552D">
            <w:pPr>
              <w:jc w:val="center"/>
            </w:pPr>
            <w:r>
              <w:rPr>
                <w:i/>
                <w:color w:val="666666"/>
                <w:sz w:val="13"/>
              </w:rPr>
              <w:t>Set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A2DB1C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BC79E5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9D0CEC" w14:textId="77777777" w:rsidR="00F561B7" w:rsidRDefault="00F561B7">
            <w:pPr>
              <w:jc w:val="center"/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05A58E" w14:textId="77777777" w:rsidR="00F561B7" w:rsidRDefault="00F561B7">
            <w:pPr>
              <w:jc w:val="center"/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AD210A" w14:textId="77777777" w:rsidR="00F561B7" w:rsidRDefault="00F561B7">
            <w:pPr>
              <w:jc w:val="center"/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D9380D" w14:textId="10A2E28C" w:rsidR="00F561B7" w:rsidRDefault="007941CE">
            <w:r w:rsidRPr="007941CE">
              <w:rPr>
                <w:i/>
                <w:color w:val="666666"/>
                <w:sz w:val="13"/>
              </w:rPr>
              <w:t xml:space="preserve">Price list / cost estimate / </w:t>
            </w:r>
            <w:proofErr w:type="spellStart"/>
            <w:r w:rsidRPr="007941CE">
              <w:rPr>
                <w:i/>
                <w:color w:val="666666"/>
                <w:sz w:val="13"/>
              </w:rPr>
              <w:t>BoQ</w:t>
            </w:r>
            <w:proofErr w:type="spellEnd"/>
          </w:p>
        </w:tc>
      </w:tr>
      <w:tr w:rsidR="00F561B7" w14:paraId="30BC4CEA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EBD745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3"/>
              </w:rPr>
              <w:t>3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AE41A4" w14:textId="26858CEE" w:rsidR="00F561B7" w:rsidRDefault="00F1552D">
            <w:r w:rsidRPr="00F1552D">
              <w:rPr>
                <w:i/>
                <w:color w:val="666666"/>
                <w:sz w:val="13"/>
              </w:rPr>
              <w:t>3. Procurement of equipment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1906AB" w14:textId="15DD3768" w:rsidR="00F561B7" w:rsidRDefault="00F1552D">
            <w:r w:rsidRPr="00F1552D">
              <w:rPr>
                <w:i/>
                <w:color w:val="666666"/>
                <w:sz w:val="13"/>
              </w:rPr>
              <w:t>Equipment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1C302" w14:textId="658A0ABE" w:rsidR="00F561B7" w:rsidRPr="00AD25B2" w:rsidRDefault="00AD25B2">
            <w:r w:rsidRPr="00AD25B2">
              <w:rPr>
                <w:i/>
                <w:color w:val="666666"/>
                <w:sz w:val="13"/>
              </w:rPr>
              <w:t>Equipment with indication of main specifications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430B5A" w14:textId="1EA869B3" w:rsidR="00F561B7" w:rsidRDefault="00AD25B2">
            <w:pPr>
              <w:jc w:val="center"/>
            </w:pPr>
            <w:r>
              <w:rPr>
                <w:i/>
                <w:color w:val="666666"/>
                <w:sz w:val="13"/>
              </w:rPr>
              <w:t>unit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175D8D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6CCC9A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F21CBD" w14:textId="77777777" w:rsidR="00F561B7" w:rsidRDefault="00F561B7">
            <w:pPr>
              <w:jc w:val="center"/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4574F8" w14:textId="77777777" w:rsidR="00F561B7" w:rsidRDefault="00F561B7">
            <w:pPr>
              <w:jc w:val="center"/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A5471B" w14:textId="77777777" w:rsidR="00F561B7" w:rsidRDefault="00F561B7">
            <w:pPr>
              <w:jc w:val="center"/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597C6" w14:textId="56699AC4" w:rsidR="00F561B7" w:rsidRDefault="00C776A0">
            <w:r w:rsidRPr="00C776A0">
              <w:rPr>
                <w:i/>
                <w:color w:val="666666"/>
                <w:sz w:val="13"/>
              </w:rPr>
              <w:t>At least one price quotation</w:t>
            </w:r>
          </w:p>
        </w:tc>
      </w:tr>
      <w:tr w:rsidR="00F561B7" w14:paraId="6F30D13D" w14:textId="77777777" w:rsidTr="001D73D8">
        <w:trPr>
          <w:cantSplit/>
          <w:trHeight w:val="296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DF7982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3"/>
              </w:rPr>
              <w:t>4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55B87" w14:textId="22AE6B30" w:rsidR="00F561B7" w:rsidRDefault="00AD25B2">
            <w:r w:rsidRPr="00AD25B2">
              <w:rPr>
                <w:i/>
                <w:color w:val="666666"/>
                <w:sz w:val="13"/>
              </w:rPr>
              <w:t>4. Implementation of works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D501B8" w14:textId="385C4991" w:rsidR="00F561B7" w:rsidRDefault="00AD25B2">
            <w:r w:rsidRPr="00AD25B2">
              <w:rPr>
                <w:i/>
                <w:color w:val="666666"/>
                <w:sz w:val="13"/>
              </w:rPr>
              <w:t>Contractor works / services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AFA1BF" w14:textId="14437211" w:rsidR="00F561B7" w:rsidRPr="00AD25B2" w:rsidRDefault="00AD25B2">
            <w:r w:rsidRPr="00AD25B2">
              <w:rPr>
                <w:i/>
                <w:color w:val="666666"/>
                <w:sz w:val="13"/>
              </w:rPr>
              <w:t>Installation, construction, rehabilitation, or other technical works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DCF52E" w14:textId="1B3D2903" w:rsidR="00F561B7" w:rsidRDefault="00AD25B2">
            <w:pPr>
              <w:jc w:val="center"/>
            </w:pPr>
            <w:r>
              <w:rPr>
                <w:i/>
                <w:color w:val="666666"/>
                <w:sz w:val="13"/>
              </w:rPr>
              <w:t>service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6A28D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86E7F2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7CF7E5" w14:textId="77777777" w:rsidR="00F561B7" w:rsidRDefault="00F561B7">
            <w:pPr>
              <w:jc w:val="center"/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EE2E2" w14:textId="77777777" w:rsidR="00F561B7" w:rsidRDefault="00F561B7">
            <w:pPr>
              <w:jc w:val="center"/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92D802" w14:textId="77777777" w:rsidR="00F561B7" w:rsidRDefault="00F561B7">
            <w:pPr>
              <w:jc w:val="center"/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75B1BF" w14:textId="275D2F4E" w:rsidR="00F561B7" w:rsidRDefault="00C776A0">
            <w:r w:rsidRPr="00C776A0">
              <w:rPr>
                <w:i/>
                <w:color w:val="666666"/>
                <w:sz w:val="13"/>
              </w:rPr>
              <w:t>Cost estimate / commercial quotation</w:t>
            </w:r>
          </w:p>
        </w:tc>
      </w:tr>
      <w:tr w:rsidR="00F561B7" w14:paraId="3693C054" w14:textId="77777777" w:rsidTr="001D73D8">
        <w:trPr>
          <w:cantSplit/>
          <w:trHeight w:val="296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D7FDBB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3"/>
              </w:rPr>
              <w:t>5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2DD069" w14:textId="557FC0F0" w:rsidR="00F561B7" w:rsidRDefault="00112D87">
            <w:r w:rsidRPr="00112D87">
              <w:rPr>
                <w:i/>
                <w:color w:val="666666"/>
                <w:sz w:val="13"/>
              </w:rPr>
              <w:t xml:space="preserve">. </w:t>
            </w:r>
            <w:r>
              <w:rPr>
                <w:i/>
                <w:color w:val="666666"/>
                <w:sz w:val="13"/>
              </w:rPr>
              <w:t xml:space="preserve">5. </w:t>
            </w:r>
            <w:r w:rsidRPr="00112D87">
              <w:rPr>
                <w:i/>
                <w:color w:val="666666"/>
                <w:sz w:val="13"/>
              </w:rPr>
              <w:t>Quality monitoring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A1586A" w14:textId="2FF56112" w:rsidR="00F561B7" w:rsidRDefault="00112D87">
            <w:r w:rsidRPr="00112D87">
              <w:rPr>
                <w:i/>
                <w:color w:val="666666"/>
                <w:sz w:val="13"/>
              </w:rPr>
              <w:t>Monitoring and acceptance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C98F2F" w14:textId="31D92B67" w:rsidR="00F561B7" w:rsidRPr="00112D87" w:rsidRDefault="00112D87">
            <w:r w:rsidRPr="00112D87">
              <w:rPr>
                <w:i/>
                <w:color w:val="666666"/>
                <w:sz w:val="13"/>
              </w:rPr>
              <w:t>Photographic documentation, technical supervision, acceptance of results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86CC27" w14:textId="5EA74FD0" w:rsidR="00F561B7" w:rsidRDefault="00112D87">
            <w:pPr>
              <w:jc w:val="center"/>
            </w:pPr>
            <w:r>
              <w:rPr>
                <w:i/>
                <w:color w:val="666666"/>
                <w:sz w:val="13"/>
              </w:rPr>
              <w:t>service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2B1FD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82E4C4" w14:textId="77777777" w:rsidR="00F561B7" w:rsidRDefault="00F561B7">
            <w:pPr>
              <w:jc w:val="center"/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8F1355" w14:textId="77777777" w:rsidR="00F561B7" w:rsidRDefault="00F561B7">
            <w:pPr>
              <w:jc w:val="center"/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E5A5CD" w14:textId="77777777" w:rsidR="00F561B7" w:rsidRDefault="00F561B7">
            <w:pPr>
              <w:jc w:val="center"/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16A87B" w14:textId="77777777" w:rsidR="00F561B7" w:rsidRDefault="00F561B7">
            <w:pPr>
              <w:jc w:val="center"/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4A25AB" w14:textId="0606400E" w:rsidR="00F561B7" w:rsidRDefault="00C776A0">
            <w:r w:rsidRPr="00C776A0">
              <w:rPr>
                <w:i/>
                <w:color w:val="666666"/>
                <w:sz w:val="13"/>
              </w:rPr>
              <w:t>Monitoring plan / calculation</w:t>
            </w:r>
          </w:p>
        </w:tc>
      </w:tr>
      <w:tr w:rsidR="00F561B7" w14:paraId="7B78437E" w14:textId="77777777" w:rsidTr="001D73D8">
        <w:trPr>
          <w:cantSplit/>
          <w:trHeight w:val="164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461AA0" w14:textId="77777777" w:rsidR="00F561B7" w:rsidRDefault="006A289D">
            <w:pPr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784A3C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C4BF08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E16A93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C26CFB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DBC262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BD0458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5C562B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62A44A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5573D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30AD62" w14:textId="77777777" w:rsidR="00F561B7" w:rsidRDefault="00F561B7"/>
        </w:tc>
      </w:tr>
      <w:tr w:rsidR="00F561B7" w14:paraId="601E5B0D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C23022" w14:textId="77777777" w:rsidR="00F561B7" w:rsidRDefault="006A289D">
            <w:pPr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D6FD3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7EBEF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A31A73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3A7375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6C4CDC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CD6958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4F0B24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6B4A6F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133C72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02BD21" w14:textId="77777777" w:rsidR="00F561B7" w:rsidRDefault="00F561B7"/>
        </w:tc>
      </w:tr>
      <w:tr w:rsidR="00F561B7" w14:paraId="24473B58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97E72E" w14:textId="77777777" w:rsidR="00F561B7" w:rsidRDefault="006A289D">
            <w:pPr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8C80F0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B5DFD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9194D7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07E575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FA7BD2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6CD140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A4534D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1C7CA6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E6D7AD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CECDA" w14:textId="77777777" w:rsidR="00F561B7" w:rsidRDefault="00F561B7"/>
        </w:tc>
      </w:tr>
      <w:tr w:rsidR="00F561B7" w14:paraId="6B99C87B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BC51C5" w14:textId="77777777" w:rsidR="00F561B7" w:rsidRDefault="006A289D">
            <w:pPr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99D240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23B95E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B1600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D7E972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23A68A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B8B3BA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D3DE3B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015A6C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F6A4AB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18203E" w14:textId="77777777" w:rsidR="00F561B7" w:rsidRDefault="00F561B7"/>
        </w:tc>
      </w:tr>
      <w:tr w:rsidR="00F561B7" w14:paraId="4C37DAA9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AD0E59" w14:textId="77777777" w:rsidR="00F561B7" w:rsidRDefault="006A289D">
            <w:pPr>
              <w:jc w:val="center"/>
            </w:pPr>
            <w:r>
              <w:rPr>
                <w:sz w:val="13"/>
              </w:rPr>
              <w:t>10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0C22F4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A5D470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D3B8D0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65BB3D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CCC510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B0CF9B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192A27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72E086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C6406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361107" w14:textId="77777777" w:rsidR="00F561B7" w:rsidRDefault="00F561B7"/>
        </w:tc>
      </w:tr>
      <w:tr w:rsidR="00F561B7" w14:paraId="6EDA953A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CC6A2E" w14:textId="77777777" w:rsidR="00F561B7" w:rsidRDefault="006A289D">
            <w:pPr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121697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F97B50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FCB1CF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3E34E2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7F7E0B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1351D4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36DFB8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318E67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30E938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700774" w14:textId="77777777" w:rsidR="00F561B7" w:rsidRDefault="00F561B7"/>
        </w:tc>
      </w:tr>
      <w:tr w:rsidR="00F561B7" w14:paraId="7F6E4F97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9BB2BA" w14:textId="77777777" w:rsidR="00F561B7" w:rsidRDefault="006A289D">
            <w:pPr>
              <w:jc w:val="center"/>
            </w:pPr>
            <w:r>
              <w:rPr>
                <w:sz w:val="13"/>
              </w:rPr>
              <w:t>12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246FB3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DDEF9C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3DF563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FB95E7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B2AEEF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EDF5DF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FE26FC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2A4326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5EEC15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93D564" w14:textId="77777777" w:rsidR="00F561B7" w:rsidRDefault="00F561B7"/>
        </w:tc>
      </w:tr>
      <w:tr w:rsidR="00F561B7" w14:paraId="357EB7D6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F05422" w14:textId="77777777" w:rsidR="00F561B7" w:rsidRDefault="006A289D">
            <w:pPr>
              <w:jc w:val="center"/>
            </w:pPr>
            <w:r>
              <w:rPr>
                <w:sz w:val="13"/>
              </w:rPr>
              <w:t>13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D874FE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0D098B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33E818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5BCF50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2D0DCC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772DDD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27608E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02FA8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21147A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1B5AFE" w14:textId="77777777" w:rsidR="00F561B7" w:rsidRDefault="00F561B7"/>
        </w:tc>
      </w:tr>
      <w:tr w:rsidR="00F561B7" w14:paraId="3B6E8E7E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5F666E" w14:textId="77777777" w:rsidR="00F561B7" w:rsidRDefault="006A289D">
            <w:pPr>
              <w:jc w:val="center"/>
            </w:pPr>
            <w:r>
              <w:rPr>
                <w:sz w:val="13"/>
              </w:rPr>
              <w:t>14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E9740F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164516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65041B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5B529C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7CD323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BC9C7C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CC4449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6470B9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4538A1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9A6702" w14:textId="77777777" w:rsidR="00F561B7" w:rsidRDefault="00F561B7"/>
        </w:tc>
      </w:tr>
      <w:tr w:rsidR="00F561B7" w14:paraId="77AF3B52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5D5EA7" w14:textId="77777777" w:rsidR="00F561B7" w:rsidRDefault="006A289D">
            <w:pPr>
              <w:jc w:val="center"/>
            </w:pPr>
            <w:r>
              <w:rPr>
                <w:sz w:val="13"/>
              </w:rPr>
              <w:t>15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04EF34" w14:textId="77777777" w:rsidR="00F561B7" w:rsidRDefault="00F561B7"/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59831F" w14:textId="77777777" w:rsidR="00F561B7" w:rsidRDefault="00F561B7"/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07FEF3" w14:textId="77777777" w:rsidR="00F561B7" w:rsidRDefault="00F561B7"/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CC7D14" w14:textId="77777777" w:rsidR="00F561B7" w:rsidRDefault="00F561B7"/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E74913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EB2B74" w14:textId="77777777" w:rsidR="00F561B7" w:rsidRDefault="00F561B7"/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EEDAE7" w14:textId="77777777" w:rsidR="00F561B7" w:rsidRDefault="00F561B7"/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50C0FC" w14:textId="77777777" w:rsidR="00F561B7" w:rsidRDefault="00F561B7"/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08610E" w14:textId="77777777" w:rsidR="00F561B7" w:rsidRDefault="00F561B7"/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804A4C" w14:textId="77777777" w:rsidR="00F561B7" w:rsidRDefault="00F561B7"/>
        </w:tc>
      </w:tr>
      <w:tr w:rsidR="00F561B7" w14:paraId="159CB302" w14:textId="77777777" w:rsidTr="001D73D8">
        <w:trPr>
          <w:cantSplit/>
          <w:trHeight w:val="181"/>
          <w:jc w:val="center"/>
        </w:trPr>
        <w:tc>
          <w:tcPr>
            <w:tcW w:w="379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83A06B" w14:textId="77777777" w:rsidR="00F561B7" w:rsidRDefault="00F561B7">
            <w:pPr>
              <w:jc w:val="center"/>
            </w:pPr>
          </w:p>
        </w:tc>
        <w:tc>
          <w:tcPr>
            <w:tcW w:w="1741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ADE471" w14:textId="12D19605" w:rsidR="00F561B7" w:rsidRDefault="00112D87">
            <w:pPr>
              <w:jc w:val="center"/>
            </w:pPr>
            <w:r>
              <w:rPr>
                <w:b/>
                <w:sz w:val="14"/>
              </w:rPr>
              <w:t>TOTAL</w:t>
            </w:r>
          </w:p>
        </w:tc>
        <w:tc>
          <w:tcPr>
            <w:tcW w:w="1741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21860A" w14:textId="77777777" w:rsidR="00F561B7" w:rsidRDefault="00F561B7">
            <w:pPr>
              <w:jc w:val="center"/>
            </w:pPr>
          </w:p>
        </w:tc>
        <w:tc>
          <w:tcPr>
            <w:tcW w:w="3320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1FEFF2" w14:textId="77777777" w:rsidR="00F561B7" w:rsidRDefault="00F561B7">
            <w:pPr>
              <w:jc w:val="center"/>
            </w:pPr>
          </w:p>
        </w:tc>
        <w:tc>
          <w:tcPr>
            <w:tcW w:w="597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44E73D" w14:textId="77777777" w:rsidR="00F561B7" w:rsidRDefault="00F561B7">
            <w:pPr>
              <w:jc w:val="center"/>
            </w:pPr>
          </w:p>
        </w:tc>
        <w:tc>
          <w:tcPr>
            <w:tcW w:w="652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67DE36" w14:textId="77777777" w:rsidR="00F561B7" w:rsidRDefault="00F561B7">
            <w:pPr>
              <w:jc w:val="center"/>
            </w:pPr>
          </w:p>
        </w:tc>
        <w:tc>
          <w:tcPr>
            <w:tcW w:w="1088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C4894C" w14:textId="77777777" w:rsidR="00F561B7" w:rsidRDefault="00F561B7">
            <w:pPr>
              <w:jc w:val="center"/>
            </w:pPr>
          </w:p>
        </w:tc>
        <w:tc>
          <w:tcPr>
            <w:tcW w:w="1088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D3ED9D" w14:textId="77777777" w:rsidR="00F561B7" w:rsidRDefault="00F561B7">
            <w:pPr>
              <w:jc w:val="center"/>
            </w:pPr>
          </w:p>
        </w:tc>
        <w:tc>
          <w:tcPr>
            <w:tcW w:w="1305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4FAB67" w14:textId="77777777" w:rsidR="00F561B7" w:rsidRDefault="00F561B7">
            <w:pPr>
              <w:jc w:val="center"/>
            </w:pPr>
          </w:p>
        </w:tc>
        <w:tc>
          <w:tcPr>
            <w:tcW w:w="1196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6F6290" w14:textId="77777777" w:rsidR="00F561B7" w:rsidRDefault="00F561B7">
            <w:pPr>
              <w:jc w:val="center"/>
            </w:pPr>
          </w:p>
        </w:tc>
        <w:tc>
          <w:tcPr>
            <w:tcW w:w="2721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25077A" w14:textId="77777777" w:rsidR="00F561B7" w:rsidRDefault="00F561B7">
            <w:pPr>
              <w:jc w:val="center"/>
            </w:pPr>
          </w:p>
        </w:tc>
      </w:tr>
    </w:tbl>
    <w:p w14:paraId="378C057B" w14:textId="520707BD" w:rsidR="00F561B7" w:rsidRDefault="00505AE7">
      <w:pPr>
        <w:spacing w:before="140" w:after="60"/>
      </w:pPr>
      <w:r w:rsidRPr="00505AE7">
        <w:rPr>
          <w:b/>
          <w:color w:val="1F4E79"/>
          <w:sz w:val="22"/>
        </w:rPr>
        <w:t>Section 4. Co-Financing and In-Kind Contribution</w:t>
      </w:r>
    </w:p>
    <w:p w14:paraId="11BB0A8A" w14:textId="703701F5" w:rsidR="00F561B7" w:rsidRPr="00505AE7" w:rsidRDefault="00505AE7">
      <w:pPr>
        <w:spacing w:after="80"/>
      </w:pPr>
      <w:r w:rsidRPr="00505AE7">
        <w:t>Specify only contributions directly related to project implementation. The value of in-kind contributions must be realistically calculated and supported by relevant documents.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2268"/>
        <w:gridCol w:w="2268"/>
        <w:gridCol w:w="3969"/>
        <w:gridCol w:w="1417"/>
        <w:gridCol w:w="1701"/>
        <w:gridCol w:w="3402"/>
      </w:tblGrid>
      <w:tr w:rsidR="00F561B7" w14:paraId="03443A02" w14:textId="77777777">
        <w:trPr>
          <w:tblHeader/>
          <w:jc w:val="center"/>
        </w:trPr>
        <w:tc>
          <w:tcPr>
            <w:tcW w:w="45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901537" w14:textId="51B97245" w:rsidR="00F561B7" w:rsidRDefault="00505AE7">
            <w:pPr>
              <w:jc w:val="center"/>
            </w:pPr>
            <w:r>
              <w:rPr>
                <w:b/>
                <w:sz w:val="15"/>
              </w:rPr>
              <w:t>No.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8ACAF3" w14:textId="727389A2" w:rsidR="00F561B7" w:rsidRDefault="00505AE7">
            <w:pPr>
              <w:jc w:val="center"/>
            </w:pPr>
            <w:r>
              <w:rPr>
                <w:b/>
                <w:sz w:val="15"/>
              </w:rPr>
              <w:t>Type of contribution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98C2AB" w14:textId="66D24012" w:rsidR="00F561B7" w:rsidRDefault="00505AE7">
            <w:pPr>
              <w:jc w:val="center"/>
            </w:pPr>
            <w:r w:rsidRPr="00505AE7">
              <w:rPr>
                <w:b/>
                <w:sz w:val="15"/>
              </w:rPr>
              <w:t>Provided by</w:t>
            </w:r>
          </w:p>
        </w:tc>
        <w:tc>
          <w:tcPr>
            <w:tcW w:w="3969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70CD4C" w14:textId="38A9B50B" w:rsidR="00F561B7" w:rsidRPr="00505AE7" w:rsidRDefault="00505AE7">
            <w:pPr>
              <w:jc w:val="center"/>
            </w:pPr>
            <w:r w:rsidRPr="00505AE7">
              <w:rPr>
                <w:b/>
                <w:sz w:val="15"/>
              </w:rPr>
              <w:t>Description and link to activities</w:t>
            </w:r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80B8C5" w14:textId="18C1600B" w:rsidR="00F561B7" w:rsidRDefault="00505AE7">
            <w:pPr>
              <w:jc w:val="center"/>
            </w:pPr>
            <w:r w:rsidRPr="00505AE7">
              <w:rPr>
                <w:b/>
                <w:sz w:val="15"/>
              </w:rPr>
              <w:t>Period</w:t>
            </w:r>
          </w:p>
        </w:tc>
        <w:tc>
          <w:tcPr>
            <w:tcW w:w="170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D4771" w14:textId="3AD5CCCB" w:rsidR="00F561B7" w:rsidRDefault="00F55C53">
            <w:pPr>
              <w:jc w:val="center"/>
            </w:pPr>
            <w:r w:rsidRPr="00F55C53">
              <w:rPr>
                <w:b/>
                <w:sz w:val="15"/>
              </w:rPr>
              <w:t>Estimated value (USD)</w:t>
            </w:r>
          </w:p>
        </w:tc>
        <w:tc>
          <w:tcPr>
            <w:tcW w:w="3402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EA86DB" w14:textId="7103FF57" w:rsidR="00F561B7" w:rsidRDefault="004D4DB8">
            <w:pPr>
              <w:jc w:val="center"/>
            </w:pPr>
            <w:r w:rsidRPr="004D4DB8">
              <w:rPr>
                <w:b/>
                <w:sz w:val="15"/>
              </w:rPr>
              <w:t>Supporting document</w:t>
            </w:r>
          </w:p>
        </w:tc>
      </w:tr>
      <w:tr w:rsidR="00F561B7" w14:paraId="50ED2F35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7205E9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4"/>
              </w:rPr>
              <w:t>1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9BBC7" w14:textId="1B4258F0" w:rsidR="00F561B7" w:rsidRDefault="00DC6E97">
            <w:r w:rsidRPr="00DC6E97">
              <w:rPr>
                <w:i/>
                <w:color w:val="666666"/>
                <w:sz w:val="14"/>
              </w:rPr>
              <w:t>Labor contribution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857CB6" w14:textId="6A195CA7" w:rsidR="00F561B7" w:rsidRDefault="00DC6E97">
            <w:r>
              <w:rPr>
                <w:i/>
                <w:color w:val="666666"/>
                <w:sz w:val="14"/>
              </w:rPr>
              <w:t>Applicant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0E2D87" w14:textId="323D3CBF" w:rsidR="00F561B7" w:rsidRPr="00DC6E97" w:rsidRDefault="00DC6E97">
            <w:r w:rsidRPr="00DC6E97">
              <w:rPr>
                <w:i/>
                <w:color w:val="666666"/>
                <w:sz w:val="14"/>
              </w:rPr>
              <w:t>Project coordination, monitoring, work with users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F584F5" w14:textId="314E9C9F" w:rsidR="00F561B7" w:rsidRDefault="006A289D">
            <w:pPr>
              <w:jc w:val="center"/>
            </w:pPr>
            <w:r w:rsidRPr="001D73D8">
              <w:rPr>
                <w:i/>
                <w:color w:val="666666"/>
                <w:sz w:val="14"/>
                <w:highlight w:val="yellow"/>
              </w:rPr>
              <w:t>М1-М</w:t>
            </w:r>
            <w:r w:rsidR="001D73D8" w:rsidRPr="001D73D8">
              <w:rPr>
                <w:i/>
                <w:color w:val="666666"/>
                <w:sz w:val="14"/>
                <w:highlight w:val="yellow"/>
              </w:rPr>
              <w:t>9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FAA0F1" w14:textId="77777777" w:rsidR="00F561B7" w:rsidRDefault="00F561B7">
            <w:pPr>
              <w:jc w:val="center"/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FD13CB" w14:textId="7C30D939" w:rsidR="00F561B7" w:rsidRDefault="00E35FE8">
            <w:r w:rsidRPr="00E35FE8">
              <w:rPr>
                <w:i/>
                <w:color w:val="666666"/>
                <w:sz w:val="14"/>
              </w:rPr>
              <w:t>Applicant’s letter / calculation</w:t>
            </w:r>
          </w:p>
        </w:tc>
      </w:tr>
      <w:tr w:rsidR="00F561B7" w14:paraId="648AD3FB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38E3A3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4"/>
              </w:rPr>
              <w:t>2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1C6D2" w14:textId="12F3CE33" w:rsidR="00F561B7" w:rsidRDefault="00DC6E97">
            <w:r w:rsidRPr="00DC6E97">
              <w:rPr>
                <w:i/>
                <w:color w:val="666666"/>
                <w:sz w:val="14"/>
              </w:rPr>
              <w:t>Materials / equipment / premises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B541A0" w14:textId="74E2E5F4" w:rsidR="00F561B7" w:rsidRDefault="00DC6E97">
            <w:r w:rsidRPr="00DC6E97">
              <w:rPr>
                <w:i/>
                <w:color w:val="666666"/>
                <w:sz w:val="14"/>
              </w:rPr>
              <w:t>Partner / entity responsible for the facility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A38112" w14:textId="18F4B34E" w:rsidR="00F561B7" w:rsidRPr="00DC6E97" w:rsidRDefault="00DC6E97">
            <w:r w:rsidRPr="00DC6E97">
              <w:rPr>
                <w:i/>
                <w:color w:val="666666"/>
                <w:sz w:val="14"/>
              </w:rPr>
              <w:t>Provision of resources for implementation of works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9B89BF" w14:textId="77777777" w:rsidR="00F561B7" w:rsidRDefault="006A289D">
            <w:pPr>
              <w:jc w:val="center"/>
            </w:pPr>
            <w:r>
              <w:rPr>
                <w:i/>
                <w:color w:val="666666"/>
                <w:sz w:val="14"/>
              </w:rPr>
              <w:t>М__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00481E" w14:textId="77777777" w:rsidR="00F561B7" w:rsidRDefault="00F561B7">
            <w:pPr>
              <w:jc w:val="center"/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DB77AC" w14:textId="3523FC65" w:rsidR="00F561B7" w:rsidRDefault="001630E3">
            <w:r w:rsidRPr="001630E3">
              <w:rPr>
                <w:i/>
                <w:color w:val="666666"/>
                <w:sz w:val="14"/>
              </w:rPr>
              <w:t>Letter of support / certificate</w:t>
            </w:r>
          </w:p>
        </w:tc>
      </w:tr>
      <w:tr w:rsidR="00F561B7" w14:paraId="4BB7C370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31D80" w14:textId="77777777" w:rsidR="00F561B7" w:rsidRDefault="006A289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F7EC1" w14:textId="77777777" w:rsidR="00F561B7" w:rsidRDefault="00F561B7"/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6EA85A" w14:textId="77777777" w:rsidR="00F561B7" w:rsidRDefault="00F561B7"/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D504C" w14:textId="77777777" w:rsidR="00F561B7" w:rsidRDefault="00F561B7"/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3E5803" w14:textId="77777777" w:rsidR="00F561B7" w:rsidRDefault="00F561B7"/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C35437" w14:textId="77777777" w:rsidR="00F561B7" w:rsidRDefault="00F561B7"/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8295C0" w14:textId="77777777" w:rsidR="00F561B7" w:rsidRDefault="00F561B7"/>
        </w:tc>
      </w:tr>
      <w:tr w:rsidR="00F561B7" w14:paraId="7FA51671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D16D9C" w14:textId="77777777" w:rsidR="00F561B7" w:rsidRDefault="006A289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66F646" w14:textId="77777777" w:rsidR="00F561B7" w:rsidRDefault="00F561B7"/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02DE42" w14:textId="77777777" w:rsidR="00F561B7" w:rsidRDefault="00F561B7"/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154325" w14:textId="77777777" w:rsidR="00F561B7" w:rsidRDefault="00F561B7"/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BDD2FB" w14:textId="77777777" w:rsidR="00F561B7" w:rsidRDefault="00F561B7"/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53E0A4" w14:textId="77777777" w:rsidR="00F561B7" w:rsidRDefault="00F561B7"/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DDDE46" w14:textId="77777777" w:rsidR="00F561B7" w:rsidRDefault="00F561B7"/>
        </w:tc>
      </w:tr>
      <w:tr w:rsidR="00F561B7" w14:paraId="0AFAA41C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5AE648" w14:textId="77777777" w:rsidR="00F561B7" w:rsidRDefault="006A289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415476" w14:textId="77777777" w:rsidR="00F561B7" w:rsidRDefault="00F561B7"/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5219E6" w14:textId="77777777" w:rsidR="00F561B7" w:rsidRDefault="00F561B7"/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B836AB" w14:textId="77777777" w:rsidR="00F561B7" w:rsidRDefault="00F561B7"/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15F4BE" w14:textId="77777777" w:rsidR="00F561B7" w:rsidRDefault="00F561B7"/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5B06D2" w14:textId="77777777" w:rsidR="00F561B7" w:rsidRDefault="00F561B7"/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21926A" w14:textId="77777777" w:rsidR="00F561B7" w:rsidRDefault="00F561B7"/>
        </w:tc>
      </w:tr>
      <w:tr w:rsidR="00F561B7" w14:paraId="0E650BF1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76711B" w14:textId="77777777" w:rsidR="00F561B7" w:rsidRDefault="006A289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DDF5B7" w14:textId="77777777" w:rsidR="00F561B7" w:rsidRDefault="00F561B7"/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2876AD" w14:textId="77777777" w:rsidR="00F561B7" w:rsidRDefault="00F561B7"/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D94CD" w14:textId="77777777" w:rsidR="00F561B7" w:rsidRDefault="00F561B7"/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226106" w14:textId="77777777" w:rsidR="00F561B7" w:rsidRDefault="00F561B7"/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11A64" w14:textId="77777777" w:rsidR="00F561B7" w:rsidRDefault="00F561B7"/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8E47CC" w14:textId="77777777" w:rsidR="00F561B7" w:rsidRDefault="00F561B7"/>
        </w:tc>
      </w:tr>
    </w:tbl>
    <w:p w14:paraId="5587E42E" w14:textId="7F586973" w:rsidR="00F561B7" w:rsidRDefault="003D1DB0">
      <w:pPr>
        <w:spacing w:before="140" w:after="60"/>
      </w:pPr>
      <w:r w:rsidRPr="003D1DB0">
        <w:rPr>
          <w:b/>
          <w:color w:val="1F4E79"/>
          <w:sz w:val="22"/>
        </w:rPr>
        <w:lastRenderedPageBreak/>
        <w:t>Section 5. Compliance and Budget Limit Checks</w:t>
      </w:r>
    </w:p>
    <w:tbl>
      <w:tblPr>
        <w:tblStyle w:val="aff0"/>
        <w:tblW w:w="15592" w:type="dxa"/>
        <w:jc w:val="center"/>
        <w:tblLayout w:type="fixed"/>
        <w:tblLook w:val="04A0" w:firstRow="1" w:lastRow="0" w:firstColumn="1" w:lastColumn="0" w:noHBand="0" w:noVBand="1"/>
      </w:tblPr>
      <w:tblGrid>
        <w:gridCol w:w="6804"/>
        <w:gridCol w:w="1984"/>
        <w:gridCol w:w="6804"/>
      </w:tblGrid>
      <w:tr w:rsidR="00F561B7" w14:paraId="3C4A43BF" w14:textId="77777777" w:rsidTr="00AB6C95">
        <w:trPr>
          <w:jc w:val="center"/>
        </w:trPr>
        <w:tc>
          <w:tcPr>
            <w:tcW w:w="68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49AB6D" w14:textId="68A152FE" w:rsidR="00F561B7" w:rsidRDefault="003D1DB0">
            <w:pPr>
              <w:jc w:val="center"/>
            </w:pPr>
            <w:r w:rsidRPr="003D1DB0">
              <w:rPr>
                <w:b/>
              </w:rPr>
              <w:t>Verification item</w:t>
            </w:r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4251F4" w14:textId="4BAD7017" w:rsidR="00F561B7" w:rsidRDefault="003D1DB0">
            <w:pPr>
              <w:jc w:val="center"/>
            </w:pPr>
            <w:r>
              <w:rPr>
                <w:b/>
              </w:rPr>
              <w:t>Yes/No</w:t>
            </w:r>
          </w:p>
        </w:tc>
        <w:tc>
          <w:tcPr>
            <w:tcW w:w="68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4F0A48" w14:textId="102E5DF9" w:rsidR="00F561B7" w:rsidRDefault="003D1DB0">
            <w:pPr>
              <w:jc w:val="center"/>
            </w:pPr>
            <w:r>
              <w:rPr>
                <w:b/>
              </w:rPr>
              <w:t>Comment</w:t>
            </w:r>
          </w:p>
        </w:tc>
      </w:tr>
      <w:tr w:rsidR="00F561B7" w14:paraId="1BA7CFD0" w14:textId="77777777" w:rsidTr="00AB6C95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15DD31" w14:textId="476E021B" w:rsidR="00F561B7" w:rsidRPr="00AB6C95" w:rsidRDefault="00AB6C95">
            <w:r w:rsidRPr="00AB6C95">
              <w:t>All budget items are linked to activities included in the work plan (Annex 3)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D35C5E" w14:textId="0D8CEFF4" w:rsidR="00F561B7" w:rsidRDefault="006A289D">
            <w:pPr>
              <w:jc w:val="center"/>
            </w:pPr>
            <w:r>
              <w:t xml:space="preserve">☐ </w:t>
            </w:r>
            <w:r w:rsidR="00AB6C95">
              <w:t>Yes</w:t>
            </w:r>
            <w:r>
              <w:t xml:space="preserve"> ☐ </w:t>
            </w:r>
            <w:r w:rsidR="00AB6C95">
              <w:t>No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8B6B7F" w14:textId="77777777" w:rsidR="00F561B7" w:rsidRDefault="00F561B7"/>
        </w:tc>
      </w:tr>
      <w:tr w:rsidR="00AB6C95" w14:paraId="5F9403DC" w14:textId="77777777" w:rsidTr="00AB6C95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DC2EE4" w14:textId="24869D6F" w:rsidR="00AB6C95" w:rsidRPr="00AB6C95" w:rsidRDefault="00AB6C95" w:rsidP="00AB6C95">
            <w:r w:rsidRPr="00AB6C95">
              <w:t>All expenses are directly related to the project objective and technical solution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FF8985" w14:textId="3B71B33B" w:rsidR="00AB6C95" w:rsidRDefault="00AB6C95" w:rsidP="00AB6C95">
            <w:pPr>
              <w:jc w:val="center"/>
            </w:pP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Yes </w:t>
            </w: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No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4B58A2" w14:textId="77777777" w:rsidR="00AB6C95" w:rsidRDefault="00AB6C95" w:rsidP="00AB6C95"/>
        </w:tc>
      </w:tr>
      <w:tr w:rsidR="00AB6C95" w:rsidRPr="00AB6C95" w14:paraId="1221CDA0" w14:textId="77777777" w:rsidTr="00AB6C95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64F3ED" w14:textId="1FC2E507" w:rsidR="00AB6C95" w:rsidRPr="00AB6C95" w:rsidRDefault="00AB6C95" w:rsidP="00AB6C95">
            <w:r w:rsidRPr="00AB6C95">
              <w:t>Administrative costs do not exceed 10% of the requested grant amount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EE9F3E" w14:textId="521D347C" w:rsidR="00AB6C95" w:rsidRDefault="00AB6C95" w:rsidP="00AB6C95">
            <w:pPr>
              <w:jc w:val="center"/>
            </w:pP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Yes </w:t>
            </w: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No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5FE6AF" w14:textId="595CD1E7" w:rsidR="00AB6C95" w:rsidRPr="00AB6C95" w:rsidRDefault="00AB6C95" w:rsidP="00AB6C95">
            <w:r w:rsidRPr="00AB6C95">
              <w:t>Specify the amount of administrative costs: ______ USD</w:t>
            </w:r>
          </w:p>
        </w:tc>
      </w:tr>
      <w:tr w:rsidR="00AB6C95" w:rsidRPr="006005E2" w14:paraId="11F76826" w14:textId="77777777" w:rsidTr="00AB6C95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DA24F4" w14:textId="2FFA5CA7" w:rsidR="00AB6C95" w:rsidRPr="006005E2" w:rsidRDefault="006005E2" w:rsidP="00AB6C95">
            <w:r w:rsidRPr="006005E2">
              <w:t>Co-financing constitutes at least 20% of the requested grant amount, if this requirement is established in the call for proposals guidelines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C87677" w14:textId="762E09E4" w:rsidR="00AB6C95" w:rsidRDefault="00AB6C95" w:rsidP="00AB6C95">
            <w:pPr>
              <w:jc w:val="center"/>
            </w:pP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Yes </w:t>
            </w: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No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757433" w14:textId="6157858F" w:rsidR="00AB6C95" w:rsidRPr="006005E2" w:rsidRDefault="006005E2" w:rsidP="00AB6C95">
            <w:r w:rsidRPr="006005E2">
              <w:t>Specify amount and percentage: ______ USD / ____ %</w:t>
            </w:r>
          </w:p>
        </w:tc>
      </w:tr>
      <w:tr w:rsidR="00AB6C95" w14:paraId="399D1003" w14:textId="77777777" w:rsidTr="00AB6C95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63464E" w14:textId="1820160A" w:rsidR="00AB6C95" w:rsidRPr="006005E2" w:rsidRDefault="006005E2" w:rsidP="00AB6C95">
            <w:r w:rsidRPr="006005E2">
              <w:t>Price lists, cost estimates, or other cost confirmations are attached for equipment, materials, and services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8D1523" w14:textId="768E14FB" w:rsidR="00AB6C95" w:rsidRDefault="00AB6C95" w:rsidP="00AB6C95">
            <w:pPr>
              <w:jc w:val="center"/>
            </w:pP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Yes </w:t>
            </w: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No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70A5FF" w14:textId="77777777" w:rsidR="00AB6C95" w:rsidRDefault="00AB6C95" w:rsidP="00AB6C95"/>
        </w:tc>
      </w:tr>
      <w:tr w:rsidR="00AB6C95" w14:paraId="373DCEE3" w14:textId="77777777" w:rsidTr="00AB6C95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7C1DE7" w14:textId="132CDAE6" w:rsidR="00AB6C95" w:rsidRPr="006005E2" w:rsidRDefault="006005E2" w:rsidP="00AB6C95">
            <w:r w:rsidRPr="006005E2">
              <w:t>The budget does not include ineligible costs specified in the call for proposals guidelines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940675" w14:textId="6643C2F4" w:rsidR="00AB6C95" w:rsidRDefault="00AB6C95" w:rsidP="00AB6C95">
            <w:pPr>
              <w:jc w:val="center"/>
            </w:pP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Yes </w:t>
            </w:r>
            <w:r w:rsidRPr="00B85EDE">
              <w:rPr>
                <w:rFonts w:ascii="Segoe UI Symbol" w:hAnsi="Segoe UI Symbol" w:cs="Segoe UI Symbol"/>
              </w:rPr>
              <w:t>☐</w:t>
            </w:r>
            <w:r w:rsidRPr="00B85EDE">
              <w:t xml:space="preserve"> No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C85A53" w14:textId="77777777" w:rsidR="00AB6C95" w:rsidRDefault="00AB6C95" w:rsidP="00AB6C95"/>
        </w:tc>
      </w:tr>
    </w:tbl>
    <w:p w14:paraId="59369ECC" w14:textId="4E0EAB58" w:rsidR="00F561B7" w:rsidRPr="006005E2" w:rsidRDefault="006005E2">
      <w:pPr>
        <w:spacing w:before="140" w:after="60"/>
      </w:pPr>
      <w:r w:rsidRPr="006005E2">
        <w:rPr>
          <w:b/>
          <w:color w:val="1F4E79"/>
          <w:sz w:val="22"/>
        </w:rPr>
        <w:t>Section 6. Supporting Documents for the Budget</w:t>
      </w:r>
    </w:p>
    <w:tbl>
      <w:tblPr>
        <w:tblStyle w:val="aff0"/>
        <w:tblW w:w="15592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2474"/>
        <w:gridCol w:w="2608"/>
      </w:tblGrid>
      <w:tr w:rsidR="00F561B7" w14:paraId="0AF7717B" w14:textId="77777777" w:rsidTr="006005E2">
        <w:trPr>
          <w:jc w:val="center"/>
        </w:trPr>
        <w:tc>
          <w:tcPr>
            <w:tcW w:w="51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76EB20" w14:textId="37EC3EE1" w:rsidR="00F561B7" w:rsidRDefault="006005E2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1247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26FD7F" w14:textId="6FB97AC0" w:rsidR="00F561B7" w:rsidRDefault="006005E2">
            <w:pPr>
              <w:jc w:val="center"/>
            </w:pPr>
            <w:r>
              <w:rPr>
                <w:b/>
              </w:rPr>
              <w:t>Document</w:t>
            </w:r>
          </w:p>
        </w:tc>
        <w:tc>
          <w:tcPr>
            <w:tcW w:w="260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D7C6EE" w14:textId="61344B10" w:rsidR="00F561B7" w:rsidRDefault="006005E2">
            <w:pPr>
              <w:jc w:val="center"/>
            </w:pPr>
            <w:r>
              <w:rPr>
                <w:b/>
              </w:rPr>
              <w:t>Attached</w:t>
            </w:r>
          </w:p>
        </w:tc>
      </w:tr>
      <w:tr w:rsidR="00F561B7" w14:paraId="028C5982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C92711" w14:textId="77777777" w:rsidR="00F561B7" w:rsidRDefault="006A289D">
            <w:pPr>
              <w:jc w:val="center"/>
            </w:pPr>
            <w:r>
              <w:t>1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EC9789" w14:textId="36F58C24" w:rsidR="00F561B7" w:rsidRPr="007579D6" w:rsidRDefault="007579D6">
            <w:r>
              <w:t>P</w:t>
            </w:r>
            <w:r w:rsidRPr="007579D6">
              <w:t xml:space="preserve">reliminary cost estimate / </w:t>
            </w:r>
            <w:proofErr w:type="spellStart"/>
            <w:r w:rsidRPr="007579D6">
              <w:t>BoQ</w:t>
            </w:r>
            <w:proofErr w:type="spellEnd"/>
            <w:r w:rsidRPr="007579D6">
              <w:t xml:space="preserve"> / </w:t>
            </w:r>
            <w:r>
              <w:t>scope of work</w:t>
            </w:r>
            <w:r w:rsidRPr="007579D6">
              <w:t>, if applicable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7E2CE1" w14:textId="75CF77E9" w:rsidR="00F561B7" w:rsidRDefault="006A289D">
            <w:pPr>
              <w:jc w:val="center"/>
            </w:pPr>
            <w:r>
              <w:t xml:space="preserve">☐ </w:t>
            </w:r>
            <w:r w:rsidR="006005E2">
              <w:t>Yes</w:t>
            </w:r>
            <w:r>
              <w:t xml:space="preserve"> ☐ </w:t>
            </w:r>
            <w:r w:rsidR="006005E2">
              <w:t>No</w:t>
            </w:r>
          </w:p>
        </w:tc>
      </w:tr>
      <w:tr w:rsidR="006005E2" w14:paraId="2354375F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527251" w14:textId="77777777" w:rsidR="006005E2" w:rsidRDefault="006005E2" w:rsidP="006005E2">
            <w:pPr>
              <w:jc w:val="center"/>
            </w:pPr>
            <w:r>
              <w:t>2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F88012" w14:textId="318F5615" w:rsidR="006005E2" w:rsidRPr="007579D6" w:rsidRDefault="007579D6" w:rsidP="006005E2">
            <w:r w:rsidRPr="007579D6">
              <w:t>Price lists or commercial quotations for equipment, materials, and services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55F992" w14:textId="0DE9A9BF" w:rsidR="006005E2" w:rsidRDefault="006005E2" w:rsidP="006005E2">
            <w:pPr>
              <w:jc w:val="center"/>
            </w:pP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Yes </w:t>
            </w: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No</w:t>
            </w:r>
          </w:p>
        </w:tc>
      </w:tr>
      <w:tr w:rsidR="006005E2" w14:paraId="72C9ED3B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DD0F7A" w14:textId="77777777" w:rsidR="006005E2" w:rsidRDefault="006005E2" w:rsidP="006005E2">
            <w:pPr>
              <w:jc w:val="center"/>
            </w:pPr>
            <w:r>
              <w:t>3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A79E99" w14:textId="49F396BF" w:rsidR="006005E2" w:rsidRPr="00360C51" w:rsidRDefault="00360C51" w:rsidP="006005E2">
            <w:r w:rsidRPr="00360C51">
              <w:t>Cost calculation for works and specialist services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7C4759" w14:textId="1E8682C1" w:rsidR="006005E2" w:rsidRDefault="006005E2" w:rsidP="006005E2">
            <w:pPr>
              <w:jc w:val="center"/>
            </w:pP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Yes </w:t>
            </w: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No</w:t>
            </w:r>
          </w:p>
        </w:tc>
      </w:tr>
      <w:tr w:rsidR="006005E2" w14:paraId="65EC96FC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9EF0B6" w14:textId="77777777" w:rsidR="006005E2" w:rsidRDefault="006005E2" w:rsidP="006005E2">
            <w:pPr>
              <w:jc w:val="center"/>
            </w:pPr>
            <w:r>
              <w:t>4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854EC2" w14:textId="6575ED53" w:rsidR="006005E2" w:rsidRPr="00360C51" w:rsidRDefault="00360C51" w:rsidP="006005E2">
            <w:r w:rsidRPr="00360C51">
              <w:t>Documents confirming co-financing or in-kind contribution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2B3DC0" w14:textId="6EC7D59B" w:rsidR="006005E2" w:rsidRDefault="006005E2" w:rsidP="006005E2">
            <w:pPr>
              <w:jc w:val="center"/>
            </w:pP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Yes </w:t>
            </w: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No</w:t>
            </w:r>
          </w:p>
        </w:tc>
      </w:tr>
      <w:tr w:rsidR="006005E2" w14:paraId="7DCBE4B2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693024" w14:textId="77777777" w:rsidR="006005E2" w:rsidRDefault="006005E2" w:rsidP="006005E2">
            <w:pPr>
              <w:jc w:val="center"/>
            </w:pPr>
            <w:r>
              <w:t>5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68B2D1" w14:textId="1FD2305F" w:rsidR="006005E2" w:rsidRPr="00360C51" w:rsidRDefault="00360C51" w:rsidP="006005E2">
            <w:r w:rsidRPr="00360C51">
              <w:t>Letter of support / approval from the project partner or entity responsible for the facility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A0B852" w14:textId="434F61E4" w:rsidR="006005E2" w:rsidRDefault="006005E2" w:rsidP="006005E2">
            <w:pPr>
              <w:jc w:val="center"/>
            </w:pP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Yes </w:t>
            </w: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No</w:t>
            </w:r>
          </w:p>
        </w:tc>
      </w:tr>
      <w:tr w:rsidR="006005E2" w14:paraId="5679153A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1188BD" w14:textId="77777777" w:rsidR="006005E2" w:rsidRDefault="006005E2" w:rsidP="006005E2">
            <w:pPr>
              <w:jc w:val="center"/>
            </w:pPr>
            <w:r>
              <w:t>6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B768BE" w14:textId="78783506" w:rsidR="006005E2" w:rsidRPr="00360C51" w:rsidRDefault="00360C51" w:rsidP="006005E2">
            <w:r w:rsidRPr="00360C51">
              <w:t>Technical specifications of equipment, if equipment procurement is planned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3A0FB3" w14:textId="4AF39593" w:rsidR="006005E2" w:rsidRDefault="006005E2" w:rsidP="006005E2">
            <w:pPr>
              <w:jc w:val="center"/>
            </w:pP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Yes </w:t>
            </w: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No</w:t>
            </w:r>
          </w:p>
        </w:tc>
      </w:tr>
      <w:tr w:rsidR="006005E2" w14:paraId="02950E6B" w14:textId="77777777" w:rsidTr="006005E2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302BAE" w14:textId="77777777" w:rsidR="006005E2" w:rsidRDefault="006005E2" w:rsidP="006005E2">
            <w:pPr>
              <w:jc w:val="center"/>
            </w:pPr>
            <w:r>
              <w:t>7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08BBB5" w14:textId="0C195AC0" w:rsidR="006005E2" w:rsidRPr="00360C51" w:rsidRDefault="00360C51" w:rsidP="006005E2">
            <w:r w:rsidRPr="00360C51">
              <w:t>Other documents confirming the realism of the budget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15CE37" w14:textId="7DA5337A" w:rsidR="006005E2" w:rsidRDefault="006005E2" w:rsidP="006005E2">
            <w:pPr>
              <w:jc w:val="center"/>
            </w:pP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Yes </w:t>
            </w:r>
            <w:r w:rsidRPr="00F302B4">
              <w:rPr>
                <w:rFonts w:ascii="Segoe UI Symbol" w:hAnsi="Segoe UI Symbol" w:cs="Segoe UI Symbol"/>
              </w:rPr>
              <w:t>☐</w:t>
            </w:r>
            <w:r w:rsidRPr="00F302B4">
              <w:t xml:space="preserve"> No</w:t>
            </w:r>
          </w:p>
        </w:tc>
      </w:tr>
    </w:tbl>
    <w:p w14:paraId="2B56CADB" w14:textId="6938A135" w:rsidR="00F561B7" w:rsidRDefault="00360C51">
      <w:pPr>
        <w:spacing w:before="140" w:after="60"/>
      </w:pPr>
      <w:r w:rsidRPr="00360C51">
        <w:rPr>
          <w:b/>
          <w:color w:val="1F4E79"/>
          <w:sz w:val="22"/>
        </w:rPr>
        <w:t>Section 7. Applicant’s Confirmation</w:t>
      </w:r>
    </w:p>
    <w:p w14:paraId="3BB0FEF0" w14:textId="7E6A3940" w:rsidR="00F561B7" w:rsidRPr="00C437DA" w:rsidRDefault="00C437DA">
      <w:pPr>
        <w:spacing w:after="80"/>
      </w:pPr>
      <w:r w:rsidRPr="00C437DA">
        <w:t xml:space="preserve">I hereby confirm that the project budget is justified, realistic, and consistent with the Application Form (Annex 2), </w:t>
      </w:r>
      <w:r>
        <w:t>Implementation Schedule</w:t>
      </w:r>
      <w:r w:rsidRPr="00C437DA">
        <w:t xml:space="preserve"> (Annex 3), technical solution, and requirements of the </w:t>
      </w:r>
      <w:r>
        <w:t>C</w:t>
      </w:r>
      <w:r w:rsidRPr="00C437DA">
        <w:t xml:space="preserve">all for </w:t>
      </w:r>
      <w:r>
        <w:t>P</w:t>
      </w:r>
      <w:r w:rsidRPr="00C437DA">
        <w:t xml:space="preserve">roposals </w:t>
      </w:r>
      <w:r>
        <w:t>G</w:t>
      </w:r>
      <w:r w:rsidRPr="00C437DA">
        <w:t>uidelines.</w:t>
      </w:r>
    </w:p>
    <w:tbl>
      <w:tblPr>
        <w:tblStyle w:val="aff0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1340"/>
      </w:tblGrid>
      <w:tr w:rsidR="00E329C5" w14:paraId="6814B3E4" w14:textId="77777777" w:rsidTr="00E329C5">
        <w:trPr>
          <w:jc w:val="center"/>
        </w:trPr>
        <w:tc>
          <w:tcPr>
            <w:tcW w:w="3969" w:type="dxa"/>
            <w:vAlign w:val="center"/>
          </w:tcPr>
          <w:p w14:paraId="35623707" w14:textId="5A859147" w:rsidR="00E329C5" w:rsidRDefault="00E329C5" w:rsidP="00E329C5">
            <w:pPr>
              <w:rPr>
                <w:b/>
                <w:sz w:val="17"/>
              </w:rPr>
            </w:pPr>
            <w:r w:rsidRPr="002A5C7C">
              <w:rPr>
                <w:b/>
              </w:rPr>
              <w:t>Full name of responsible person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33035C" w14:textId="77777777" w:rsidR="00E329C5" w:rsidRDefault="00E329C5" w:rsidP="00E329C5"/>
        </w:tc>
      </w:tr>
      <w:tr w:rsidR="00E329C5" w14:paraId="20FB95AD" w14:textId="77777777" w:rsidTr="00E329C5">
        <w:trPr>
          <w:jc w:val="center"/>
        </w:trPr>
        <w:tc>
          <w:tcPr>
            <w:tcW w:w="3969" w:type="dxa"/>
            <w:vAlign w:val="center"/>
          </w:tcPr>
          <w:p w14:paraId="56849D80" w14:textId="51233C2A" w:rsidR="00E329C5" w:rsidRDefault="00E329C5" w:rsidP="00E329C5">
            <w:pPr>
              <w:rPr>
                <w:b/>
                <w:sz w:val="17"/>
              </w:rPr>
            </w:pPr>
            <w:r>
              <w:rPr>
                <w:b/>
              </w:rPr>
              <w:t>Position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3A19C7" w14:textId="77777777" w:rsidR="00E329C5" w:rsidRDefault="00E329C5" w:rsidP="00E329C5"/>
        </w:tc>
      </w:tr>
      <w:tr w:rsidR="00E329C5" w14:paraId="781ADBBB" w14:textId="77777777" w:rsidTr="00E329C5">
        <w:trPr>
          <w:jc w:val="center"/>
        </w:trPr>
        <w:tc>
          <w:tcPr>
            <w:tcW w:w="3969" w:type="dxa"/>
            <w:vAlign w:val="center"/>
          </w:tcPr>
          <w:p w14:paraId="5AE7D003" w14:textId="4FC7FC43" w:rsidR="00E329C5" w:rsidRDefault="00E329C5" w:rsidP="00E329C5">
            <w:pPr>
              <w:rPr>
                <w:b/>
                <w:sz w:val="17"/>
              </w:rPr>
            </w:pPr>
            <w:r>
              <w:rPr>
                <w:b/>
              </w:rPr>
              <w:t>Signature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EB61FD" w14:textId="77777777" w:rsidR="00E329C5" w:rsidRDefault="00E329C5" w:rsidP="00E329C5"/>
        </w:tc>
      </w:tr>
      <w:tr w:rsidR="00E329C5" w14:paraId="08477B30" w14:textId="77777777" w:rsidTr="00E329C5">
        <w:trPr>
          <w:jc w:val="center"/>
        </w:trPr>
        <w:tc>
          <w:tcPr>
            <w:tcW w:w="3969" w:type="dxa"/>
            <w:vAlign w:val="center"/>
          </w:tcPr>
          <w:p w14:paraId="7CE6163D" w14:textId="46256A7C" w:rsidR="00E329C5" w:rsidRDefault="00E329C5" w:rsidP="00E329C5">
            <w:pPr>
              <w:rPr>
                <w:b/>
                <w:sz w:val="17"/>
              </w:rPr>
            </w:pPr>
            <w:r>
              <w:rPr>
                <w:b/>
              </w:rPr>
              <w:t>Data / seal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F58DA4" w14:textId="77777777" w:rsidR="00E329C5" w:rsidRDefault="00E329C5" w:rsidP="00E329C5"/>
        </w:tc>
      </w:tr>
    </w:tbl>
    <w:p w14:paraId="394D932A" w14:textId="617D3C33" w:rsidR="00F561B7" w:rsidRPr="00E329C5" w:rsidRDefault="0079366B">
      <w:pPr>
        <w:spacing w:after="80"/>
        <w:rPr>
          <w:lang w:val="ru-RU"/>
        </w:rPr>
      </w:pPr>
      <w:r w:rsidRPr="0079366B">
        <w:rPr>
          <w:i/>
          <w:color w:val="666666"/>
        </w:rPr>
        <w:t>Note: Examples provided in the tables may be deleted or replaced when completing the form. Additional rows may be added if necessary.</w:t>
      </w:r>
    </w:p>
    <w:sectPr w:rsidR="00F561B7" w:rsidRPr="00E329C5" w:rsidSect="00034616">
      <w:pgSz w:w="16838" w:h="11906" w:orient="landscape"/>
      <w:pgMar w:top="624" w:right="624" w:bottom="567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2956204">
    <w:abstractNumId w:val="8"/>
  </w:num>
  <w:num w:numId="2" w16cid:durableId="213931974">
    <w:abstractNumId w:val="6"/>
  </w:num>
  <w:num w:numId="3" w16cid:durableId="1336689475">
    <w:abstractNumId w:val="5"/>
  </w:num>
  <w:num w:numId="4" w16cid:durableId="1989241833">
    <w:abstractNumId w:val="4"/>
  </w:num>
  <w:num w:numId="5" w16cid:durableId="1558861801">
    <w:abstractNumId w:val="7"/>
  </w:num>
  <w:num w:numId="6" w16cid:durableId="338698006">
    <w:abstractNumId w:val="3"/>
  </w:num>
  <w:num w:numId="7" w16cid:durableId="19554398">
    <w:abstractNumId w:val="2"/>
  </w:num>
  <w:num w:numId="8" w16cid:durableId="318385338">
    <w:abstractNumId w:val="1"/>
  </w:num>
  <w:num w:numId="9" w16cid:durableId="87203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7A5"/>
    <w:rsid w:val="00056CA2"/>
    <w:rsid w:val="0006063C"/>
    <w:rsid w:val="000C2317"/>
    <w:rsid w:val="00112D87"/>
    <w:rsid w:val="0013300A"/>
    <w:rsid w:val="00135919"/>
    <w:rsid w:val="0015074B"/>
    <w:rsid w:val="00152415"/>
    <w:rsid w:val="001630E3"/>
    <w:rsid w:val="00175CFE"/>
    <w:rsid w:val="001B031E"/>
    <w:rsid w:val="001D73D8"/>
    <w:rsid w:val="00244267"/>
    <w:rsid w:val="00254CE7"/>
    <w:rsid w:val="0029639D"/>
    <w:rsid w:val="00326F90"/>
    <w:rsid w:val="00360C51"/>
    <w:rsid w:val="003D1DB0"/>
    <w:rsid w:val="004D4DB8"/>
    <w:rsid w:val="00505AE7"/>
    <w:rsid w:val="00567BE3"/>
    <w:rsid w:val="005E4F17"/>
    <w:rsid w:val="006005E2"/>
    <w:rsid w:val="00612D6C"/>
    <w:rsid w:val="006767FA"/>
    <w:rsid w:val="006A289D"/>
    <w:rsid w:val="007579D6"/>
    <w:rsid w:val="00772D73"/>
    <w:rsid w:val="0079366B"/>
    <w:rsid w:val="007941CE"/>
    <w:rsid w:val="00852D62"/>
    <w:rsid w:val="0090077C"/>
    <w:rsid w:val="009070FA"/>
    <w:rsid w:val="0098198F"/>
    <w:rsid w:val="00A0726D"/>
    <w:rsid w:val="00A07E01"/>
    <w:rsid w:val="00A343B3"/>
    <w:rsid w:val="00AA1D8D"/>
    <w:rsid w:val="00AB6C95"/>
    <w:rsid w:val="00AD25B2"/>
    <w:rsid w:val="00B47730"/>
    <w:rsid w:val="00C437DA"/>
    <w:rsid w:val="00C776A0"/>
    <w:rsid w:val="00C91302"/>
    <w:rsid w:val="00CB0664"/>
    <w:rsid w:val="00DC6E97"/>
    <w:rsid w:val="00E3120E"/>
    <w:rsid w:val="00E329C5"/>
    <w:rsid w:val="00E35FE8"/>
    <w:rsid w:val="00F1552D"/>
    <w:rsid w:val="00F47D53"/>
    <w:rsid w:val="00F55C53"/>
    <w:rsid w:val="00F561B7"/>
    <w:rsid w:val="00F842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18385"/>
  <w14:defaultImageDpi w14:val="300"/>
  <w15:docId w15:val="{30EEE263-E913-44F0-8E92-AE5E8088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F872169EA1784A850AF6FBEC661C2B" ma:contentTypeVersion="19" ma:contentTypeDescription="Создание документа." ma:contentTypeScope="" ma:versionID="b6cc1223f4a526c7043265bffcb1091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e453105d9ad2dea0a48c72bdcc05872b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D9A09-58DE-4B5A-AC5E-9DAE8450B43E}"/>
</file>

<file path=customXml/itemProps3.xml><?xml version="1.0" encoding="utf-8"?>
<ds:datastoreItem xmlns:ds="http://schemas.openxmlformats.org/officeDocument/2006/customXml" ds:itemID="{4EF96C6A-7DB4-46E9-A5B8-D2E4BEDCBCB8}"/>
</file>

<file path=customXml/itemProps4.xml><?xml version="1.0" encoding="utf-8"?>
<ds:datastoreItem xmlns:ds="http://schemas.openxmlformats.org/officeDocument/2006/customXml" ds:itemID="{4B659249-6605-4E6C-BCD5-984DB0003A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Иса Абдрахматов</cp:lastModifiedBy>
  <cp:revision>2</cp:revision>
  <dcterms:created xsi:type="dcterms:W3CDTF">2026-08-04T03:55:00Z</dcterms:created>
  <dcterms:modified xsi:type="dcterms:W3CDTF">2026-08-04T03:55:00Z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05a413ff-ec98-4d62-9675-7e7f395904d1</vt:lpwstr>
  </property>
  <property fmtid="{D5CDD505-2E9C-101B-9397-08002B2CF9AE}" pid="3" name="ContentTypeId">
    <vt:lpwstr>0x01010061F872169EA1784A850AF6FBEC661C2B</vt:lpwstr>
  </property>
</Properties>
</file>