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2835"/>
        <w:gridCol w:w="10205"/>
        <w:gridCol w:w="2835"/>
      </w:tblGrid>
      <w:tr w:rsidR="0044297A" w14:paraId="13EED130" w14:textId="77777777">
        <w:trPr>
          <w:jc w:val="center"/>
        </w:trPr>
        <w:tc>
          <w:tcPr>
            <w:tcW w:w="2835" w:type="dxa"/>
            <w:tcBorders>
              <w:top w:val="nil"/>
              <w:left w:val="nil"/>
              <w:bottom w:val="nil"/>
              <w:right w:val="nil"/>
            </w:tcBorders>
            <w:vAlign w:val="center"/>
          </w:tcPr>
          <w:p w14:paraId="0E49B375" w14:textId="77777777" w:rsidR="0044297A" w:rsidRDefault="0042553D">
            <w:r>
              <w:rPr>
                <w:noProof/>
              </w:rPr>
              <w:drawing>
                <wp:inline distT="0" distB="0" distL="0" distR="0" wp14:anchorId="2F8CFA39" wp14:editId="4E682F0D">
                  <wp:extent cx="1007999" cy="7526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6"/>
                          <a:stretch>
                            <a:fillRect/>
                          </a:stretch>
                        </pic:blipFill>
                        <pic:spPr>
                          <a:xfrm>
                            <a:off x="0" y="0"/>
                            <a:ext cx="1007999" cy="752639"/>
                          </a:xfrm>
                          <a:prstGeom prst="rect">
                            <a:avLst/>
                          </a:prstGeom>
                        </pic:spPr>
                      </pic:pic>
                    </a:graphicData>
                  </a:graphic>
                </wp:inline>
              </w:drawing>
            </w:r>
          </w:p>
        </w:tc>
        <w:tc>
          <w:tcPr>
            <w:tcW w:w="10205" w:type="dxa"/>
            <w:tcBorders>
              <w:top w:val="nil"/>
              <w:left w:val="nil"/>
              <w:bottom w:val="nil"/>
              <w:right w:val="nil"/>
            </w:tcBorders>
            <w:vAlign w:val="center"/>
          </w:tcPr>
          <w:p w14:paraId="3C76484D" w14:textId="41DC625F" w:rsidR="0044297A" w:rsidRPr="0020110C" w:rsidRDefault="0020110C">
            <w:pPr>
              <w:jc w:val="center"/>
            </w:pPr>
            <w:r>
              <w:rPr>
                <w:b/>
                <w:sz w:val="17"/>
              </w:rPr>
              <w:t>P</w:t>
            </w:r>
            <w:r w:rsidRPr="00352290">
              <w:rPr>
                <w:b/>
                <w:sz w:val="17"/>
              </w:rPr>
              <w:t>roject “Enhancing Urban Resilience to Disaster Risk and Climate Change in Central Asia”</w:t>
            </w:r>
            <w:r w:rsidR="0042553D" w:rsidRPr="0020110C">
              <w:br/>
            </w:r>
            <w:r w:rsidR="0042553D">
              <w:t>ID</w:t>
            </w:r>
            <w:r w:rsidR="0042553D" w:rsidRPr="0020110C">
              <w:t xml:space="preserve"> 0100</w:t>
            </w:r>
            <w:r w:rsidR="00341CDC" w:rsidRPr="0020110C">
              <w:t>4067</w:t>
            </w:r>
            <w:r w:rsidR="0042553D" w:rsidRPr="0020110C">
              <w:br/>
            </w:r>
          </w:p>
        </w:tc>
        <w:tc>
          <w:tcPr>
            <w:tcW w:w="2835" w:type="dxa"/>
            <w:tcBorders>
              <w:top w:val="nil"/>
              <w:left w:val="nil"/>
              <w:bottom w:val="nil"/>
              <w:right w:val="nil"/>
            </w:tcBorders>
            <w:vAlign w:val="center"/>
          </w:tcPr>
          <w:p w14:paraId="20C07FAD" w14:textId="77777777" w:rsidR="0044297A" w:rsidRDefault="0042553D">
            <w:pPr>
              <w:jc w:val="right"/>
            </w:pPr>
            <w:r>
              <w:rPr>
                <w:noProof/>
              </w:rPr>
              <w:drawing>
                <wp:inline distT="0" distB="0" distL="0" distR="0" wp14:anchorId="0DE1F778" wp14:editId="30DF5FBB">
                  <wp:extent cx="396000" cy="8006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7"/>
                          <a:stretch>
                            <a:fillRect/>
                          </a:stretch>
                        </pic:blipFill>
                        <pic:spPr>
                          <a:xfrm>
                            <a:off x="0" y="0"/>
                            <a:ext cx="396000" cy="800609"/>
                          </a:xfrm>
                          <a:prstGeom prst="rect">
                            <a:avLst/>
                          </a:prstGeom>
                        </pic:spPr>
                      </pic:pic>
                    </a:graphicData>
                  </a:graphic>
                </wp:inline>
              </w:drawing>
            </w:r>
          </w:p>
        </w:tc>
      </w:tr>
    </w:tbl>
    <w:p w14:paraId="4BDBE0E6" w14:textId="4266E331" w:rsidR="0044297A" w:rsidRPr="00336FA1" w:rsidRDefault="0020110C">
      <w:pPr>
        <w:jc w:val="right"/>
      </w:pPr>
      <w:r>
        <w:rPr>
          <w:b/>
          <w:sz w:val="20"/>
        </w:rPr>
        <w:t>Annex</w:t>
      </w:r>
      <w:r w:rsidR="0042553D" w:rsidRPr="00336FA1">
        <w:rPr>
          <w:b/>
          <w:sz w:val="20"/>
        </w:rPr>
        <w:t xml:space="preserve"> 3</w:t>
      </w:r>
    </w:p>
    <w:p w14:paraId="4D4FB5D0" w14:textId="745544F8" w:rsidR="0044297A" w:rsidRPr="00336FA1" w:rsidRDefault="00336FA1">
      <w:pPr>
        <w:jc w:val="center"/>
      </w:pPr>
      <w:r w:rsidRPr="00336FA1">
        <w:rPr>
          <w:b/>
          <w:color w:val="1F4E79"/>
          <w:sz w:val="28"/>
        </w:rPr>
        <w:t xml:space="preserve">GRANT PROJECT IMPLEMENTATION </w:t>
      </w:r>
      <w:r w:rsidR="00FD6D3D">
        <w:rPr>
          <w:b/>
          <w:color w:val="1F4E79"/>
          <w:sz w:val="28"/>
        </w:rPr>
        <w:t>SCHEDULE</w:t>
      </w:r>
    </w:p>
    <w:p w14:paraId="05FED9BD" w14:textId="259230CA" w:rsidR="0044297A" w:rsidRPr="00FD6D3D" w:rsidRDefault="00FD6D3D">
      <w:pPr>
        <w:spacing w:after="80"/>
      </w:pPr>
      <w:r w:rsidRPr="00FD6D3D">
        <w:t xml:space="preserve">This form shall be completed by the applicant and submitted together with the Application Form (Annex 2) and Project Budget (Annex 4). All activities included in the </w:t>
      </w:r>
      <w:r>
        <w:t>implementat</w:t>
      </w:r>
      <w:r w:rsidR="00C15DBC">
        <w:t>ion schedule</w:t>
      </w:r>
      <w:r w:rsidRPr="00FD6D3D">
        <w:t xml:space="preserve"> must correspond to the technical solution, budget, and expected project results.</w:t>
      </w:r>
    </w:p>
    <w:p w14:paraId="1CF3CDBA" w14:textId="3C0D0FEC" w:rsidR="0044297A" w:rsidRDefault="00C15DBC">
      <w:pPr>
        <w:pStyle w:val="1"/>
      </w:pPr>
      <w:r w:rsidRPr="00C15DBC">
        <w:rPr>
          <w:rFonts w:ascii="Arial" w:eastAsia="Arial" w:hAnsi="Arial"/>
          <w:color w:val="1F4E79"/>
          <w:sz w:val="22"/>
        </w:rPr>
        <w:t>Section 1. General Project Information</w:t>
      </w:r>
    </w:p>
    <w:tbl>
      <w:tblPr>
        <w:tblStyle w:val="aff0"/>
        <w:tblW w:w="0" w:type="auto"/>
        <w:jc w:val="center"/>
        <w:tblLayout w:type="fixed"/>
        <w:tblLook w:val="04A0" w:firstRow="1" w:lastRow="0" w:firstColumn="1" w:lastColumn="0" w:noHBand="0" w:noVBand="1"/>
      </w:tblPr>
      <w:tblGrid>
        <w:gridCol w:w="4535"/>
        <w:gridCol w:w="10772"/>
      </w:tblGrid>
      <w:tr w:rsidR="0044297A" w14:paraId="5DA0C6FD" w14:textId="77777777">
        <w:trPr>
          <w:jc w:val="center"/>
        </w:trPr>
        <w:tc>
          <w:tcPr>
            <w:tcW w:w="4535" w:type="dxa"/>
            <w:tcMar>
              <w:top w:w="60" w:type="dxa"/>
              <w:left w:w="60" w:type="dxa"/>
              <w:bottom w:w="60" w:type="dxa"/>
              <w:right w:w="60" w:type="dxa"/>
            </w:tcMar>
            <w:vAlign w:val="center"/>
          </w:tcPr>
          <w:p w14:paraId="50281689" w14:textId="435DAFD5" w:rsidR="0044297A" w:rsidRDefault="00C15DBC">
            <w:r>
              <w:rPr>
                <w:b/>
              </w:rPr>
              <w:t>Project title</w:t>
            </w:r>
          </w:p>
        </w:tc>
        <w:tc>
          <w:tcPr>
            <w:tcW w:w="10772" w:type="dxa"/>
            <w:tcMar>
              <w:top w:w="60" w:type="dxa"/>
              <w:left w:w="60" w:type="dxa"/>
              <w:bottom w:w="60" w:type="dxa"/>
              <w:right w:w="60" w:type="dxa"/>
            </w:tcMar>
            <w:vAlign w:val="center"/>
          </w:tcPr>
          <w:p w14:paraId="2CF567ED" w14:textId="77777777" w:rsidR="0044297A" w:rsidRDefault="0044297A"/>
        </w:tc>
      </w:tr>
      <w:tr w:rsidR="0044297A" w:rsidRPr="009A2E8E" w14:paraId="4F5C8317" w14:textId="77777777">
        <w:trPr>
          <w:jc w:val="center"/>
        </w:trPr>
        <w:tc>
          <w:tcPr>
            <w:tcW w:w="4535" w:type="dxa"/>
            <w:tcMar>
              <w:top w:w="60" w:type="dxa"/>
              <w:left w:w="60" w:type="dxa"/>
              <w:bottom w:w="60" w:type="dxa"/>
              <w:right w:w="60" w:type="dxa"/>
            </w:tcMar>
            <w:vAlign w:val="center"/>
          </w:tcPr>
          <w:p w14:paraId="7BFEB438" w14:textId="62ADAA6B" w:rsidR="00C15DBC" w:rsidRPr="00C15DBC" w:rsidRDefault="00C15DBC">
            <w:pPr>
              <w:rPr>
                <w:b/>
              </w:rPr>
            </w:pPr>
            <w:r>
              <w:rPr>
                <w:b/>
              </w:rPr>
              <w:t>Lot / thematic area</w:t>
            </w:r>
          </w:p>
        </w:tc>
        <w:tc>
          <w:tcPr>
            <w:tcW w:w="10772" w:type="dxa"/>
            <w:tcMar>
              <w:top w:w="60" w:type="dxa"/>
              <w:left w:w="60" w:type="dxa"/>
              <w:bottom w:w="60" w:type="dxa"/>
              <w:right w:w="60" w:type="dxa"/>
            </w:tcMar>
            <w:vAlign w:val="center"/>
          </w:tcPr>
          <w:p w14:paraId="7554C027" w14:textId="07B544FE" w:rsidR="0044297A" w:rsidRPr="009A2E8E" w:rsidRDefault="0042553D">
            <w:r w:rsidRPr="005F5844">
              <w:rPr>
                <w:i/>
                <w:color w:val="666666"/>
              </w:rPr>
              <w:t xml:space="preserve">☐ </w:t>
            </w:r>
            <w:r w:rsidR="005F5844">
              <w:rPr>
                <w:i/>
                <w:color w:val="666666"/>
              </w:rPr>
              <w:t>Lot</w:t>
            </w:r>
            <w:r w:rsidRPr="005F5844">
              <w:rPr>
                <w:i/>
                <w:color w:val="666666"/>
              </w:rPr>
              <w:t xml:space="preserve"> 1. </w:t>
            </w:r>
            <w:r w:rsidR="005F5844" w:rsidRPr="005F5844">
              <w:rPr>
                <w:i/>
                <w:color w:val="666666"/>
              </w:rPr>
              <w:t>Water-Efficient Practices</w:t>
            </w:r>
            <w:r w:rsidR="005F5844">
              <w:rPr>
                <w:i/>
                <w:color w:val="666666"/>
              </w:rPr>
              <w:t xml:space="preserve"> </w:t>
            </w:r>
            <w:r w:rsidRPr="005F5844">
              <w:rPr>
                <w:i/>
                <w:color w:val="666666"/>
              </w:rPr>
              <w:t xml:space="preserve">☐ </w:t>
            </w:r>
            <w:r w:rsidR="005F5844">
              <w:rPr>
                <w:i/>
                <w:color w:val="666666"/>
              </w:rPr>
              <w:t>Lot</w:t>
            </w:r>
            <w:r w:rsidRPr="005F5844">
              <w:rPr>
                <w:i/>
                <w:color w:val="666666"/>
              </w:rPr>
              <w:t xml:space="preserve"> 2. </w:t>
            </w:r>
            <w:r w:rsidR="005F5844" w:rsidRPr="005F5844">
              <w:rPr>
                <w:i/>
                <w:color w:val="666666"/>
              </w:rPr>
              <w:t>Nature</w:t>
            </w:r>
            <w:r w:rsidR="005F5844" w:rsidRPr="009A2E8E">
              <w:rPr>
                <w:i/>
                <w:color w:val="666666"/>
              </w:rPr>
              <w:t>-</w:t>
            </w:r>
            <w:r w:rsidR="005F5844" w:rsidRPr="005F5844">
              <w:rPr>
                <w:i/>
                <w:color w:val="666666"/>
              </w:rPr>
              <w:t>Based</w:t>
            </w:r>
            <w:r w:rsidR="005F5844" w:rsidRPr="009A2E8E">
              <w:rPr>
                <w:i/>
                <w:color w:val="666666"/>
              </w:rPr>
              <w:t xml:space="preserve"> </w:t>
            </w:r>
            <w:r w:rsidR="005F5844" w:rsidRPr="005F5844">
              <w:rPr>
                <w:i/>
                <w:color w:val="666666"/>
              </w:rPr>
              <w:t>Solutions</w:t>
            </w:r>
            <w:r w:rsidRPr="009A2E8E">
              <w:rPr>
                <w:i/>
                <w:color w:val="666666"/>
              </w:rPr>
              <w:t xml:space="preserve">   ☐ </w:t>
            </w:r>
            <w:r w:rsidR="005F5844">
              <w:rPr>
                <w:i/>
                <w:color w:val="666666"/>
              </w:rPr>
              <w:t xml:space="preserve">Lot </w:t>
            </w:r>
            <w:r w:rsidRPr="009A2E8E">
              <w:rPr>
                <w:i/>
                <w:color w:val="666666"/>
              </w:rPr>
              <w:t xml:space="preserve">3. </w:t>
            </w:r>
            <w:r w:rsidR="009A2E8E" w:rsidRPr="009A2E8E">
              <w:rPr>
                <w:i/>
                <w:color w:val="666666"/>
              </w:rPr>
              <w:t>Energy Efficiency</w:t>
            </w:r>
            <w:r w:rsidRPr="009A2E8E">
              <w:rPr>
                <w:i/>
                <w:color w:val="666666"/>
              </w:rPr>
              <w:t xml:space="preserve">   ☐</w:t>
            </w:r>
            <w:r w:rsidR="009A2E8E">
              <w:rPr>
                <w:i/>
                <w:color w:val="666666"/>
              </w:rPr>
              <w:t xml:space="preserve"> Combined Solution</w:t>
            </w:r>
          </w:p>
        </w:tc>
      </w:tr>
      <w:tr w:rsidR="0044297A" w14:paraId="09F0DDC4" w14:textId="77777777">
        <w:trPr>
          <w:jc w:val="center"/>
        </w:trPr>
        <w:tc>
          <w:tcPr>
            <w:tcW w:w="4535" w:type="dxa"/>
            <w:tcMar>
              <w:top w:w="60" w:type="dxa"/>
              <w:left w:w="60" w:type="dxa"/>
              <w:bottom w:w="60" w:type="dxa"/>
              <w:right w:w="60" w:type="dxa"/>
            </w:tcMar>
            <w:vAlign w:val="center"/>
          </w:tcPr>
          <w:p w14:paraId="2B1DEAFD" w14:textId="1061301F" w:rsidR="0044297A" w:rsidRDefault="009A2E8E">
            <w:r w:rsidRPr="009A2E8E">
              <w:rPr>
                <w:b/>
              </w:rPr>
              <w:t>Applicant (organi</w:t>
            </w:r>
            <w:r>
              <w:rPr>
                <w:b/>
              </w:rPr>
              <w:t>z</w:t>
            </w:r>
            <w:r w:rsidRPr="009A2E8E">
              <w:rPr>
                <w:b/>
              </w:rPr>
              <w:t>ation name)</w:t>
            </w:r>
          </w:p>
        </w:tc>
        <w:tc>
          <w:tcPr>
            <w:tcW w:w="10772" w:type="dxa"/>
            <w:tcMar>
              <w:top w:w="60" w:type="dxa"/>
              <w:left w:w="60" w:type="dxa"/>
              <w:bottom w:w="60" w:type="dxa"/>
              <w:right w:w="60" w:type="dxa"/>
            </w:tcMar>
            <w:vAlign w:val="center"/>
          </w:tcPr>
          <w:p w14:paraId="35CCB963" w14:textId="77777777" w:rsidR="0044297A" w:rsidRDefault="0044297A"/>
        </w:tc>
      </w:tr>
      <w:tr w:rsidR="0044297A" w14:paraId="426730A3" w14:textId="77777777">
        <w:trPr>
          <w:jc w:val="center"/>
        </w:trPr>
        <w:tc>
          <w:tcPr>
            <w:tcW w:w="4535" w:type="dxa"/>
            <w:tcMar>
              <w:top w:w="60" w:type="dxa"/>
              <w:left w:w="60" w:type="dxa"/>
              <w:bottom w:w="60" w:type="dxa"/>
              <w:right w:w="60" w:type="dxa"/>
            </w:tcMar>
            <w:vAlign w:val="center"/>
          </w:tcPr>
          <w:p w14:paraId="787850A9" w14:textId="409937CC" w:rsidR="0044297A" w:rsidRDefault="009A2E8E">
            <w:r w:rsidRPr="009A2E8E">
              <w:rPr>
                <w:b/>
              </w:rPr>
              <w:t>Project partner / entity responsible for the facility</w:t>
            </w:r>
          </w:p>
        </w:tc>
        <w:tc>
          <w:tcPr>
            <w:tcW w:w="10772" w:type="dxa"/>
            <w:tcMar>
              <w:top w:w="60" w:type="dxa"/>
              <w:left w:w="60" w:type="dxa"/>
              <w:bottom w:w="60" w:type="dxa"/>
              <w:right w:w="60" w:type="dxa"/>
            </w:tcMar>
            <w:vAlign w:val="center"/>
          </w:tcPr>
          <w:p w14:paraId="3ABB66E5" w14:textId="77777777" w:rsidR="0044297A" w:rsidRDefault="0044297A"/>
        </w:tc>
      </w:tr>
      <w:tr w:rsidR="0044297A" w14:paraId="36F4820C" w14:textId="77777777">
        <w:trPr>
          <w:jc w:val="center"/>
        </w:trPr>
        <w:tc>
          <w:tcPr>
            <w:tcW w:w="4535" w:type="dxa"/>
            <w:tcMar>
              <w:top w:w="60" w:type="dxa"/>
              <w:left w:w="60" w:type="dxa"/>
              <w:bottom w:w="60" w:type="dxa"/>
              <w:right w:w="60" w:type="dxa"/>
            </w:tcMar>
            <w:vAlign w:val="center"/>
          </w:tcPr>
          <w:p w14:paraId="0BC1C811" w14:textId="652D4787" w:rsidR="0044297A" w:rsidRDefault="0048698E">
            <w:r w:rsidRPr="0048698E">
              <w:rPr>
                <w:b/>
              </w:rPr>
              <w:t>Project implementation facility or area</w:t>
            </w:r>
          </w:p>
        </w:tc>
        <w:tc>
          <w:tcPr>
            <w:tcW w:w="10772" w:type="dxa"/>
            <w:tcMar>
              <w:top w:w="60" w:type="dxa"/>
              <w:left w:w="60" w:type="dxa"/>
              <w:bottom w:w="60" w:type="dxa"/>
              <w:right w:w="60" w:type="dxa"/>
            </w:tcMar>
            <w:vAlign w:val="center"/>
          </w:tcPr>
          <w:p w14:paraId="2424E867" w14:textId="77777777" w:rsidR="0044297A" w:rsidRDefault="0044297A"/>
        </w:tc>
      </w:tr>
      <w:tr w:rsidR="0044297A" w14:paraId="2E5208BB" w14:textId="77777777">
        <w:trPr>
          <w:jc w:val="center"/>
        </w:trPr>
        <w:tc>
          <w:tcPr>
            <w:tcW w:w="4535" w:type="dxa"/>
            <w:tcMar>
              <w:top w:w="60" w:type="dxa"/>
              <w:left w:w="60" w:type="dxa"/>
              <w:bottom w:w="60" w:type="dxa"/>
              <w:right w:w="60" w:type="dxa"/>
            </w:tcMar>
            <w:vAlign w:val="center"/>
          </w:tcPr>
          <w:p w14:paraId="5D2DDCE6" w14:textId="4F68950F" w:rsidR="0044297A" w:rsidRDefault="0048698E">
            <w:r w:rsidRPr="0048698E">
              <w:rPr>
                <w:b/>
              </w:rPr>
              <w:t>Project implementation period</w:t>
            </w:r>
          </w:p>
        </w:tc>
        <w:tc>
          <w:tcPr>
            <w:tcW w:w="10772" w:type="dxa"/>
            <w:tcMar>
              <w:top w:w="60" w:type="dxa"/>
              <w:left w:w="60" w:type="dxa"/>
              <w:bottom w:w="60" w:type="dxa"/>
              <w:right w:w="60" w:type="dxa"/>
            </w:tcMar>
            <w:vAlign w:val="center"/>
          </w:tcPr>
          <w:p w14:paraId="43805BE4" w14:textId="152217B0" w:rsidR="0044297A" w:rsidRDefault="00877C60">
            <w:r w:rsidRPr="00877C60">
              <w:rPr>
                <w:i/>
                <w:color w:val="666666"/>
              </w:rPr>
              <w:t>No more than 10 months</w:t>
            </w:r>
          </w:p>
        </w:tc>
      </w:tr>
      <w:tr w:rsidR="0044297A" w14:paraId="35907856" w14:textId="77777777">
        <w:trPr>
          <w:jc w:val="center"/>
        </w:trPr>
        <w:tc>
          <w:tcPr>
            <w:tcW w:w="4535" w:type="dxa"/>
            <w:tcMar>
              <w:top w:w="60" w:type="dxa"/>
              <w:left w:w="60" w:type="dxa"/>
              <w:bottom w:w="60" w:type="dxa"/>
              <w:right w:w="60" w:type="dxa"/>
            </w:tcMar>
            <w:vAlign w:val="center"/>
          </w:tcPr>
          <w:p w14:paraId="1C25ABAD" w14:textId="437321DC" w:rsidR="0044297A" w:rsidRDefault="0048698E">
            <w:r w:rsidRPr="0048698E">
              <w:rPr>
                <w:b/>
              </w:rPr>
              <w:t>Expected start date of implementation</w:t>
            </w:r>
          </w:p>
        </w:tc>
        <w:tc>
          <w:tcPr>
            <w:tcW w:w="10772" w:type="dxa"/>
            <w:tcMar>
              <w:top w:w="60" w:type="dxa"/>
              <w:left w:w="60" w:type="dxa"/>
              <w:bottom w:w="60" w:type="dxa"/>
              <w:right w:w="60" w:type="dxa"/>
            </w:tcMar>
            <w:vAlign w:val="center"/>
          </w:tcPr>
          <w:p w14:paraId="6C37D919" w14:textId="23B0DB9D" w:rsidR="0044297A" w:rsidRDefault="00877C60">
            <w:r w:rsidRPr="00877C60">
              <w:rPr>
                <w:i/>
                <w:color w:val="666666"/>
              </w:rPr>
              <w:t>After signing the grant agreement</w:t>
            </w:r>
          </w:p>
        </w:tc>
      </w:tr>
      <w:tr w:rsidR="0044297A" w14:paraId="0860212E" w14:textId="77777777">
        <w:trPr>
          <w:jc w:val="center"/>
        </w:trPr>
        <w:tc>
          <w:tcPr>
            <w:tcW w:w="4535" w:type="dxa"/>
            <w:tcMar>
              <w:top w:w="60" w:type="dxa"/>
              <w:left w:w="60" w:type="dxa"/>
              <w:bottom w:w="60" w:type="dxa"/>
              <w:right w:w="60" w:type="dxa"/>
            </w:tcMar>
            <w:vAlign w:val="center"/>
          </w:tcPr>
          <w:p w14:paraId="02655695" w14:textId="1BDCCDD6" w:rsidR="0044297A" w:rsidRDefault="0048698E">
            <w:r w:rsidRPr="0048698E">
              <w:rPr>
                <w:b/>
              </w:rPr>
              <w:t>Requested grant amount (USD)</w:t>
            </w:r>
          </w:p>
        </w:tc>
        <w:tc>
          <w:tcPr>
            <w:tcW w:w="10772" w:type="dxa"/>
            <w:tcMar>
              <w:top w:w="60" w:type="dxa"/>
              <w:left w:w="60" w:type="dxa"/>
              <w:bottom w:w="60" w:type="dxa"/>
              <w:right w:w="60" w:type="dxa"/>
            </w:tcMar>
            <w:vAlign w:val="center"/>
          </w:tcPr>
          <w:p w14:paraId="04B755B8" w14:textId="77777777" w:rsidR="0044297A" w:rsidRDefault="0044297A"/>
        </w:tc>
      </w:tr>
      <w:tr w:rsidR="0044297A" w14:paraId="01928EDC" w14:textId="77777777">
        <w:trPr>
          <w:jc w:val="center"/>
        </w:trPr>
        <w:tc>
          <w:tcPr>
            <w:tcW w:w="4535" w:type="dxa"/>
            <w:tcMar>
              <w:top w:w="60" w:type="dxa"/>
              <w:left w:w="60" w:type="dxa"/>
              <w:bottom w:w="60" w:type="dxa"/>
              <w:right w:w="60" w:type="dxa"/>
            </w:tcMar>
            <w:vAlign w:val="center"/>
          </w:tcPr>
          <w:p w14:paraId="6AE5A80F" w14:textId="34232C29" w:rsidR="0044297A" w:rsidRDefault="0048698E">
            <w:r w:rsidRPr="0048698E">
              <w:rPr>
                <w:b/>
              </w:rPr>
              <w:t>Co-financing (amount and %)</w:t>
            </w:r>
          </w:p>
        </w:tc>
        <w:tc>
          <w:tcPr>
            <w:tcW w:w="10772" w:type="dxa"/>
            <w:tcMar>
              <w:top w:w="60" w:type="dxa"/>
              <w:left w:w="60" w:type="dxa"/>
              <w:bottom w:w="60" w:type="dxa"/>
              <w:right w:w="60" w:type="dxa"/>
            </w:tcMar>
            <w:vAlign w:val="center"/>
          </w:tcPr>
          <w:p w14:paraId="076D278A" w14:textId="77777777" w:rsidR="0044297A" w:rsidRDefault="0044297A"/>
        </w:tc>
      </w:tr>
    </w:tbl>
    <w:p w14:paraId="6E7F4A76" w14:textId="648161C6" w:rsidR="0044297A" w:rsidRPr="008979AE" w:rsidRDefault="00877C60">
      <w:pPr>
        <w:pStyle w:val="1"/>
      </w:pPr>
      <w:r w:rsidRPr="00877C60">
        <w:rPr>
          <w:rFonts w:ascii="Arial" w:eastAsia="Arial" w:hAnsi="Arial"/>
          <w:color w:val="1F4E79"/>
          <w:sz w:val="22"/>
        </w:rPr>
        <w:t>Section 2. Project</w:t>
      </w:r>
      <w:r w:rsidRPr="008979AE">
        <w:rPr>
          <w:rFonts w:ascii="Arial" w:eastAsia="Arial" w:hAnsi="Arial"/>
          <w:color w:val="1F4E79"/>
          <w:sz w:val="22"/>
        </w:rPr>
        <w:t xml:space="preserve"> </w:t>
      </w:r>
      <w:r w:rsidRPr="00877C60">
        <w:rPr>
          <w:rFonts w:ascii="Arial" w:eastAsia="Arial" w:hAnsi="Arial"/>
          <w:color w:val="1F4E79"/>
          <w:sz w:val="22"/>
        </w:rPr>
        <w:t>Activity</w:t>
      </w:r>
      <w:r w:rsidRPr="008979AE">
        <w:rPr>
          <w:rFonts w:ascii="Arial" w:eastAsia="Arial" w:hAnsi="Arial"/>
          <w:color w:val="1F4E79"/>
          <w:sz w:val="22"/>
        </w:rPr>
        <w:t xml:space="preserve"> </w:t>
      </w:r>
      <w:r>
        <w:rPr>
          <w:rFonts w:ascii="Arial" w:eastAsia="Arial" w:hAnsi="Arial"/>
          <w:color w:val="1F4E79"/>
          <w:sz w:val="22"/>
        </w:rPr>
        <w:t>Implementation</w:t>
      </w:r>
      <w:r w:rsidRPr="008979AE">
        <w:rPr>
          <w:rFonts w:ascii="Arial" w:eastAsia="Arial" w:hAnsi="Arial"/>
          <w:color w:val="1F4E79"/>
          <w:sz w:val="22"/>
        </w:rPr>
        <w:t xml:space="preserve"> </w:t>
      </w:r>
      <w:r>
        <w:rPr>
          <w:rFonts w:ascii="Arial" w:eastAsia="Arial" w:hAnsi="Arial"/>
          <w:color w:val="1F4E79"/>
          <w:sz w:val="22"/>
        </w:rPr>
        <w:t>Schedule</w:t>
      </w:r>
    </w:p>
    <w:p w14:paraId="24588815" w14:textId="7113A880" w:rsidR="0044297A" w:rsidRPr="008979AE" w:rsidRDefault="008979AE">
      <w:pPr>
        <w:spacing w:after="80"/>
      </w:pPr>
      <w:r w:rsidRPr="008979AE">
        <w:t>Specify all project activities in chronological order. Mark the months of implementation with an “X”. For each activity, indicate the specific result or document that will verify completion.</w:t>
      </w:r>
    </w:p>
    <w:tbl>
      <w:tblPr>
        <w:tblStyle w:val="aff0"/>
        <w:tblW w:w="15106" w:type="dxa"/>
        <w:jc w:val="center"/>
        <w:tblLayout w:type="fixed"/>
        <w:tblLook w:val="04A0" w:firstRow="1" w:lastRow="0" w:firstColumn="1" w:lastColumn="0" w:noHBand="0" w:noVBand="1"/>
      </w:tblPr>
      <w:tblGrid>
        <w:gridCol w:w="613"/>
        <w:gridCol w:w="1426"/>
        <w:gridCol w:w="1859"/>
        <w:gridCol w:w="1440"/>
        <w:gridCol w:w="270"/>
        <w:gridCol w:w="270"/>
        <w:gridCol w:w="270"/>
        <w:gridCol w:w="180"/>
        <w:gridCol w:w="90"/>
        <w:gridCol w:w="270"/>
        <w:gridCol w:w="270"/>
        <w:gridCol w:w="270"/>
        <w:gridCol w:w="270"/>
        <w:gridCol w:w="270"/>
        <w:gridCol w:w="450"/>
        <w:gridCol w:w="6888"/>
      </w:tblGrid>
      <w:tr w:rsidR="007476A2" w14:paraId="4461602E" w14:textId="77777777" w:rsidTr="0084692C">
        <w:trPr>
          <w:cantSplit/>
          <w:trHeight w:val="50"/>
          <w:tblHeader/>
          <w:jc w:val="center"/>
        </w:trPr>
        <w:tc>
          <w:tcPr>
            <w:tcW w:w="613" w:type="dxa"/>
            <w:shd w:val="clear" w:color="auto" w:fill="D9EAF7"/>
            <w:tcMar>
              <w:top w:w="60" w:type="dxa"/>
              <w:left w:w="60" w:type="dxa"/>
              <w:bottom w:w="60" w:type="dxa"/>
              <w:right w:w="60" w:type="dxa"/>
            </w:tcMar>
            <w:vAlign w:val="center"/>
          </w:tcPr>
          <w:p w14:paraId="73694C57" w14:textId="5EC18B76" w:rsidR="007476A2" w:rsidRDefault="008979AE" w:rsidP="007476A2">
            <w:pPr>
              <w:jc w:val="center"/>
            </w:pPr>
            <w:r>
              <w:rPr>
                <w:b/>
                <w:sz w:val="16"/>
              </w:rPr>
              <w:t>No.</w:t>
            </w:r>
          </w:p>
        </w:tc>
        <w:tc>
          <w:tcPr>
            <w:tcW w:w="1426" w:type="dxa"/>
            <w:shd w:val="clear" w:color="auto" w:fill="D9EAF7"/>
            <w:tcMar>
              <w:top w:w="60" w:type="dxa"/>
              <w:left w:w="60" w:type="dxa"/>
              <w:bottom w:w="60" w:type="dxa"/>
              <w:right w:w="60" w:type="dxa"/>
            </w:tcMar>
            <w:vAlign w:val="center"/>
          </w:tcPr>
          <w:p w14:paraId="29A2A715" w14:textId="6D2C7B42" w:rsidR="007476A2" w:rsidRDefault="008979AE" w:rsidP="007476A2">
            <w:pPr>
              <w:jc w:val="center"/>
            </w:pPr>
            <w:r w:rsidRPr="008979AE">
              <w:rPr>
                <w:b/>
                <w:sz w:val="16"/>
              </w:rPr>
              <w:t>Activity / work stage</w:t>
            </w:r>
          </w:p>
        </w:tc>
        <w:tc>
          <w:tcPr>
            <w:tcW w:w="1859" w:type="dxa"/>
            <w:shd w:val="clear" w:color="auto" w:fill="D9EAF7"/>
            <w:tcMar>
              <w:top w:w="60" w:type="dxa"/>
              <w:left w:w="60" w:type="dxa"/>
              <w:bottom w:w="60" w:type="dxa"/>
              <w:right w:w="60" w:type="dxa"/>
            </w:tcMar>
            <w:vAlign w:val="center"/>
          </w:tcPr>
          <w:p w14:paraId="5FF0A5AC" w14:textId="7BDA2408" w:rsidR="007476A2" w:rsidRDefault="008979AE" w:rsidP="007476A2">
            <w:pPr>
              <w:jc w:val="center"/>
            </w:pPr>
            <w:r w:rsidRPr="008979AE">
              <w:rPr>
                <w:b/>
                <w:sz w:val="16"/>
              </w:rPr>
              <w:t>Brief description of works</w:t>
            </w:r>
          </w:p>
        </w:tc>
        <w:tc>
          <w:tcPr>
            <w:tcW w:w="1440" w:type="dxa"/>
            <w:shd w:val="clear" w:color="auto" w:fill="D9EAF7"/>
            <w:tcMar>
              <w:top w:w="60" w:type="dxa"/>
              <w:left w:w="60" w:type="dxa"/>
              <w:bottom w:w="60" w:type="dxa"/>
              <w:right w:w="60" w:type="dxa"/>
            </w:tcMar>
            <w:vAlign w:val="center"/>
          </w:tcPr>
          <w:p w14:paraId="2E10978B" w14:textId="29505EDD" w:rsidR="007476A2" w:rsidRDefault="008979AE" w:rsidP="007476A2">
            <w:pPr>
              <w:jc w:val="center"/>
            </w:pPr>
            <w:r w:rsidRPr="008979AE">
              <w:rPr>
                <w:b/>
                <w:sz w:val="16"/>
              </w:rPr>
              <w:t>Responsible party</w:t>
            </w:r>
          </w:p>
        </w:tc>
        <w:tc>
          <w:tcPr>
            <w:tcW w:w="270" w:type="dxa"/>
            <w:shd w:val="clear" w:color="auto" w:fill="D9EAF7"/>
            <w:tcMar>
              <w:top w:w="60" w:type="dxa"/>
              <w:left w:w="60" w:type="dxa"/>
              <w:bottom w:w="60" w:type="dxa"/>
              <w:right w:w="60" w:type="dxa"/>
            </w:tcMar>
            <w:vAlign w:val="center"/>
          </w:tcPr>
          <w:p w14:paraId="4D928417" w14:textId="77777777" w:rsidR="007476A2" w:rsidRDefault="007476A2" w:rsidP="007476A2">
            <w:pPr>
              <w:jc w:val="center"/>
            </w:pPr>
            <w:r>
              <w:rPr>
                <w:b/>
                <w:sz w:val="16"/>
              </w:rPr>
              <w:t>М1</w:t>
            </w:r>
          </w:p>
        </w:tc>
        <w:tc>
          <w:tcPr>
            <w:tcW w:w="270" w:type="dxa"/>
            <w:shd w:val="clear" w:color="auto" w:fill="D9EAF7"/>
            <w:tcMar>
              <w:top w:w="60" w:type="dxa"/>
              <w:left w:w="60" w:type="dxa"/>
              <w:bottom w:w="60" w:type="dxa"/>
              <w:right w:w="60" w:type="dxa"/>
            </w:tcMar>
            <w:vAlign w:val="center"/>
          </w:tcPr>
          <w:p w14:paraId="08E242F8" w14:textId="77777777" w:rsidR="007476A2" w:rsidRDefault="007476A2" w:rsidP="007476A2">
            <w:pPr>
              <w:jc w:val="center"/>
            </w:pPr>
            <w:r>
              <w:rPr>
                <w:b/>
                <w:sz w:val="16"/>
              </w:rPr>
              <w:t>М2</w:t>
            </w:r>
          </w:p>
        </w:tc>
        <w:tc>
          <w:tcPr>
            <w:tcW w:w="270" w:type="dxa"/>
            <w:shd w:val="clear" w:color="auto" w:fill="D9EAF7"/>
            <w:tcMar>
              <w:top w:w="60" w:type="dxa"/>
              <w:left w:w="60" w:type="dxa"/>
              <w:bottom w:w="60" w:type="dxa"/>
              <w:right w:w="60" w:type="dxa"/>
            </w:tcMar>
            <w:vAlign w:val="center"/>
          </w:tcPr>
          <w:p w14:paraId="6B2FEB0C" w14:textId="77777777" w:rsidR="007476A2" w:rsidRDefault="007476A2" w:rsidP="007476A2">
            <w:pPr>
              <w:jc w:val="center"/>
            </w:pPr>
            <w:r>
              <w:rPr>
                <w:b/>
                <w:sz w:val="16"/>
              </w:rPr>
              <w:t>М3</w:t>
            </w:r>
          </w:p>
        </w:tc>
        <w:tc>
          <w:tcPr>
            <w:tcW w:w="270" w:type="dxa"/>
            <w:gridSpan w:val="2"/>
            <w:shd w:val="clear" w:color="auto" w:fill="D9EAF7"/>
            <w:tcMar>
              <w:top w:w="60" w:type="dxa"/>
              <w:left w:w="60" w:type="dxa"/>
              <w:bottom w:w="60" w:type="dxa"/>
              <w:right w:w="60" w:type="dxa"/>
            </w:tcMar>
            <w:vAlign w:val="center"/>
          </w:tcPr>
          <w:p w14:paraId="28592C17" w14:textId="77777777" w:rsidR="007476A2" w:rsidRDefault="007476A2" w:rsidP="007476A2">
            <w:pPr>
              <w:jc w:val="center"/>
            </w:pPr>
            <w:r>
              <w:rPr>
                <w:b/>
                <w:sz w:val="16"/>
              </w:rPr>
              <w:t>М4</w:t>
            </w:r>
          </w:p>
        </w:tc>
        <w:tc>
          <w:tcPr>
            <w:tcW w:w="270" w:type="dxa"/>
            <w:shd w:val="clear" w:color="auto" w:fill="D9EAF7"/>
            <w:tcMar>
              <w:top w:w="60" w:type="dxa"/>
              <w:left w:w="60" w:type="dxa"/>
              <w:bottom w:w="60" w:type="dxa"/>
              <w:right w:w="60" w:type="dxa"/>
            </w:tcMar>
            <w:vAlign w:val="center"/>
          </w:tcPr>
          <w:p w14:paraId="7FFD243A" w14:textId="77777777" w:rsidR="007476A2" w:rsidRDefault="007476A2" w:rsidP="007476A2">
            <w:pPr>
              <w:jc w:val="center"/>
            </w:pPr>
            <w:r>
              <w:rPr>
                <w:b/>
                <w:sz w:val="16"/>
              </w:rPr>
              <w:t>М5</w:t>
            </w:r>
          </w:p>
        </w:tc>
        <w:tc>
          <w:tcPr>
            <w:tcW w:w="270" w:type="dxa"/>
            <w:shd w:val="clear" w:color="auto" w:fill="D9EAF7"/>
            <w:tcMar>
              <w:top w:w="60" w:type="dxa"/>
              <w:left w:w="60" w:type="dxa"/>
              <w:bottom w:w="60" w:type="dxa"/>
              <w:right w:w="60" w:type="dxa"/>
            </w:tcMar>
            <w:vAlign w:val="center"/>
          </w:tcPr>
          <w:p w14:paraId="2D63B5EA" w14:textId="77777777" w:rsidR="007476A2" w:rsidRDefault="007476A2" w:rsidP="007476A2">
            <w:pPr>
              <w:jc w:val="center"/>
            </w:pPr>
            <w:r>
              <w:rPr>
                <w:b/>
                <w:sz w:val="16"/>
              </w:rPr>
              <w:t>М6</w:t>
            </w:r>
          </w:p>
        </w:tc>
        <w:tc>
          <w:tcPr>
            <w:tcW w:w="270" w:type="dxa"/>
            <w:shd w:val="clear" w:color="auto" w:fill="D9EAF7"/>
            <w:tcMar>
              <w:top w:w="60" w:type="dxa"/>
              <w:left w:w="60" w:type="dxa"/>
              <w:bottom w:w="60" w:type="dxa"/>
              <w:right w:w="60" w:type="dxa"/>
            </w:tcMar>
            <w:vAlign w:val="center"/>
          </w:tcPr>
          <w:p w14:paraId="65469AC3" w14:textId="77777777" w:rsidR="007476A2" w:rsidRDefault="007476A2" w:rsidP="007476A2">
            <w:pPr>
              <w:jc w:val="center"/>
            </w:pPr>
            <w:r>
              <w:rPr>
                <w:b/>
                <w:sz w:val="16"/>
              </w:rPr>
              <w:t>М7</w:t>
            </w:r>
          </w:p>
        </w:tc>
        <w:tc>
          <w:tcPr>
            <w:tcW w:w="270" w:type="dxa"/>
            <w:shd w:val="clear" w:color="auto" w:fill="D9EAF7"/>
          </w:tcPr>
          <w:p w14:paraId="448CBC6F" w14:textId="58D2095A" w:rsidR="007476A2" w:rsidRPr="000F1A66" w:rsidRDefault="007476A2" w:rsidP="007476A2">
            <w:pPr>
              <w:jc w:val="center"/>
              <w:rPr>
                <w:b/>
                <w:sz w:val="16"/>
                <w:lang w:val="ru-RU"/>
              </w:rPr>
            </w:pPr>
            <w:r>
              <w:rPr>
                <w:b/>
                <w:sz w:val="16"/>
              </w:rPr>
              <w:t>M</w:t>
            </w:r>
            <w:r>
              <w:rPr>
                <w:b/>
                <w:sz w:val="16"/>
                <w:lang w:val="ru-RU"/>
              </w:rPr>
              <w:t xml:space="preserve">8 </w:t>
            </w:r>
          </w:p>
        </w:tc>
        <w:tc>
          <w:tcPr>
            <w:tcW w:w="270" w:type="dxa"/>
            <w:shd w:val="clear" w:color="auto" w:fill="D9EAF7"/>
          </w:tcPr>
          <w:p w14:paraId="2B9544F2" w14:textId="0AFE42C1" w:rsidR="007476A2" w:rsidRPr="0015592F" w:rsidRDefault="007476A2" w:rsidP="007476A2">
            <w:pPr>
              <w:jc w:val="center"/>
              <w:rPr>
                <w:b/>
                <w:sz w:val="16"/>
              </w:rPr>
            </w:pPr>
            <w:r w:rsidRPr="0015592F">
              <w:rPr>
                <w:b/>
                <w:sz w:val="16"/>
              </w:rPr>
              <w:t>M9</w:t>
            </w:r>
          </w:p>
        </w:tc>
        <w:tc>
          <w:tcPr>
            <w:tcW w:w="450" w:type="dxa"/>
            <w:shd w:val="clear" w:color="auto" w:fill="D9EAF7"/>
          </w:tcPr>
          <w:p w14:paraId="5AF9A308" w14:textId="77777777" w:rsidR="0084692C" w:rsidRPr="0015592F" w:rsidRDefault="007476A2" w:rsidP="007476A2">
            <w:pPr>
              <w:jc w:val="center"/>
              <w:rPr>
                <w:b/>
                <w:sz w:val="16"/>
              </w:rPr>
            </w:pPr>
            <w:r w:rsidRPr="0015592F">
              <w:rPr>
                <w:b/>
                <w:sz w:val="16"/>
              </w:rPr>
              <w:t>M</w:t>
            </w:r>
          </w:p>
          <w:p w14:paraId="4ECD1CD6" w14:textId="48936E42" w:rsidR="007476A2" w:rsidRPr="0015592F" w:rsidRDefault="007476A2" w:rsidP="007476A2">
            <w:pPr>
              <w:jc w:val="center"/>
              <w:rPr>
                <w:b/>
                <w:sz w:val="16"/>
              </w:rPr>
            </w:pPr>
            <w:r w:rsidRPr="0015592F">
              <w:rPr>
                <w:b/>
                <w:sz w:val="16"/>
              </w:rPr>
              <w:t>10</w:t>
            </w:r>
          </w:p>
        </w:tc>
        <w:tc>
          <w:tcPr>
            <w:tcW w:w="6888" w:type="dxa"/>
            <w:shd w:val="clear" w:color="auto" w:fill="D9EAF7"/>
            <w:tcMar>
              <w:top w:w="60" w:type="dxa"/>
              <w:left w:w="60" w:type="dxa"/>
              <w:bottom w:w="60" w:type="dxa"/>
              <w:right w:w="60" w:type="dxa"/>
            </w:tcMar>
            <w:vAlign w:val="center"/>
          </w:tcPr>
          <w:p w14:paraId="60AC12FD" w14:textId="095462D0" w:rsidR="007476A2" w:rsidRDefault="00025675" w:rsidP="007476A2">
            <w:pPr>
              <w:jc w:val="center"/>
            </w:pPr>
            <w:r w:rsidRPr="00025675">
              <w:rPr>
                <w:b/>
                <w:sz w:val="16"/>
              </w:rPr>
              <w:t>Expected result / supporting document</w:t>
            </w:r>
          </w:p>
        </w:tc>
      </w:tr>
      <w:tr w:rsidR="00AB1B6A" w:rsidRPr="00025675" w14:paraId="7AAB4003" w14:textId="77777777" w:rsidTr="0084692C">
        <w:trPr>
          <w:cantSplit/>
          <w:trHeight w:val="48"/>
          <w:jc w:val="center"/>
        </w:trPr>
        <w:tc>
          <w:tcPr>
            <w:tcW w:w="613" w:type="dxa"/>
            <w:tcMar>
              <w:top w:w="60" w:type="dxa"/>
              <w:left w:w="60" w:type="dxa"/>
              <w:bottom w:w="60" w:type="dxa"/>
              <w:right w:w="60" w:type="dxa"/>
            </w:tcMar>
            <w:vAlign w:val="center"/>
          </w:tcPr>
          <w:p w14:paraId="66B3B09B" w14:textId="77777777" w:rsidR="00AB1B6A" w:rsidRDefault="00AB1B6A">
            <w:pPr>
              <w:jc w:val="center"/>
            </w:pPr>
            <w:r>
              <w:rPr>
                <w:sz w:val="15"/>
              </w:rPr>
              <w:t>1</w:t>
            </w:r>
          </w:p>
        </w:tc>
        <w:tc>
          <w:tcPr>
            <w:tcW w:w="1426" w:type="dxa"/>
            <w:tcMar>
              <w:top w:w="60" w:type="dxa"/>
              <w:left w:w="60" w:type="dxa"/>
              <w:bottom w:w="60" w:type="dxa"/>
              <w:right w:w="60" w:type="dxa"/>
            </w:tcMar>
            <w:vAlign w:val="center"/>
          </w:tcPr>
          <w:p w14:paraId="168B19BB" w14:textId="5D86633A" w:rsidR="00AB1B6A" w:rsidRPr="00F5008B" w:rsidRDefault="00E41D08">
            <w:pPr>
              <w:rPr>
                <w:color w:val="FF0000"/>
              </w:rPr>
            </w:pPr>
            <w:r w:rsidRPr="00E41D08">
              <w:rPr>
                <w:i/>
                <w:color w:val="FF0000"/>
                <w:sz w:val="15"/>
              </w:rPr>
              <w:t>Example – Preparation of start-up package</w:t>
            </w:r>
          </w:p>
        </w:tc>
        <w:tc>
          <w:tcPr>
            <w:tcW w:w="1859" w:type="dxa"/>
            <w:tcMar>
              <w:top w:w="60" w:type="dxa"/>
              <w:left w:w="60" w:type="dxa"/>
              <w:bottom w:w="60" w:type="dxa"/>
              <w:right w:w="60" w:type="dxa"/>
            </w:tcMar>
            <w:vAlign w:val="center"/>
          </w:tcPr>
          <w:p w14:paraId="7166D23A" w14:textId="5D037C2C" w:rsidR="00AB1B6A" w:rsidRPr="00E41D08" w:rsidRDefault="00E41D08">
            <w:pPr>
              <w:rPr>
                <w:color w:val="FF0000"/>
              </w:rPr>
            </w:pPr>
            <w:r w:rsidRPr="00E41D08">
              <w:rPr>
                <w:i/>
                <w:color w:val="FF0000"/>
                <w:sz w:val="15"/>
              </w:rPr>
              <w:t>Finali</w:t>
            </w:r>
            <w:r w:rsidR="00357608">
              <w:rPr>
                <w:i/>
                <w:color w:val="FF0000"/>
                <w:sz w:val="15"/>
              </w:rPr>
              <w:t>z</w:t>
            </w:r>
            <w:r w:rsidRPr="00E41D08">
              <w:rPr>
                <w:i/>
                <w:color w:val="FF0000"/>
                <w:sz w:val="15"/>
              </w:rPr>
              <w:t>ation of work schedule, procurement plan, and assignment of responsible persons</w:t>
            </w:r>
          </w:p>
        </w:tc>
        <w:tc>
          <w:tcPr>
            <w:tcW w:w="1440" w:type="dxa"/>
            <w:tcMar>
              <w:top w:w="60" w:type="dxa"/>
              <w:left w:w="60" w:type="dxa"/>
              <w:bottom w:w="60" w:type="dxa"/>
              <w:right w:w="60" w:type="dxa"/>
            </w:tcMar>
            <w:vAlign w:val="center"/>
          </w:tcPr>
          <w:p w14:paraId="109BFD39" w14:textId="1C48969C" w:rsidR="00AB1B6A" w:rsidRPr="00F5008B" w:rsidRDefault="00E41D08">
            <w:pPr>
              <w:rPr>
                <w:color w:val="FF0000"/>
              </w:rPr>
            </w:pPr>
            <w:r>
              <w:rPr>
                <w:color w:val="FF0000"/>
                <w:sz w:val="15"/>
              </w:rPr>
              <w:t>NGOs</w:t>
            </w:r>
          </w:p>
        </w:tc>
        <w:tc>
          <w:tcPr>
            <w:tcW w:w="270" w:type="dxa"/>
            <w:tcMar>
              <w:top w:w="60" w:type="dxa"/>
              <w:left w:w="60" w:type="dxa"/>
              <w:bottom w:w="60" w:type="dxa"/>
              <w:right w:w="60" w:type="dxa"/>
            </w:tcMar>
            <w:vAlign w:val="center"/>
          </w:tcPr>
          <w:p w14:paraId="4B4E3AD0" w14:textId="0CBD9D43" w:rsidR="00AB1B6A" w:rsidRPr="00F5008B" w:rsidRDefault="00AB1B6A">
            <w:pPr>
              <w:jc w:val="center"/>
              <w:rPr>
                <w:color w:val="FF0000"/>
              </w:rPr>
            </w:pPr>
          </w:p>
        </w:tc>
        <w:tc>
          <w:tcPr>
            <w:tcW w:w="270" w:type="dxa"/>
            <w:tcMar>
              <w:top w:w="60" w:type="dxa"/>
              <w:left w:w="60" w:type="dxa"/>
              <w:bottom w:w="60" w:type="dxa"/>
              <w:right w:w="60" w:type="dxa"/>
            </w:tcMar>
            <w:vAlign w:val="center"/>
          </w:tcPr>
          <w:p w14:paraId="133325DE" w14:textId="77777777" w:rsidR="00AB1B6A" w:rsidRPr="00F5008B" w:rsidRDefault="00AB1B6A">
            <w:pPr>
              <w:jc w:val="center"/>
              <w:rPr>
                <w:color w:val="FF0000"/>
              </w:rPr>
            </w:pPr>
          </w:p>
        </w:tc>
        <w:tc>
          <w:tcPr>
            <w:tcW w:w="270" w:type="dxa"/>
            <w:tcMar>
              <w:top w:w="60" w:type="dxa"/>
              <w:left w:w="60" w:type="dxa"/>
              <w:bottom w:w="60" w:type="dxa"/>
              <w:right w:w="60" w:type="dxa"/>
            </w:tcMar>
            <w:vAlign w:val="center"/>
          </w:tcPr>
          <w:p w14:paraId="2C406322" w14:textId="77777777" w:rsidR="00AB1B6A" w:rsidRPr="00F5008B" w:rsidRDefault="00AB1B6A">
            <w:pPr>
              <w:jc w:val="center"/>
              <w:rPr>
                <w:color w:val="FF0000"/>
              </w:rPr>
            </w:pPr>
          </w:p>
        </w:tc>
        <w:tc>
          <w:tcPr>
            <w:tcW w:w="180" w:type="dxa"/>
            <w:tcMar>
              <w:top w:w="60" w:type="dxa"/>
              <w:left w:w="60" w:type="dxa"/>
              <w:bottom w:w="60" w:type="dxa"/>
              <w:right w:w="60" w:type="dxa"/>
            </w:tcMar>
            <w:vAlign w:val="center"/>
          </w:tcPr>
          <w:p w14:paraId="3D27CCA5" w14:textId="77777777" w:rsidR="00AB1B6A" w:rsidRPr="00F5008B" w:rsidRDefault="00AB1B6A">
            <w:pPr>
              <w:jc w:val="center"/>
              <w:rPr>
                <w:color w:val="FF0000"/>
              </w:rPr>
            </w:pPr>
          </w:p>
        </w:tc>
        <w:tc>
          <w:tcPr>
            <w:tcW w:w="360" w:type="dxa"/>
            <w:gridSpan w:val="2"/>
            <w:tcMar>
              <w:top w:w="60" w:type="dxa"/>
              <w:left w:w="60" w:type="dxa"/>
              <w:bottom w:w="60" w:type="dxa"/>
              <w:right w:w="60" w:type="dxa"/>
            </w:tcMar>
            <w:vAlign w:val="center"/>
          </w:tcPr>
          <w:p w14:paraId="3AE29FBF" w14:textId="77777777" w:rsidR="00AB1B6A" w:rsidRPr="00F5008B" w:rsidRDefault="00AB1B6A">
            <w:pPr>
              <w:jc w:val="center"/>
              <w:rPr>
                <w:color w:val="FF0000"/>
              </w:rPr>
            </w:pPr>
          </w:p>
        </w:tc>
        <w:tc>
          <w:tcPr>
            <w:tcW w:w="270" w:type="dxa"/>
            <w:tcMar>
              <w:top w:w="60" w:type="dxa"/>
              <w:left w:w="60" w:type="dxa"/>
              <w:bottom w:w="60" w:type="dxa"/>
              <w:right w:w="60" w:type="dxa"/>
            </w:tcMar>
            <w:vAlign w:val="center"/>
          </w:tcPr>
          <w:p w14:paraId="23173902" w14:textId="77777777" w:rsidR="00AB1B6A" w:rsidRPr="00F5008B" w:rsidRDefault="00AB1B6A">
            <w:pPr>
              <w:jc w:val="center"/>
              <w:rPr>
                <w:color w:val="FF0000"/>
              </w:rPr>
            </w:pPr>
          </w:p>
        </w:tc>
        <w:tc>
          <w:tcPr>
            <w:tcW w:w="270" w:type="dxa"/>
            <w:tcMar>
              <w:top w:w="60" w:type="dxa"/>
              <w:left w:w="60" w:type="dxa"/>
              <w:bottom w:w="60" w:type="dxa"/>
              <w:right w:w="60" w:type="dxa"/>
            </w:tcMar>
            <w:vAlign w:val="center"/>
          </w:tcPr>
          <w:p w14:paraId="4CF2B44D" w14:textId="77777777" w:rsidR="00AB1B6A" w:rsidRPr="00F5008B" w:rsidRDefault="00AB1B6A">
            <w:pPr>
              <w:jc w:val="center"/>
              <w:rPr>
                <w:color w:val="FF0000"/>
              </w:rPr>
            </w:pPr>
          </w:p>
        </w:tc>
        <w:tc>
          <w:tcPr>
            <w:tcW w:w="270" w:type="dxa"/>
          </w:tcPr>
          <w:p w14:paraId="540F32D3" w14:textId="77777777" w:rsidR="00AB1B6A" w:rsidRPr="00F5008B" w:rsidRDefault="00AB1B6A">
            <w:pPr>
              <w:rPr>
                <w:i/>
                <w:color w:val="FF0000"/>
                <w:sz w:val="15"/>
                <w:lang w:val="ru-RU"/>
              </w:rPr>
            </w:pPr>
          </w:p>
        </w:tc>
        <w:tc>
          <w:tcPr>
            <w:tcW w:w="270" w:type="dxa"/>
          </w:tcPr>
          <w:p w14:paraId="696E7C0E" w14:textId="77777777" w:rsidR="00AB1B6A" w:rsidRPr="0015592F" w:rsidRDefault="00AB1B6A">
            <w:pPr>
              <w:rPr>
                <w:i/>
                <w:color w:val="FF0000"/>
                <w:sz w:val="15"/>
                <w:lang w:val="ru-RU"/>
              </w:rPr>
            </w:pPr>
          </w:p>
        </w:tc>
        <w:tc>
          <w:tcPr>
            <w:tcW w:w="450" w:type="dxa"/>
          </w:tcPr>
          <w:p w14:paraId="5483B284" w14:textId="77777777" w:rsidR="00AB1B6A" w:rsidRPr="0015592F" w:rsidRDefault="00AB1B6A">
            <w:pPr>
              <w:rPr>
                <w:i/>
                <w:color w:val="FF0000"/>
                <w:sz w:val="15"/>
                <w:lang w:val="ru-RU"/>
              </w:rPr>
            </w:pPr>
          </w:p>
        </w:tc>
        <w:tc>
          <w:tcPr>
            <w:tcW w:w="6888" w:type="dxa"/>
            <w:tcMar>
              <w:top w:w="60" w:type="dxa"/>
              <w:left w:w="60" w:type="dxa"/>
              <w:bottom w:w="60" w:type="dxa"/>
              <w:right w:w="60" w:type="dxa"/>
            </w:tcMar>
            <w:vAlign w:val="center"/>
          </w:tcPr>
          <w:p w14:paraId="15FBDF1E" w14:textId="1A8AB279" w:rsidR="00AB1B6A" w:rsidRPr="00025675" w:rsidRDefault="00025675">
            <w:pPr>
              <w:rPr>
                <w:color w:val="FF0000"/>
              </w:rPr>
            </w:pPr>
            <w:r w:rsidRPr="00025675">
              <w:rPr>
                <w:i/>
                <w:color w:val="FF0000"/>
                <w:sz w:val="15"/>
              </w:rPr>
              <w:t>Approved work schedule / start-up package of documents</w:t>
            </w:r>
          </w:p>
        </w:tc>
      </w:tr>
      <w:tr w:rsidR="00AB1B6A" w:rsidRPr="004A349C" w14:paraId="3DDFD5EA" w14:textId="77777777" w:rsidTr="0084692C">
        <w:trPr>
          <w:cantSplit/>
          <w:trHeight w:val="48"/>
          <w:jc w:val="center"/>
        </w:trPr>
        <w:tc>
          <w:tcPr>
            <w:tcW w:w="613" w:type="dxa"/>
            <w:tcMar>
              <w:top w:w="60" w:type="dxa"/>
              <w:left w:w="60" w:type="dxa"/>
              <w:bottom w:w="60" w:type="dxa"/>
              <w:right w:w="60" w:type="dxa"/>
            </w:tcMar>
            <w:vAlign w:val="center"/>
          </w:tcPr>
          <w:p w14:paraId="16C3A32F" w14:textId="77777777" w:rsidR="00AB1B6A" w:rsidRDefault="00AB1B6A">
            <w:pPr>
              <w:jc w:val="center"/>
            </w:pPr>
            <w:r>
              <w:rPr>
                <w:sz w:val="15"/>
              </w:rPr>
              <w:t>2</w:t>
            </w:r>
          </w:p>
        </w:tc>
        <w:tc>
          <w:tcPr>
            <w:tcW w:w="1426" w:type="dxa"/>
            <w:tcMar>
              <w:top w:w="60" w:type="dxa"/>
              <w:left w:w="60" w:type="dxa"/>
              <w:bottom w:w="60" w:type="dxa"/>
              <w:right w:w="60" w:type="dxa"/>
            </w:tcMar>
            <w:vAlign w:val="center"/>
          </w:tcPr>
          <w:p w14:paraId="6A5811B9" w14:textId="7A73A8FF" w:rsidR="00AB1B6A" w:rsidRPr="00F5008B" w:rsidRDefault="0075302B">
            <w:pPr>
              <w:rPr>
                <w:color w:val="FF0000"/>
              </w:rPr>
            </w:pPr>
            <w:r w:rsidRPr="0075302B">
              <w:rPr>
                <w:i/>
                <w:color w:val="FF0000"/>
                <w:sz w:val="15"/>
              </w:rPr>
              <w:t>Confirmation of access and approvals</w:t>
            </w:r>
          </w:p>
        </w:tc>
        <w:tc>
          <w:tcPr>
            <w:tcW w:w="1859" w:type="dxa"/>
            <w:tcMar>
              <w:top w:w="60" w:type="dxa"/>
              <w:left w:w="60" w:type="dxa"/>
              <w:bottom w:w="60" w:type="dxa"/>
              <w:right w:w="60" w:type="dxa"/>
            </w:tcMar>
            <w:vAlign w:val="center"/>
          </w:tcPr>
          <w:p w14:paraId="4FACC344" w14:textId="649070C0" w:rsidR="00AB1B6A" w:rsidRPr="0075302B" w:rsidRDefault="0075302B">
            <w:pPr>
              <w:rPr>
                <w:color w:val="FF0000"/>
              </w:rPr>
            </w:pPr>
            <w:r w:rsidRPr="0075302B">
              <w:rPr>
                <w:i/>
                <w:color w:val="FF0000"/>
                <w:sz w:val="15"/>
              </w:rPr>
              <w:t>Obtaining/confirming approvals from the project partner or entity responsible for the facility</w:t>
            </w:r>
          </w:p>
        </w:tc>
        <w:tc>
          <w:tcPr>
            <w:tcW w:w="1440" w:type="dxa"/>
            <w:tcMar>
              <w:top w:w="60" w:type="dxa"/>
              <w:left w:w="60" w:type="dxa"/>
              <w:bottom w:w="60" w:type="dxa"/>
              <w:right w:w="60" w:type="dxa"/>
            </w:tcMar>
            <w:vAlign w:val="center"/>
          </w:tcPr>
          <w:p w14:paraId="31CBF879" w14:textId="6802AD52" w:rsidR="00AB1B6A" w:rsidRPr="00F5008B" w:rsidRDefault="0075302B">
            <w:pPr>
              <w:rPr>
                <w:color w:val="FF0000"/>
              </w:rPr>
            </w:pPr>
            <w:r>
              <w:rPr>
                <w:color w:val="FF0000"/>
                <w:sz w:val="15"/>
              </w:rPr>
              <w:t>NGO, partner</w:t>
            </w:r>
          </w:p>
        </w:tc>
        <w:tc>
          <w:tcPr>
            <w:tcW w:w="270" w:type="dxa"/>
            <w:tcMar>
              <w:top w:w="60" w:type="dxa"/>
              <w:left w:w="60" w:type="dxa"/>
              <w:bottom w:w="60" w:type="dxa"/>
              <w:right w:w="60" w:type="dxa"/>
            </w:tcMar>
            <w:vAlign w:val="center"/>
          </w:tcPr>
          <w:p w14:paraId="7907FB97" w14:textId="77777777" w:rsidR="00AB1B6A" w:rsidRPr="00F5008B" w:rsidRDefault="00AB1B6A">
            <w:pPr>
              <w:jc w:val="center"/>
              <w:rPr>
                <w:color w:val="FF0000"/>
              </w:rPr>
            </w:pPr>
          </w:p>
        </w:tc>
        <w:tc>
          <w:tcPr>
            <w:tcW w:w="270" w:type="dxa"/>
            <w:tcMar>
              <w:top w:w="60" w:type="dxa"/>
              <w:left w:w="60" w:type="dxa"/>
              <w:bottom w:w="60" w:type="dxa"/>
              <w:right w:w="60" w:type="dxa"/>
            </w:tcMar>
            <w:vAlign w:val="center"/>
          </w:tcPr>
          <w:p w14:paraId="424BD48E" w14:textId="6146C577" w:rsidR="00AB1B6A" w:rsidRPr="00F5008B" w:rsidRDefault="00AB1B6A">
            <w:pPr>
              <w:jc w:val="center"/>
              <w:rPr>
                <w:color w:val="FF0000"/>
              </w:rPr>
            </w:pPr>
          </w:p>
        </w:tc>
        <w:tc>
          <w:tcPr>
            <w:tcW w:w="270" w:type="dxa"/>
            <w:tcMar>
              <w:top w:w="60" w:type="dxa"/>
              <w:left w:w="60" w:type="dxa"/>
              <w:bottom w:w="60" w:type="dxa"/>
              <w:right w:w="60" w:type="dxa"/>
            </w:tcMar>
            <w:vAlign w:val="center"/>
          </w:tcPr>
          <w:p w14:paraId="7226196F" w14:textId="77777777" w:rsidR="00AB1B6A" w:rsidRPr="00F5008B" w:rsidRDefault="00AB1B6A">
            <w:pPr>
              <w:jc w:val="center"/>
              <w:rPr>
                <w:color w:val="FF0000"/>
              </w:rPr>
            </w:pPr>
          </w:p>
        </w:tc>
        <w:tc>
          <w:tcPr>
            <w:tcW w:w="180" w:type="dxa"/>
            <w:tcMar>
              <w:top w:w="60" w:type="dxa"/>
              <w:left w:w="60" w:type="dxa"/>
              <w:bottom w:w="60" w:type="dxa"/>
              <w:right w:w="60" w:type="dxa"/>
            </w:tcMar>
            <w:vAlign w:val="center"/>
          </w:tcPr>
          <w:p w14:paraId="3AAAACF6" w14:textId="77777777" w:rsidR="00AB1B6A" w:rsidRPr="00F5008B" w:rsidRDefault="00AB1B6A">
            <w:pPr>
              <w:jc w:val="center"/>
              <w:rPr>
                <w:color w:val="FF0000"/>
              </w:rPr>
            </w:pPr>
          </w:p>
        </w:tc>
        <w:tc>
          <w:tcPr>
            <w:tcW w:w="360" w:type="dxa"/>
            <w:gridSpan w:val="2"/>
            <w:tcMar>
              <w:top w:w="60" w:type="dxa"/>
              <w:left w:w="60" w:type="dxa"/>
              <w:bottom w:w="60" w:type="dxa"/>
              <w:right w:w="60" w:type="dxa"/>
            </w:tcMar>
            <w:vAlign w:val="center"/>
          </w:tcPr>
          <w:p w14:paraId="40BA3A1A" w14:textId="77777777" w:rsidR="00AB1B6A" w:rsidRPr="00F5008B" w:rsidRDefault="00AB1B6A">
            <w:pPr>
              <w:jc w:val="center"/>
              <w:rPr>
                <w:color w:val="FF0000"/>
              </w:rPr>
            </w:pPr>
          </w:p>
        </w:tc>
        <w:tc>
          <w:tcPr>
            <w:tcW w:w="270" w:type="dxa"/>
            <w:tcMar>
              <w:top w:w="60" w:type="dxa"/>
              <w:left w:w="60" w:type="dxa"/>
              <w:bottom w:w="60" w:type="dxa"/>
              <w:right w:w="60" w:type="dxa"/>
            </w:tcMar>
            <w:vAlign w:val="center"/>
          </w:tcPr>
          <w:p w14:paraId="4353BE07" w14:textId="77777777" w:rsidR="00AB1B6A" w:rsidRPr="00F5008B" w:rsidRDefault="00AB1B6A">
            <w:pPr>
              <w:jc w:val="center"/>
              <w:rPr>
                <w:color w:val="FF0000"/>
              </w:rPr>
            </w:pPr>
          </w:p>
        </w:tc>
        <w:tc>
          <w:tcPr>
            <w:tcW w:w="270" w:type="dxa"/>
            <w:tcMar>
              <w:top w:w="60" w:type="dxa"/>
              <w:left w:w="60" w:type="dxa"/>
              <w:bottom w:w="60" w:type="dxa"/>
              <w:right w:w="60" w:type="dxa"/>
            </w:tcMar>
            <w:vAlign w:val="center"/>
          </w:tcPr>
          <w:p w14:paraId="7EADF06D" w14:textId="77777777" w:rsidR="00AB1B6A" w:rsidRPr="00F5008B" w:rsidRDefault="00AB1B6A">
            <w:pPr>
              <w:jc w:val="center"/>
              <w:rPr>
                <w:color w:val="FF0000"/>
              </w:rPr>
            </w:pPr>
          </w:p>
        </w:tc>
        <w:tc>
          <w:tcPr>
            <w:tcW w:w="270" w:type="dxa"/>
          </w:tcPr>
          <w:p w14:paraId="19A4D0CF" w14:textId="77777777" w:rsidR="00AB1B6A" w:rsidRPr="007476A2" w:rsidRDefault="00AB1B6A" w:rsidP="007476A2">
            <w:pPr>
              <w:jc w:val="center"/>
              <w:rPr>
                <w:color w:val="FF0000"/>
              </w:rPr>
            </w:pPr>
          </w:p>
        </w:tc>
        <w:tc>
          <w:tcPr>
            <w:tcW w:w="270" w:type="dxa"/>
          </w:tcPr>
          <w:p w14:paraId="0A19BF1F" w14:textId="77777777" w:rsidR="00AB1B6A" w:rsidRPr="0015592F" w:rsidRDefault="00AB1B6A" w:rsidP="007476A2">
            <w:pPr>
              <w:jc w:val="center"/>
              <w:rPr>
                <w:color w:val="FF0000"/>
              </w:rPr>
            </w:pPr>
          </w:p>
        </w:tc>
        <w:tc>
          <w:tcPr>
            <w:tcW w:w="450" w:type="dxa"/>
          </w:tcPr>
          <w:p w14:paraId="35CA2DBB" w14:textId="77777777" w:rsidR="00AB1B6A" w:rsidRPr="0015592F" w:rsidRDefault="00AB1B6A" w:rsidP="007476A2">
            <w:pPr>
              <w:jc w:val="center"/>
              <w:rPr>
                <w:color w:val="FF0000"/>
              </w:rPr>
            </w:pPr>
          </w:p>
        </w:tc>
        <w:tc>
          <w:tcPr>
            <w:tcW w:w="6888" w:type="dxa"/>
            <w:tcMar>
              <w:top w:w="60" w:type="dxa"/>
              <w:left w:w="60" w:type="dxa"/>
              <w:bottom w:w="60" w:type="dxa"/>
              <w:right w:w="60" w:type="dxa"/>
            </w:tcMar>
            <w:vAlign w:val="center"/>
          </w:tcPr>
          <w:p w14:paraId="71ED7649" w14:textId="306D09EC" w:rsidR="00AB1B6A" w:rsidRPr="004A349C" w:rsidRDefault="004A349C">
            <w:pPr>
              <w:rPr>
                <w:color w:val="FF0000"/>
              </w:rPr>
            </w:pPr>
            <w:r w:rsidRPr="004A349C">
              <w:rPr>
                <w:i/>
                <w:color w:val="FF0000"/>
                <w:sz w:val="15"/>
              </w:rPr>
              <w:t>Letter of support, approval, facility access certificate</w:t>
            </w:r>
          </w:p>
        </w:tc>
      </w:tr>
      <w:tr w:rsidR="00AB1B6A" w:rsidRPr="000F1A66" w14:paraId="37F6F40A" w14:textId="77777777" w:rsidTr="0084692C">
        <w:trPr>
          <w:cantSplit/>
          <w:trHeight w:val="27"/>
          <w:jc w:val="center"/>
        </w:trPr>
        <w:tc>
          <w:tcPr>
            <w:tcW w:w="613" w:type="dxa"/>
            <w:tcMar>
              <w:top w:w="60" w:type="dxa"/>
              <w:left w:w="60" w:type="dxa"/>
              <w:bottom w:w="60" w:type="dxa"/>
              <w:right w:w="60" w:type="dxa"/>
            </w:tcMar>
            <w:vAlign w:val="center"/>
          </w:tcPr>
          <w:p w14:paraId="4F1E548A" w14:textId="77777777" w:rsidR="00AB1B6A" w:rsidRDefault="00AB1B6A">
            <w:pPr>
              <w:jc w:val="center"/>
            </w:pPr>
            <w:r>
              <w:rPr>
                <w:sz w:val="15"/>
              </w:rPr>
              <w:t>3</w:t>
            </w:r>
          </w:p>
        </w:tc>
        <w:tc>
          <w:tcPr>
            <w:tcW w:w="1426" w:type="dxa"/>
            <w:tcMar>
              <w:top w:w="60" w:type="dxa"/>
              <w:left w:w="60" w:type="dxa"/>
              <w:bottom w:w="60" w:type="dxa"/>
              <w:right w:w="60" w:type="dxa"/>
            </w:tcMar>
            <w:vAlign w:val="center"/>
          </w:tcPr>
          <w:p w14:paraId="599E0680" w14:textId="620FE300" w:rsidR="00AB1B6A" w:rsidRPr="000F1A66" w:rsidRDefault="00AB1B6A">
            <w:pPr>
              <w:rPr>
                <w:lang w:val="ru-RU"/>
              </w:rPr>
            </w:pPr>
          </w:p>
        </w:tc>
        <w:tc>
          <w:tcPr>
            <w:tcW w:w="1859" w:type="dxa"/>
            <w:tcMar>
              <w:top w:w="60" w:type="dxa"/>
              <w:left w:w="60" w:type="dxa"/>
              <w:bottom w:w="60" w:type="dxa"/>
              <w:right w:w="60" w:type="dxa"/>
            </w:tcMar>
            <w:vAlign w:val="center"/>
          </w:tcPr>
          <w:p w14:paraId="1E6C4A92" w14:textId="2486CA69" w:rsidR="00AB1B6A" w:rsidRPr="000F1A66" w:rsidRDefault="00AB1B6A">
            <w:pPr>
              <w:rPr>
                <w:lang w:val="ru-RU"/>
              </w:rPr>
            </w:pPr>
          </w:p>
        </w:tc>
        <w:tc>
          <w:tcPr>
            <w:tcW w:w="1440" w:type="dxa"/>
            <w:tcMar>
              <w:top w:w="60" w:type="dxa"/>
              <w:left w:w="60" w:type="dxa"/>
              <w:bottom w:w="60" w:type="dxa"/>
              <w:right w:w="60" w:type="dxa"/>
            </w:tcMar>
            <w:vAlign w:val="center"/>
          </w:tcPr>
          <w:p w14:paraId="3B75965C" w14:textId="2EAF7B9D" w:rsidR="00AB1B6A" w:rsidRDefault="00AB1B6A"/>
        </w:tc>
        <w:tc>
          <w:tcPr>
            <w:tcW w:w="270" w:type="dxa"/>
            <w:tcMar>
              <w:top w:w="60" w:type="dxa"/>
              <w:left w:w="60" w:type="dxa"/>
              <w:bottom w:w="60" w:type="dxa"/>
              <w:right w:w="60" w:type="dxa"/>
            </w:tcMar>
            <w:vAlign w:val="center"/>
          </w:tcPr>
          <w:p w14:paraId="291620AA" w14:textId="77777777" w:rsidR="00AB1B6A" w:rsidRDefault="00AB1B6A">
            <w:pPr>
              <w:jc w:val="center"/>
            </w:pPr>
          </w:p>
        </w:tc>
        <w:tc>
          <w:tcPr>
            <w:tcW w:w="270" w:type="dxa"/>
            <w:tcMar>
              <w:top w:w="60" w:type="dxa"/>
              <w:left w:w="60" w:type="dxa"/>
              <w:bottom w:w="60" w:type="dxa"/>
              <w:right w:w="60" w:type="dxa"/>
            </w:tcMar>
            <w:vAlign w:val="center"/>
          </w:tcPr>
          <w:p w14:paraId="50EFDA0C" w14:textId="212A81F1" w:rsidR="00AB1B6A" w:rsidRDefault="00AB1B6A">
            <w:pPr>
              <w:jc w:val="center"/>
            </w:pPr>
          </w:p>
        </w:tc>
        <w:tc>
          <w:tcPr>
            <w:tcW w:w="270" w:type="dxa"/>
            <w:tcMar>
              <w:top w:w="60" w:type="dxa"/>
              <w:left w:w="60" w:type="dxa"/>
              <w:bottom w:w="60" w:type="dxa"/>
              <w:right w:w="60" w:type="dxa"/>
            </w:tcMar>
            <w:vAlign w:val="center"/>
          </w:tcPr>
          <w:p w14:paraId="1C8CD25B" w14:textId="731253EC" w:rsidR="00AB1B6A" w:rsidRDefault="00AB1B6A">
            <w:pPr>
              <w:jc w:val="center"/>
            </w:pPr>
          </w:p>
        </w:tc>
        <w:tc>
          <w:tcPr>
            <w:tcW w:w="180" w:type="dxa"/>
            <w:tcMar>
              <w:top w:w="60" w:type="dxa"/>
              <w:left w:w="60" w:type="dxa"/>
              <w:bottom w:w="60" w:type="dxa"/>
              <w:right w:w="60" w:type="dxa"/>
            </w:tcMar>
            <w:vAlign w:val="center"/>
          </w:tcPr>
          <w:p w14:paraId="616EB849" w14:textId="77777777" w:rsidR="00AB1B6A" w:rsidRDefault="00AB1B6A">
            <w:pPr>
              <w:jc w:val="center"/>
            </w:pPr>
          </w:p>
        </w:tc>
        <w:tc>
          <w:tcPr>
            <w:tcW w:w="360" w:type="dxa"/>
            <w:gridSpan w:val="2"/>
            <w:tcMar>
              <w:top w:w="60" w:type="dxa"/>
              <w:left w:w="60" w:type="dxa"/>
              <w:bottom w:w="60" w:type="dxa"/>
              <w:right w:w="60" w:type="dxa"/>
            </w:tcMar>
            <w:vAlign w:val="center"/>
          </w:tcPr>
          <w:p w14:paraId="6FA0B071" w14:textId="77777777" w:rsidR="00AB1B6A" w:rsidRDefault="00AB1B6A">
            <w:pPr>
              <w:jc w:val="center"/>
            </w:pPr>
          </w:p>
        </w:tc>
        <w:tc>
          <w:tcPr>
            <w:tcW w:w="270" w:type="dxa"/>
            <w:tcMar>
              <w:top w:w="60" w:type="dxa"/>
              <w:left w:w="60" w:type="dxa"/>
              <w:bottom w:w="60" w:type="dxa"/>
              <w:right w:w="60" w:type="dxa"/>
            </w:tcMar>
            <w:vAlign w:val="center"/>
          </w:tcPr>
          <w:p w14:paraId="029DDCC9" w14:textId="77777777" w:rsidR="00AB1B6A" w:rsidRDefault="00AB1B6A">
            <w:pPr>
              <w:jc w:val="center"/>
            </w:pPr>
          </w:p>
        </w:tc>
        <w:tc>
          <w:tcPr>
            <w:tcW w:w="270" w:type="dxa"/>
            <w:tcMar>
              <w:top w:w="60" w:type="dxa"/>
              <w:left w:w="60" w:type="dxa"/>
              <w:bottom w:w="60" w:type="dxa"/>
              <w:right w:w="60" w:type="dxa"/>
            </w:tcMar>
            <w:vAlign w:val="center"/>
          </w:tcPr>
          <w:p w14:paraId="7D2BB6B3" w14:textId="77777777" w:rsidR="00AB1B6A" w:rsidRDefault="00AB1B6A">
            <w:pPr>
              <w:jc w:val="center"/>
            </w:pPr>
          </w:p>
        </w:tc>
        <w:tc>
          <w:tcPr>
            <w:tcW w:w="270" w:type="dxa"/>
          </w:tcPr>
          <w:p w14:paraId="7BCDB2C9" w14:textId="77777777" w:rsidR="00AB1B6A" w:rsidRPr="000F1A66" w:rsidRDefault="00AB1B6A">
            <w:pPr>
              <w:rPr>
                <w:sz w:val="15"/>
                <w:lang w:val="ru-RU"/>
              </w:rPr>
            </w:pPr>
          </w:p>
        </w:tc>
        <w:tc>
          <w:tcPr>
            <w:tcW w:w="270" w:type="dxa"/>
          </w:tcPr>
          <w:p w14:paraId="727E4D53" w14:textId="77777777" w:rsidR="00AB1B6A" w:rsidRPr="0015592F" w:rsidRDefault="00AB1B6A">
            <w:pPr>
              <w:rPr>
                <w:lang w:val="ru-RU"/>
              </w:rPr>
            </w:pPr>
          </w:p>
        </w:tc>
        <w:tc>
          <w:tcPr>
            <w:tcW w:w="450" w:type="dxa"/>
          </w:tcPr>
          <w:p w14:paraId="1D4767C4" w14:textId="77777777" w:rsidR="00AB1B6A" w:rsidRPr="0015592F" w:rsidRDefault="00AB1B6A">
            <w:pPr>
              <w:rPr>
                <w:lang w:val="ru-RU"/>
              </w:rPr>
            </w:pPr>
          </w:p>
        </w:tc>
        <w:tc>
          <w:tcPr>
            <w:tcW w:w="6888" w:type="dxa"/>
            <w:tcMar>
              <w:top w:w="60" w:type="dxa"/>
              <w:left w:w="60" w:type="dxa"/>
              <w:bottom w:w="60" w:type="dxa"/>
              <w:right w:w="60" w:type="dxa"/>
            </w:tcMar>
            <w:vAlign w:val="center"/>
          </w:tcPr>
          <w:p w14:paraId="110CED44" w14:textId="284940CB" w:rsidR="00AB1B6A" w:rsidRPr="000F1A66" w:rsidRDefault="00AB1B6A">
            <w:pPr>
              <w:rPr>
                <w:lang w:val="ru-RU"/>
              </w:rPr>
            </w:pPr>
          </w:p>
        </w:tc>
      </w:tr>
      <w:tr w:rsidR="00AB1B6A" w:rsidRPr="000F1A66" w14:paraId="1593A509" w14:textId="77777777" w:rsidTr="0084692C">
        <w:trPr>
          <w:cantSplit/>
          <w:trHeight w:val="27"/>
          <w:jc w:val="center"/>
        </w:trPr>
        <w:tc>
          <w:tcPr>
            <w:tcW w:w="613" w:type="dxa"/>
            <w:tcMar>
              <w:top w:w="60" w:type="dxa"/>
              <w:left w:w="60" w:type="dxa"/>
              <w:bottom w:w="60" w:type="dxa"/>
              <w:right w:w="60" w:type="dxa"/>
            </w:tcMar>
            <w:vAlign w:val="center"/>
          </w:tcPr>
          <w:p w14:paraId="17FCEF2A" w14:textId="77777777" w:rsidR="00AB1B6A" w:rsidRDefault="00AB1B6A">
            <w:pPr>
              <w:jc w:val="center"/>
            </w:pPr>
            <w:r>
              <w:rPr>
                <w:sz w:val="15"/>
              </w:rPr>
              <w:lastRenderedPageBreak/>
              <w:t>4</w:t>
            </w:r>
          </w:p>
        </w:tc>
        <w:tc>
          <w:tcPr>
            <w:tcW w:w="1426" w:type="dxa"/>
            <w:tcMar>
              <w:top w:w="60" w:type="dxa"/>
              <w:left w:w="60" w:type="dxa"/>
              <w:bottom w:w="60" w:type="dxa"/>
              <w:right w:w="60" w:type="dxa"/>
            </w:tcMar>
            <w:vAlign w:val="center"/>
          </w:tcPr>
          <w:p w14:paraId="5D6FD554" w14:textId="72737C58" w:rsidR="00AB1B6A" w:rsidRDefault="00AB1B6A"/>
        </w:tc>
        <w:tc>
          <w:tcPr>
            <w:tcW w:w="1859" w:type="dxa"/>
            <w:tcMar>
              <w:top w:w="60" w:type="dxa"/>
              <w:left w:w="60" w:type="dxa"/>
              <w:bottom w:w="60" w:type="dxa"/>
              <w:right w:w="60" w:type="dxa"/>
            </w:tcMar>
            <w:vAlign w:val="center"/>
          </w:tcPr>
          <w:p w14:paraId="2657E4C3" w14:textId="1684746F" w:rsidR="00AB1B6A" w:rsidRPr="000F1A66" w:rsidRDefault="00AB1B6A">
            <w:pPr>
              <w:rPr>
                <w:lang w:val="ru-RU"/>
              </w:rPr>
            </w:pPr>
          </w:p>
        </w:tc>
        <w:tc>
          <w:tcPr>
            <w:tcW w:w="1440" w:type="dxa"/>
            <w:tcMar>
              <w:top w:w="60" w:type="dxa"/>
              <w:left w:w="60" w:type="dxa"/>
              <w:bottom w:w="60" w:type="dxa"/>
              <w:right w:w="60" w:type="dxa"/>
            </w:tcMar>
            <w:vAlign w:val="center"/>
          </w:tcPr>
          <w:p w14:paraId="14EFE03D" w14:textId="1D260C48" w:rsidR="00AB1B6A" w:rsidRDefault="00AB1B6A"/>
        </w:tc>
        <w:tc>
          <w:tcPr>
            <w:tcW w:w="270" w:type="dxa"/>
            <w:tcMar>
              <w:top w:w="60" w:type="dxa"/>
              <w:left w:w="60" w:type="dxa"/>
              <w:bottom w:w="60" w:type="dxa"/>
              <w:right w:w="60" w:type="dxa"/>
            </w:tcMar>
            <w:vAlign w:val="center"/>
          </w:tcPr>
          <w:p w14:paraId="517A3E01" w14:textId="77777777" w:rsidR="00AB1B6A" w:rsidRDefault="00AB1B6A">
            <w:pPr>
              <w:jc w:val="center"/>
            </w:pPr>
          </w:p>
        </w:tc>
        <w:tc>
          <w:tcPr>
            <w:tcW w:w="270" w:type="dxa"/>
            <w:tcMar>
              <w:top w:w="60" w:type="dxa"/>
              <w:left w:w="60" w:type="dxa"/>
              <w:bottom w:w="60" w:type="dxa"/>
              <w:right w:w="60" w:type="dxa"/>
            </w:tcMar>
            <w:vAlign w:val="center"/>
          </w:tcPr>
          <w:p w14:paraId="59A98EE5" w14:textId="77777777" w:rsidR="00AB1B6A" w:rsidRDefault="00AB1B6A">
            <w:pPr>
              <w:jc w:val="center"/>
            </w:pPr>
          </w:p>
        </w:tc>
        <w:tc>
          <w:tcPr>
            <w:tcW w:w="270" w:type="dxa"/>
            <w:tcMar>
              <w:top w:w="60" w:type="dxa"/>
              <w:left w:w="60" w:type="dxa"/>
              <w:bottom w:w="60" w:type="dxa"/>
              <w:right w:w="60" w:type="dxa"/>
            </w:tcMar>
            <w:vAlign w:val="center"/>
          </w:tcPr>
          <w:p w14:paraId="58DBBB8F" w14:textId="70073637" w:rsidR="00AB1B6A" w:rsidRDefault="00AB1B6A">
            <w:pPr>
              <w:jc w:val="center"/>
            </w:pPr>
          </w:p>
        </w:tc>
        <w:tc>
          <w:tcPr>
            <w:tcW w:w="180" w:type="dxa"/>
            <w:tcMar>
              <w:top w:w="60" w:type="dxa"/>
              <w:left w:w="60" w:type="dxa"/>
              <w:bottom w:w="60" w:type="dxa"/>
              <w:right w:w="60" w:type="dxa"/>
            </w:tcMar>
            <w:vAlign w:val="center"/>
          </w:tcPr>
          <w:p w14:paraId="00B74B06" w14:textId="686E718E" w:rsidR="00AB1B6A" w:rsidRDefault="00AB1B6A">
            <w:pPr>
              <w:jc w:val="center"/>
            </w:pPr>
          </w:p>
        </w:tc>
        <w:tc>
          <w:tcPr>
            <w:tcW w:w="360" w:type="dxa"/>
            <w:gridSpan w:val="2"/>
            <w:tcMar>
              <w:top w:w="60" w:type="dxa"/>
              <w:left w:w="60" w:type="dxa"/>
              <w:bottom w:w="60" w:type="dxa"/>
              <w:right w:w="60" w:type="dxa"/>
            </w:tcMar>
            <w:vAlign w:val="center"/>
          </w:tcPr>
          <w:p w14:paraId="12C5D224" w14:textId="76C7C21B" w:rsidR="00AB1B6A" w:rsidRDefault="00AB1B6A">
            <w:pPr>
              <w:jc w:val="center"/>
            </w:pPr>
          </w:p>
        </w:tc>
        <w:tc>
          <w:tcPr>
            <w:tcW w:w="270" w:type="dxa"/>
            <w:tcMar>
              <w:top w:w="60" w:type="dxa"/>
              <w:left w:w="60" w:type="dxa"/>
              <w:bottom w:w="60" w:type="dxa"/>
              <w:right w:w="60" w:type="dxa"/>
            </w:tcMar>
            <w:vAlign w:val="center"/>
          </w:tcPr>
          <w:p w14:paraId="4A1B61F5" w14:textId="77777777" w:rsidR="00AB1B6A" w:rsidRDefault="00AB1B6A">
            <w:pPr>
              <w:jc w:val="center"/>
            </w:pPr>
          </w:p>
        </w:tc>
        <w:tc>
          <w:tcPr>
            <w:tcW w:w="270" w:type="dxa"/>
            <w:tcMar>
              <w:top w:w="60" w:type="dxa"/>
              <w:left w:w="60" w:type="dxa"/>
              <w:bottom w:w="60" w:type="dxa"/>
              <w:right w:w="60" w:type="dxa"/>
            </w:tcMar>
            <w:vAlign w:val="center"/>
          </w:tcPr>
          <w:p w14:paraId="1789BFCC" w14:textId="77777777" w:rsidR="00AB1B6A" w:rsidRDefault="00AB1B6A">
            <w:pPr>
              <w:jc w:val="center"/>
            </w:pPr>
          </w:p>
        </w:tc>
        <w:tc>
          <w:tcPr>
            <w:tcW w:w="270" w:type="dxa"/>
          </w:tcPr>
          <w:p w14:paraId="3F612029" w14:textId="77777777" w:rsidR="00AB1B6A" w:rsidRPr="000F1A66" w:rsidRDefault="00AB1B6A">
            <w:pPr>
              <w:rPr>
                <w:sz w:val="15"/>
                <w:lang w:val="ru-RU"/>
              </w:rPr>
            </w:pPr>
          </w:p>
        </w:tc>
        <w:tc>
          <w:tcPr>
            <w:tcW w:w="270" w:type="dxa"/>
          </w:tcPr>
          <w:p w14:paraId="4E919589" w14:textId="77777777" w:rsidR="00AB1B6A" w:rsidRPr="0015592F" w:rsidRDefault="00AB1B6A">
            <w:pPr>
              <w:rPr>
                <w:lang w:val="ru-RU"/>
              </w:rPr>
            </w:pPr>
          </w:p>
        </w:tc>
        <w:tc>
          <w:tcPr>
            <w:tcW w:w="450" w:type="dxa"/>
          </w:tcPr>
          <w:p w14:paraId="480D8D2A" w14:textId="77777777" w:rsidR="00AB1B6A" w:rsidRPr="0015592F" w:rsidRDefault="00AB1B6A">
            <w:pPr>
              <w:rPr>
                <w:lang w:val="ru-RU"/>
              </w:rPr>
            </w:pPr>
          </w:p>
        </w:tc>
        <w:tc>
          <w:tcPr>
            <w:tcW w:w="6888" w:type="dxa"/>
            <w:tcMar>
              <w:top w:w="60" w:type="dxa"/>
              <w:left w:w="60" w:type="dxa"/>
              <w:bottom w:w="60" w:type="dxa"/>
              <w:right w:w="60" w:type="dxa"/>
            </w:tcMar>
            <w:vAlign w:val="center"/>
          </w:tcPr>
          <w:p w14:paraId="1A8FB15B" w14:textId="576490A2" w:rsidR="00AB1B6A" w:rsidRPr="000F1A66" w:rsidRDefault="00AB1B6A">
            <w:pPr>
              <w:rPr>
                <w:lang w:val="ru-RU"/>
              </w:rPr>
            </w:pPr>
          </w:p>
        </w:tc>
      </w:tr>
      <w:tr w:rsidR="00AB1B6A" w:rsidRPr="000F1A66" w14:paraId="3908FC14" w14:textId="77777777" w:rsidTr="0084692C">
        <w:trPr>
          <w:cantSplit/>
          <w:trHeight w:val="27"/>
          <w:jc w:val="center"/>
        </w:trPr>
        <w:tc>
          <w:tcPr>
            <w:tcW w:w="613" w:type="dxa"/>
            <w:tcMar>
              <w:top w:w="60" w:type="dxa"/>
              <w:left w:w="60" w:type="dxa"/>
              <w:bottom w:w="60" w:type="dxa"/>
              <w:right w:w="60" w:type="dxa"/>
            </w:tcMar>
            <w:vAlign w:val="center"/>
          </w:tcPr>
          <w:p w14:paraId="5C2F0DDA" w14:textId="77777777" w:rsidR="00AB1B6A" w:rsidRDefault="00AB1B6A">
            <w:pPr>
              <w:jc w:val="center"/>
            </w:pPr>
            <w:r>
              <w:rPr>
                <w:sz w:val="15"/>
              </w:rPr>
              <w:t>5</w:t>
            </w:r>
          </w:p>
        </w:tc>
        <w:tc>
          <w:tcPr>
            <w:tcW w:w="1426" w:type="dxa"/>
            <w:tcMar>
              <w:top w:w="60" w:type="dxa"/>
              <w:left w:w="60" w:type="dxa"/>
              <w:bottom w:w="60" w:type="dxa"/>
              <w:right w:w="60" w:type="dxa"/>
            </w:tcMar>
            <w:vAlign w:val="center"/>
          </w:tcPr>
          <w:p w14:paraId="14335E42" w14:textId="79B8981C" w:rsidR="00AB1B6A" w:rsidRDefault="00AB1B6A"/>
        </w:tc>
        <w:tc>
          <w:tcPr>
            <w:tcW w:w="1859" w:type="dxa"/>
            <w:tcMar>
              <w:top w:w="60" w:type="dxa"/>
              <w:left w:w="60" w:type="dxa"/>
              <w:bottom w:w="60" w:type="dxa"/>
              <w:right w:w="60" w:type="dxa"/>
            </w:tcMar>
            <w:vAlign w:val="center"/>
          </w:tcPr>
          <w:p w14:paraId="11B3B956" w14:textId="53763ABF" w:rsidR="00AB1B6A" w:rsidRPr="000F1A66" w:rsidRDefault="00AB1B6A">
            <w:pPr>
              <w:rPr>
                <w:lang w:val="ru-RU"/>
              </w:rPr>
            </w:pPr>
          </w:p>
        </w:tc>
        <w:tc>
          <w:tcPr>
            <w:tcW w:w="1440" w:type="dxa"/>
            <w:tcMar>
              <w:top w:w="60" w:type="dxa"/>
              <w:left w:w="60" w:type="dxa"/>
              <w:bottom w:w="60" w:type="dxa"/>
              <w:right w:w="60" w:type="dxa"/>
            </w:tcMar>
            <w:vAlign w:val="center"/>
          </w:tcPr>
          <w:p w14:paraId="36D9C3ED" w14:textId="57B1DC41" w:rsidR="00AB1B6A" w:rsidRDefault="00AB1B6A"/>
        </w:tc>
        <w:tc>
          <w:tcPr>
            <w:tcW w:w="270" w:type="dxa"/>
            <w:tcMar>
              <w:top w:w="60" w:type="dxa"/>
              <w:left w:w="60" w:type="dxa"/>
              <w:bottom w:w="60" w:type="dxa"/>
              <w:right w:w="60" w:type="dxa"/>
            </w:tcMar>
            <w:vAlign w:val="center"/>
          </w:tcPr>
          <w:p w14:paraId="5B3E30F7" w14:textId="77777777" w:rsidR="00AB1B6A" w:rsidRDefault="00AB1B6A">
            <w:pPr>
              <w:jc w:val="center"/>
            </w:pPr>
          </w:p>
        </w:tc>
        <w:tc>
          <w:tcPr>
            <w:tcW w:w="270" w:type="dxa"/>
            <w:tcMar>
              <w:top w:w="60" w:type="dxa"/>
              <w:left w:w="60" w:type="dxa"/>
              <w:bottom w:w="60" w:type="dxa"/>
              <w:right w:w="60" w:type="dxa"/>
            </w:tcMar>
            <w:vAlign w:val="center"/>
          </w:tcPr>
          <w:p w14:paraId="7BE953B6" w14:textId="77777777" w:rsidR="00AB1B6A" w:rsidRDefault="00AB1B6A">
            <w:pPr>
              <w:jc w:val="center"/>
            </w:pPr>
          </w:p>
        </w:tc>
        <w:tc>
          <w:tcPr>
            <w:tcW w:w="270" w:type="dxa"/>
            <w:tcMar>
              <w:top w:w="60" w:type="dxa"/>
              <w:left w:w="60" w:type="dxa"/>
              <w:bottom w:w="60" w:type="dxa"/>
              <w:right w:w="60" w:type="dxa"/>
            </w:tcMar>
            <w:vAlign w:val="center"/>
          </w:tcPr>
          <w:p w14:paraId="413D611B" w14:textId="77777777" w:rsidR="00AB1B6A" w:rsidRDefault="00AB1B6A">
            <w:pPr>
              <w:jc w:val="center"/>
            </w:pPr>
          </w:p>
        </w:tc>
        <w:tc>
          <w:tcPr>
            <w:tcW w:w="180" w:type="dxa"/>
            <w:tcMar>
              <w:top w:w="60" w:type="dxa"/>
              <w:left w:w="60" w:type="dxa"/>
              <w:bottom w:w="60" w:type="dxa"/>
              <w:right w:w="60" w:type="dxa"/>
            </w:tcMar>
            <w:vAlign w:val="center"/>
          </w:tcPr>
          <w:p w14:paraId="6AC3298A" w14:textId="29AC7E3D" w:rsidR="00AB1B6A" w:rsidRDefault="00AB1B6A">
            <w:pPr>
              <w:jc w:val="center"/>
            </w:pPr>
          </w:p>
        </w:tc>
        <w:tc>
          <w:tcPr>
            <w:tcW w:w="360" w:type="dxa"/>
            <w:gridSpan w:val="2"/>
            <w:tcMar>
              <w:top w:w="60" w:type="dxa"/>
              <w:left w:w="60" w:type="dxa"/>
              <w:bottom w:w="60" w:type="dxa"/>
              <w:right w:w="60" w:type="dxa"/>
            </w:tcMar>
            <w:vAlign w:val="center"/>
          </w:tcPr>
          <w:p w14:paraId="5C1D8014" w14:textId="5FB7CFD1" w:rsidR="00AB1B6A" w:rsidRDefault="00AB1B6A">
            <w:pPr>
              <w:jc w:val="center"/>
            </w:pPr>
          </w:p>
        </w:tc>
        <w:tc>
          <w:tcPr>
            <w:tcW w:w="270" w:type="dxa"/>
            <w:tcMar>
              <w:top w:w="60" w:type="dxa"/>
              <w:left w:w="60" w:type="dxa"/>
              <w:bottom w:w="60" w:type="dxa"/>
              <w:right w:w="60" w:type="dxa"/>
            </w:tcMar>
            <w:vAlign w:val="center"/>
          </w:tcPr>
          <w:p w14:paraId="72C75D26" w14:textId="77777777" w:rsidR="00AB1B6A" w:rsidRDefault="00AB1B6A">
            <w:pPr>
              <w:jc w:val="center"/>
            </w:pPr>
          </w:p>
        </w:tc>
        <w:tc>
          <w:tcPr>
            <w:tcW w:w="270" w:type="dxa"/>
            <w:tcMar>
              <w:top w:w="60" w:type="dxa"/>
              <w:left w:w="60" w:type="dxa"/>
              <w:bottom w:w="60" w:type="dxa"/>
              <w:right w:w="60" w:type="dxa"/>
            </w:tcMar>
            <w:vAlign w:val="center"/>
          </w:tcPr>
          <w:p w14:paraId="654D6B7F" w14:textId="77777777" w:rsidR="00AB1B6A" w:rsidRDefault="00AB1B6A">
            <w:pPr>
              <w:jc w:val="center"/>
            </w:pPr>
          </w:p>
        </w:tc>
        <w:tc>
          <w:tcPr>
            <w:tcW w:w="270" w:type="dxa"/>
          </w:tcPr>
          <w:p w14:paraId="1B323DA2" w14:textId="77777777" w:rsidR="00AB1B6A" w:rsidRPr="000F1A66" w:rsidRDefault="00AB1B6A">
            <w:pPr>
              <w:rPr>
                <w:sz w:val="15"/>
                <w:lang w:val="ru-RU"/>
              </w:rPr>
            </w:pPr>
          </w:p>
        </w:tc>
        <w:tc>
          <w:tcPr>
            <w:tcW w:w="270" w:type="dxa"/>
          </w:tcPr>
          <w:p w14:paraId="4177E6A7" w14:textId="77777777" w:rsidR="00AB1B6A" w:rsidRPr="0015592F" w:rsidRDefault="00AB1B6A">
            <w:pPr>
              <w:rPr>
                <w:lang w:val="ru-RU"/>
              </w:rPr>
            </w:pPr>
          </w:p>
        </w:tc>
        <w:tc>
          <w:tcPr>
            <w:tcW w:w="450" w:type="dxa"/>
          </w:tcPr>
          <w:p w14:paraId="0E28E34D" w14:textId="77777777" w:rsidR="00AB1B6A" w:rsidRPr="0015592F" w:rsidRDefault="00AB1B6A">
            <w:pPr>
              <w:rPr>
                <w:lang w:val="ru-RU"/>
              </w:rPr>
            </w:pPr>
          </w:p>
        </w:tc>
        <w:tc>
          <w:tcPr>
            <w:tcW w:w="6888" w:type="dxa"/>
            <w:tcMar>
              <w:top w:w="60" w:type="dxa"/>
              <w:left w:w="60" w:type="dxa"/>
              <w:bottom w:w="60" w:type="dxa"/>
              <w:right w:w="60" w:type="dxa"/>
            </w:tcMar>
            <w:vAlign w:val="center"/>
          </w:tcPr>
          <w:p w14:paraId="6621C82B" w14:textId="4AED56D4" w:rsidR="00AB1B6A" w:rsidRPr="000F1A66" w:rsidRDefault="00AB1B6A">
            <w:pPr>
              <w:rPr>
                <w:lang w:val="ru-RU"/>
              </w:rPr>
            </w:pPr>
          </w:p>
        </w:tc>
      </w:tr>
      <w:tr w:rsidR="00AB1B6A" w14:paraId="5E1CB47F" w14:textId="77777777" w:rsidTr="0084692C">
        <w:trPr>
          <w:cantSplit/>
          <w:trHeight w:val="27"/>
          <w:jc w:val="center"/>
        </w:trPr>
        <w:tc>
          <w:tcPr>
            <w:tcW w:w="613" w:type="dxa"/>
            <w:tcMar>
              <w:top w:w="60" w:type="dxa"/>
              <w:left w:w="60" w:type="dxa"/>
              <w:bottom w:w="60" w:type="dxa"/>
              <w:right w:w="60" w:type="dxa"/>
            </w:tcMar>
            <w:vAlign w:val="center"/>
          </w:tcPr>
          <w:p w14:paraId="28BB58AB" w14:textId="77777777" w:rsidR="00AB1B6A" w:rsidRDefault="00AB1B6A">
            <w:pPr>
              <w:jc w:val="center"/>
            </w:pPr>
            <w:r>
              <w:rPr>
                <w:sz w:val="15"/>
              </w:rPr>
              <w:t>6</w:t>
            </w:r>
          </w:p>
        </w:tc>
        <w:tc>
          <w:tcPr>
            <w:tcW w:w="1426" w:type="dxa"/>
            <w:tcMar>
              <w:top w:w="60" w:type="dxa"/>
              <w:left w:w="60" w:type="dxa"/>
              <w:bottom w:w="60" w:type="dxa"/>
              <w:right w:w="60" w:type="dxa"/>
            </w:tcMar>
            <w:vAlign w:val="center"/>
          </w:tcPr>
          <w:p w14:paraId="364563F3" w14:textId="4018D4C2" w:rsidR="00AB1B6A" w:rsidRPr="000F1A66" w:rsidRDefault="00AB1B6A">
            <w:pPr>
              <w:rPr>
                <w:lang w:val="ru-RU"/>
              </w:rPr>
            </w:pPr>
          </w:p>
        </w:tc>
        <w:tc>
          <w:tcPr>
            <w:tcW w:w="1859" w:type="dxa"/>
            <w:tcMar>
              <w:top w:w="60" w:type="dxa"/>
              <w:left w:w="60" w:type="dxa"/>
              <w:bottom w:w="60" w:type="dxa"/>
              <w:right w:w="60" w:type="dxa"/>
            </w:tcMar>
            <w:vAlign w:val="center"/>
          </w:tcPr>
          <w:p w14:paraId="1F18343A" w14:textId="39B06B80" w:rsidR="00AB1B6A" w:rsidRPr="000F1A66" w:rsidRDefault="00AB1B6A">
            <w:pPr>
              <w:rPr>
                <w:lang w:val="ru-RU"/>
              </w:rPr>
            </w:pPr>
          </w:p>
        </w:tc>
        <w:tc>
          <w:tcPr>
            <w:tcW w:w="1440" w:type="dxa"/>
            <w:tcMar>
              <w:top w:w="60" w:type="dxa"/>
              <w:left w:w="60" w:type="dxa"/>
              <w:bottom w:w="60" w:type="dxa"/>
              <w:right w:w="60" w:type="dxa"/>
            </w:tcMar>
            <w:vAlign w:val="center"/>
          </w:tcPr>
          <w:p w14:paraId="7E984B77" w14:textId="5D5B88FF" w:rsidR="00AB1B6A" w:rsidRDefault="00AB1B6A"/>
        </w:tc>
        <w:tc>
          <w:tcPr>
            <w:tcW w:w="270" w:type="dxa"/>
            <w:tcMar>
              <w:top w:w="60" w:type="dxa"/>
              <w:left w:w="60" w:type="dxa"/>
              <w:bottom w:w="60" w:type="dxa"/>
              <w:right w:w="60" w:type="dxa"/>
            </w:tcMar>
            <w:vAlign w:val="center"/>
          </w:tcPr>
          <w:p w14:paraId="33940F7D" w14:textId="77777777" w:rsidR="00AB1B6A" w:rsidRDefault="00AB1B6A">
            <w:pPr>
              <w:jc w:val="center"/>
            </w:pPr>
          </w:p>
        </w:tc>
        <w:tc>
          <w:tcPr>
            <w:tcW w:w="270" w:type="dxa"/>
            <w:tcMar>
              <w:top w:w="60" w:type="dxa"/>
              <w:left w:w="60" w:type="dxa"/>
              <w:bottom w:w="60" w:type="dxa"/>
              <w:right w:w="60" w:type="dxa"/>
            </w:tcMar>
            <w:vAlign w:val="center"/>
          </w:tcPr>
          <w:p w14:paraId="5223009B" w14:textId="77777777" w:rsidR="00AB1B6A" w:rsidRDefault="00AB1B6A">
            <w:pPr>
              <w:jc w:val="center"/>
            </w:pPr>
          </w:p>
        </w:tc>
        <w:tc>
          <w:tcPr>
            <w:tcW w:w="270" w:type="dxa"/>
            <w:tcMar>
              <w:top w:w="60" w:type="dxa"/>
              <w:left w:w="60" w:type="dxa"/>
              <w:bottom w:w="60" w:type="dxa"/>
              <w:right w:w="60" w:type="dxa"/>
            </w:tcMar>
            <w:vAlign w:val="center"/>
          </w:tcPr>
          <w:p w14:paraId="23DB1E1D" w14:textId="77777777" w:rsidR="00AB1B6A" w:rsidRDefault="00AB1B6A">
            <w:pPr>
              <w:jc w:val="center"/>
            </w:pPr>
          </w:p>
        </w:tc>
        <w:tc>
          <w:tcPr>
            <w:tcW w:w="180" w:type="dxa"/>
            <w:tcMar>
              <w:top w:w="60" w:type="dxa"/>
              <w:left w:w="60" w:type="dxa"/>
              <w:bottom w:w="60" w:type="dxa"/>
              <w:right w:w="60" w:type="dxa"/>
            </w:tcMar>
            <w:vAlign w:val="center"/>
          </w:tcPr>
          <w:p w14:paraId="281F1647" w14:textId="77777777" w:rsidR="00AB1B6A" w:rsidRDefault="00AB1B6A">
            <w:pPr>
              <w:jc w:val="center"/>
            </w:pPr>
          </w:p>
        </w:tc>
        <w:tc>
          <w:tcPr>
            <w:tcW w:w="360" w:type="dxa"/>
            <w:gridSpan w:val="2"/>
            <w:tcMar>
              <w:top w:w="60" w:type="dxa"/>
              <w:left w:w="60" w:type="dxa"/>
              <w:bottom w:w="60" w:type="dxa"/>
              <w:right w:w="60" w:type="dxa"/>
            </w:tcMar>
            <w:vAlign w:val="center"/>
          </w:tcPr>
          <w:p w14:paraId="4BA6702B" w14:textId="77777777" w:rsidR="00AB1B6A" w:rsidRDefault="00AB1B6A">
            <w:pPr>
              <w:jc w:val="center"/>
            </w:pPr>
          </w:p>
        </w:tc>
        <w:tc>
          <w:tcPr>
            <w:tcW w:w="270" w:type="dxa"/>
            <w:tcMar>
              <w:top w:w="60" w:type="dxa"/>
              <w:left w:w="60" w:type="dxa"/>
              <w:bottom w:w="60" w:type="dxa"/>
              <w:right w:w="60" w:type="dxa"/>
            </w:tcMar>
            <w:vAlign w:val="center"/>
          </w:tcPr>
          <w:p w14:paraId="4B29FB4F" w14:textId="5973A08F" w:rsidR="00AB1B6A" w:rsidRDefault="00AB1B6A">
            <w:pPr>
              <w:jc w:val="center"/>
            </w:pPr>
          </w:p>
        </w:tc>
        <w:tc>
          <w:tcPr>
            <w:tcW w:w="270" w:type="dxa"/>
            <w:tcMar>
              <w:top w:w="60" w:type="dxa"/>
              <w:left w:w="60" w:type="dxa"/>
              <w:bottom w:w="60" w:type="dxa"/>
              <w:right w:w="60" w:type="dxa"/>
            </w:tcMar>
            <w:vAlign w:val="center"/>
          </w:tcPr>
          <w:p w14:paraId="249AEFCD" w14:textId="77777777" w:rsidR="00AB1B6A" w:rsidRDefault="00AB1B6A">
            <w:pPr>
              <w:jc w:val="center"/>
            </w:pPr>
          </w:p>
        </w:tc>
        <w:tc>
          <w:tcPr>
            <w:tcW w:w="270" w:type="dxa"/>
          </w:tcPr>
          <w:p w14:paraId="6D498F35" w14:textId="77777777" w:rsidR="00AB1B6A" w:rsidRDefault="00AB1B6A">
            <w:pPr>
              <w:rPr>
                <w:sz w:val="15"/>
              </w:rPr>
            </w:pPr>
          </w:p>
        </w:tc>
        <w:tc>
          <w:tcPr>
            <w:tcW w:w="270" w:type="dxa"/>
          </w:tcPr>
          <w:p w14:paraId="1E957192" w14:textId="77777777" w:rsidR="00AB1B6A" w:rsidRPr="0015592F" w:rsidRDefault="00AB1B6A"/>
        </w:tc>
        <w:tc>
          <w:tcPr>
            <w:tcW w:w="450" w:type="dxa"/>
          </w:tcPr>
          <w:p w14:paraId="3904366C" w14:textId="77777777" w:rsidR="00AB1B6A" w:rsidRPr="0015592F" w:rsidRDefault="00AB1B6A"/>
        </w:tc>
        <w:tc>
          <w:tcPr>
            <w:tcW w:w="6888" w:type="dxa"/>
            <w:tcMar>
              <w:top w:w="60" w:type="dxa"/>
              <w:left w:w="60" w:type="dxa"/>
              <w:bottom w:w="60" w:type="dxa"/>
              <w:right w:w="60" w:type="dxa"/>
            </w:tcMar>
            <w:vAlign w:val="center"/>
          </w:tcPr>
          <w:p w14:paraId="66EE46BD" w14:textId="51A4C41C" w:rsidR="00AB1B6A" w:rsidRDefault="00AB1B6A"/>
        </w:tc>
      </w:tr>
      <w:tr w:rsidR="00AB1B6A" w:rsidRPr="000F1A66" w14:paraId="0F47818A" w14:textId="77777777" w:rsidTr="0084692C">
        <w:trPr>
          <w:cantSplit/>
          <w:trHeight w:val="27"/>
          <w:jc w:val="center"/>
        </w:trPr>
        <w:tc>
          <w:tcPr>
            <w:tcW w:w="613" w:type="dxa"/>
            <w:tcMar>
              <w:top w:w="60" w:type="dxa"/>
              <w:left w:w="60" w:type="dxa"/>
              <w:bottom w:w="60" w:type="dxa"/>
              <w:right w:w="60" w:type="dxa"/>
            </w:tcMar>
            <w:vAlign w:val="center"/>
          </w:tcPr>
          <w:p w14:paraId="0E45654D" w14:textId="77777777" w:rsidR="00AB1B6A" w:rsidRDefault="00AB1B6A">
            <w:pPr>
              <w:jc w:val="center"/>
            </w:pPr>
            <w:r>
              <w:rPr>
                <w:sz w:val="15"/>
              </w:rPr>
              <w:t>7</w:t>
            </w:r>
          </w:p>
        </w:tc>
        <w:tc>
          <w:tcPr>
            <w:tcW w:w="1426" w:type="dxa"/>
            <w:tcMar>
              <w:top w:w="60" w:type="dxa"/>
              <w:left w:w="60" w:type="dxa"/>
              <w:bottom w:w="60" w:type="dxa"/>
              <w:right w:w="60" w:type="dxa"/>
            </w:tcMar>
            <w:vAlign w:val="center"/>
          </w:tcPr>
          <w:p w14:paraId="174BE370" w14:textId="04DFD64D" w:rsidR="00AB1B6A" w:rsidRPr="000F1A66" w:rsidRDefault="00AB1B6A">
            <w:pPr>
              <w:rPr>
                <w:lang w:val="ru-RU"/>
              </w:rPr>
            </w:pPr>
          </w:p>
        </w:tc>
        <w:tc>
          <w:tcPr>
            <w:tcW w:w="1859" w:type="dxa"/>
            <w:tcMar>
              <w:top w:w="60" w:type="dxa"/>
              <w:left w:w="60" w:type="dxa"/>
              <w:bottom w:w="60" w:type="dxa"/>
              <w:right w:w="60" w:type="dxa"/>
            </w:tcMar>
            <w:vAlign w:val="center"/>
          </w:tcPr>
          <w:p w14:paraId="5560F676" w14:textId="13A6E65A" w:rsidR="00AB1B6A" w:rsidRPr="000F1A66" w:rsidRDefault="00AB1B6A">
            <w:pPr>
              <w:rPr>
                <w:lang w:val="ru-RU"/>
              </w:rPr>
            </w:pPr>
          </w:p>
        </w:tc>
        <w:tc>
          <w:tcPr>
            <w:tcW w:w="1440" w:type="dxa"/>
            <w:tcMar>
              <w:top w:w="60" w:type="dxa"/>
              <w:left w:w="60" w:type="dxa"/>
              <w:bottom w:w="60" w:type="dxa"/>
              <w:right w:w="60" w:type="dxa"/>
            </w:tcMar>
            <w:vAlign w:val="center"/>
          </w:tcPr>
          <w:p w14:paraId="03DBDE3E" w14:textId="1BA3813F" w:rsidR="00AB1B6A" w:rsidRDefault="00AB1B6A"/>
        </w:tc>
        <w:tc>
          <w:tcPr>
            <w:tcW w:w="270" w:type="dxa"/>
            <w:tcMar>
              <w:top w:w="60" w:type="dxa"/>
              <w:left w:w="60" w:type="dxa"/>
              <w:bottom w:w="60" w:type="dxa"/>
              <w:right w:w="60" w:type="dxa"/>
            </w:tcMar>
            <w:vAlign w:val="center"/>
          </w:tcPr>
          <w:p w14:paraId="24E9AE0B" w14:textId="77777777" w:rsidR="00AB1B6A" w:rsidRDefault="00AB1B6A">
            <w:pPr>
              <w:jc w:val="center"/>
            </w:pPr>
          </w:p>
        </w:tc>
        <w:tc>
          <w:tcPr>
            <w:tcW w:w="270" w:type="dxa"/>
            <w:tcMar>
              <w:top w:w="60" w:type="dxa"/>
              <w:left w:w="60" w:type="dxa"/>
              <w:bottom w:w="60" w:type="dxa"/>
              <w:right w:w="60" w:type="dxa"/>
            </w:tcMar>
            <w:vAlign w:val="center"/>
          </w:tcPr>
          <w:p w14:paraId="33C69458" w14:textId="77777777" w:rsidR="00AB1B6A" w:rsidRDefault="00AB1B6A">
            <w:pPr>
              <w:jc w:val="center"/>
            </w:pPr>
          </w:p>
        </w:tc>
        <w:tc>
          <w:tcPr>
            <w:tcW w:w="270" w:type="dxa"/>
            <w:tcMar>
              <w:top w:w="60" w:type="dxa"/>
              <w:left w:w="60" w:type="dxa"/>
              <w:bottom w:w="60" w:type="dxa"/>
              <w:right w:w="60" w:type="dxa"/>
            </w:tcMar>
            <w:vAlign w:val="center"/>
          </w:tcPr>
          <w:p w14:paraId="6435BE39" w14:textId="77777777" w:rsidR="00AB1B6A" w:rsidRDefault="00AB1B6A">
            <w:pPr>
              <w:jc w:val="center"/>
            </w:pPr>
          </w:p>
        </w:tc>
        <w:tc>
          <w:tcPr>
            <w:tcW w:w="180" w:type="dxa"/>
            <w:tcMar>
              <w:top w:w="60" w:type="dxa"/>
              <w:left w:w="60" w:type="dxa"/>
              <w:bottom w:w="60" w:type="dxa"/>
              <w:right w:w="60" w:type="dxa"/>
            </w:tcMar>
            <w:vAlign w:val="center"/>
          </w:tcPr>
          <w:p w14:paraId="7CCF6AC4" w14:textId="77777777" w:rsidR="00AB1B6A" w:rsidRDefault="00AB1B6A">
            <w:pPr>
              <w:jc w:val="center"/>
            </w:pPr>
          </w:p>
        </w:tc>
        <w:tc>
          <w:tcPr>
            <w:tcW w:w="360" w:type="dxa"/>
            <w:gridSpan w:val="2"/>
            <w:tcMar>
              <w:top w:w="60" w:type="dxa"/>
              <w:left w:w="60" w:type="dxa"/>
              <w:bottom w:w="60" w:type="dxa"/>
              <w:right w:w="60" w:type="dxa"/>
            </w:tcMar>
            <w:vAlign w:val="center"/>
          </w:tcPr>
          <w:p w14:paraId="3C3FEE25" w14:textId="77777777" w:rsidR="00AB1B6A" w:rsidRDefault="00AB1B6A">
            <w:pPr>
              <w:jc w:val="center"/>
            </w:pPr>
          </w:p>
        </w:tc>
        <w:tc>
          <w:tcPr>
            <w:tcW w:w="270" w:type="dxa"/>
            <w:tcMar>
              <w:top w:w="60" w:type="dxa"/>
              <w:left w:w="60" w:type="dxa"/>
              <w:bottom w:w="60" w:type="dxa"/>
              <w:right w:w="60" w:type="dxa"/>
            </w:tcMar>
            <w:vAlign w:val="center"/>
          </w:tcPr>
          <w:p w14:paraId="7B9FCE8A" w14:textId="0553CA98" w:rsidR="00AB1B6A" w:rsidRDefault="00AB1B6A">
            <w:pPr>
              <w:jc w:val="center"/>
            </w:pPr>
          </w:p>
        </w:tc>
        <w:tc>
          <w:tcPr>
            <w:tcW w:w="270" w:type="dxa"/>
            <w:tcMar>
              <w:top w:w="60" w:type="dxa"/>
              <w:left w:w="60" w:type="dxa"/>
              <w:bottom w:w="60" w:type="dxa"/>
              <w:right w:w="60" w:type="dxa"/>
            </w:tcMar>
            <w:vAlign w:val="center"/>
          </w:tcPr>
          <w:p w14:paraId="3CC380D0" w14:textId="43E362D8" w:rsidR="00AB1B6A" w:rsidRDefault="00AB1B6A">
            <w:pPr>
              <w:jc w:val="center"/>
            </w:pPr>
          </w:p>
        </w:tc>
        <w:tc>
          <w:tcPr>
            <w:tcW w:w="270" w:type="dxa"/>
          </w:tcPr>
          <w:p w14:paraId="56DDA769" w14:textId="77777777" w:rsidR="00AB1B6A" w:rsidRPr="000F1A66" w:rsidRDefault="00AB1B6A">
            <w:pPr>
              <w:rPr>
                <w:sz w:val="15"/>
                <w:lang w:val="ru-RU"/>
              </w:rPr>
            </w:pPr>
          </w:p>
        </w:tc>
        <w:tc>
          <w:tcPr>
            <w:tcW w:w="270" w:type="dxa"/>
          </w:tcPr>
          <w:p w14:paraId="42D4EF4F" w14:textId="77777777" w:rsidR="00AB1B6A" w:rsidRPr="0015592F" w:rsidRDefault="00AB1B6A">
            <w:pPr>
              <w:rPr>
                <w:lang w:val="ru-RU"/>
              </w:rPr>
            </w:pPr>
          </w:p>
        </w:tc>
        <w:tc>
          <w:tcPr>
            <w:tcW w:w="450" w:type="dxa"/>
          </w:tcPr>
          <w:p w14:paraId="6B751439" w14:textId="77777777" w:rsidR="00AB1B6A" w:rsidRPr="0015592F" w:rsidRDefault="00AB1B6A">
            <w:pPr>
              <w:rPr>
                <w:lang w:val="ru-RU"/>
              </w:rPr>
            </w:pPr>
          </w:p>
        </w:tc>
        <w:tc>
          <w:tcPr>
            <w:tcW w:w="6888" w:type="dxa"/>
            <w:tcMar>
              <w:top w:w="60" w:type="dxa"/>
              <w:left w:w="60" w:type="dxa"/>
              <w:bottom w:w="60" w:type="dxa"/>
              <w:right w:w="60" w:type="dxa"/>
            </w:tcMar>
            <w:vAlign w:val="center"/>
          </w:tcPr>
          <w:p w14:paraId="33318EFE" w14:textId="71A89550" w:rsidR="00AB1B6A" w:rsidRPr="000F1A66" w:rsidRDefault="00AB1B6A">
            <w:pPr>
              <w:rPr>
                <w:lang w:val="ru-RU"/>
              </w:rPr>
            </w:pPr>
          </w:p>
        </w:tc>
      </w:tr>
      <w:tr w:rsidR="00AB1B6A" w:rsidRPr="000F1A66" w14:paraId="38385074" w14:textId="77777777" w:rsidTr="0084692C">
        <w:trPr>
          <w:cantSplit/>
          <w:trHeight w:val="27"/>
          <w:jc w:val="center"/>
        </w:trPr>
        <w:tc>
          <w:tcPr>
            <w:tcW w:w="613" w:type="dxa"/>
            <w:tcMar>
              <w:top w:w="60" w:type="dxa"/>
              <w:left w:w="60" w:type="dxa"/>
              <w:bottom w:w="60" w:type="dxa"/>
              <w:right w:w="60" w:type="dxa"/>
            </w:tcMar>
            <w:vAlign w:val="center"/>
          </w:tcPr>
          <w:p w14:paraId="454147C0" w14:textId="77777777" w:rsidR="00AB1B6A" w:rsidRDefault="00AB1B6A">
            <w:pPr>
              <w:jc w:val="center"/>
            </w:pPr>
            <w:r>
              <w:rPr>
                <w:sz w:val="15"/>
              </w:rPr>
              <w:t>8</w:t>
            </w:r>
          </w:p>
        </w:tc>
        <w:tc>
          <w:tcPr>
            <w:tcW w:w="1426" w:type="dxa"/>
            <w:tcMar>
              <w:top w:w="60" w:type="dxa"/>
              <w:left w:w="60" w:type="dxa"/>
              <w:bottom w:w="60" w:type="dxa"/>
              <w:right w:w="60" w:type="dxa"/>
            </w:tcMar>
            <w:vAlign w:val="center"/>
          </w:tcPr>
          <w:p w14:paraId="746A6890" w14:textId="4C4C8A37" w:rsidR="00AB1B6A" w:rsidRPr="000F1A66" w:rsidRDefault="00AB1B6A">
            <w:pPr>
              <w:rPr>
                <w:lang w:val="ru-RU"/>
              </w:rPr>
            </w:pPr>
          </w:p>
        </w:tc>
        <w:tc>
          <w:tcPr>
            <w:tcW w:w="1859" w:type="dxa"/>
            <w:tcMar>
              <w:top w:w="60" w:type="dxa"/>
              <w:left w:w="60" w:type="dxa"/>
              <w:bottom w:w="60" w:type="dxa"/>
              <w:right w:w="60" w:type="dxa"/>
            </w:tcMar>
            <w:vAlign w:val="center"/>
          </w:tcPr>
          <w:p w14:paraId="313A5805" w14:textId="1A2D0604" w:rsidR="00AB1B6A" w:rsidRPr="000F1A66" w:rsidRDefault="00AB1B6A">
            <w:pPr>
              <w:rPr>
                <w:lang w:val="ru-RU"/>
              </w:rPr>
            </w:pPr>
          </w:p>
        </w:tc>
        <w:tc>
          <w:tcPr>
            <w:tcW w:w="1440" w:type="dxa"/>
            <w:tcMar>
              <w:top w:w="60" w:type="dxa"/>
              <w:left w:w="60" w:type="dxa"/>
              <w:bottom w:w="60" w:type="dxa"/>
              <w:right w:w="60" w:type="dxa"/>
            </w:tcMar>
            <w:vAlign w:val="center"/>
          </w:tcPr>
          <w:p w14:paraId="264F8D76" w14:textId="6AA202DC" w:rsidR="00AB1B6A" w:rsidRDefault="00AB1B6A"/>
        </w:tc>
        <w:tc>
          <w:tcPr>
            <w:tcW w:w="270" w:type="dxa"/>
            <w:tcMar>
              <w:top w:w="60" w:type="dxa"/>
              <w:left w:w="60" w:type="dxa"/>
              <w:bottom w:w="60" w:type="dxa"/>
              <w:right w:w="60" w:type="dxa"/>
            </w:tcMar>
            <w:vAlign w:val="center"/>
          </w:tcPr>
          <w:p w14:paraId="54F2B2F2" w14:textId="77777777" w:rsidR="00AB1B6A" w:rsidRDefault="00AB1B6A">
            <w:pPr>
              <w:jc w:val="center"/>
            </w:pPr>
          </w:p>
        </w:tc>
        <w:tc>
          <w:tcPr>
            <w:tcW w:w="270" w:type="dxa"/>
            <w:tcMar>
              <w:top w:w="60" w:type="dxa"/>
              <w:left w:w="60" w:type="dxa"/>
              <w:bottom w:w="60" w:type="dxa"/>
              <w:right w:w="60" w:type="dxa"/>
            </w:tcMar>
            <w:vAlign w:val="center"/>
          </w:tcPr>
          <w:p w14:paraId="7DC7C7E6" w14:textId="77777777" w:rsidR="00AB1B6A" w:rsidRDefault="00AB1B6A">
            <w:pPr>
              <w:jc w:val="center"/>
            </w:pPr>
          </w:p>
        </w:tc>
        <w:tc>
          <w:tcPr>
            <w:tcW w:w="270" w:type="dxa"/>
            <w:tcMar>
              <w:top w:w="60" w:type="dxa"/>
              <w:left w:w="60" w:type="dxa"/>
              <w:bottom w:w="60" w:type="dxa"/>
              <w:right w:w="60" w:type="dxa"/>
            </w:tcMar>
            <w:vAlign w:val="center"/>
          </w:tcPr>
          <w:p w14:paraId="744CC886" w14:textId="77777777" w:rsidR="00AB1B6A" w:rsidRDefault="00AB1B6A">
            <w:pPr>
              <w:jc w:val="center"/>
            </w:pPr>
          </w:p>
        </w:tc>
        <w:tc>
          <w:tcPr>
            <w:tcW w:w="180" w:type="dxa"/>
            <w:tcMar>
              <w:top w:w="60" w:type="dxa"/>
              <w:left w:w="60" w:type="dxa"/>
              <w:bottom w:w="60" w:type="dxa"/>
              <w:right w:w="60" w:type="dxa"/>
            </w:tcMar>
            <w:vAlign w:val="center"/>
          </w:tcPr>
          <w:p w14:paraId="40B5B431" w14:textId="77777777" w:rsidR="00AB1B6A" w:rsidRDefault="00AB1B6A">
            <w:pPr>
              <w:jc w:val="center"/>
            </w:pPr>
          </w:p>
        </w:tc>
        <w:tc>
          <w:tcPr>
            <w:tcW w:w="360" w:type="dxa"/>
            <w:gridSpan w:val="2"/>
            <w:tcMar>
              <w:top w:w="60" w:type="dxa"/>
              <w:left w:w="60" w:type="dxa"/>
              <w:bottom w:w="60" w:type="dxa"/>
              <w:right w:w="60" w:type="dxa"/>
            </w:tcMar>
            <w:vAlign w:val="center"/>
          </w:tcPr>
          <w:p w14:paraId="15CE8ADA" w14:textId="77777777" w:rsidR="00AB1B6A" w:rsidRDefault="00AB1B6A">
            <w:pPr>
              <w:jc w:val="center"/>
            </w:pPr>
          </w:p>
        </w:tc>
        <w:tc>
          <w:tcPr>
            <w:tcW w:w="270" w:type="dxa"/>
            <w:tcMar>
              <w:top w:w="60" w:type="dxa"/>
              <w:left w:w="60" w:type="dxa"/>
              <w:bottom w:w="60" w:type="dxa"/>
              <w:right w:w="60" w:type="dxa"/>
            </w:tcMar>
            <w:vAlign w:val="center"/>
          </w:tcPr>
          <w:p w14:paraId="2FB198E0" w14:textId="77777777" w:rsidR="00AB1B6A" w:rsidRDefault="00AB1B6A">
            <w:pPr>
              <w:jc w:val="center"/>
            </w:pPr>
          </w:p>
        </w:tc>
        <w:tc>
          <w:tcPr>
            <w:tcW w:w="270" w:type="dxa"/>
            <w:tcMar>
              <w:top w:w="60" w:type="dxa"/>
              <w:left w:w="60" w:type="dxa"/>
              <w:bottom w:w="60" w:type="dxa"/>
              <w:right w:w="60" w:type="dxa"/>
            </w:tcMar>
            <w:vAlign w:val="center"/>
          </w:tcPr>
          <w:p w14:paraId="4B428E62" w14:textId="7A8FDFB0" w:rsidR="00AB1B6A" w:rsidRDefault="00AB1B6A">
            <w:pPr>
              <w:jc w:val="center"/>
            </w:pPr>
          </w:p>
        </w:tc>
        <w:tc>
          <w:tcPr>
            <w:tcW w:w="270" w:type="dxa"/>
          </w:tcPr>
          <w:p w14:paraId="27C30A28" w14:textId="77777777" w:rsidR="00AB1B6A" w:rsidRPr="000F1A66" w:rsidRDefault="00AB1B6A">
            <w:pPr>
              <w:rPr>
                <w:sz w:val="15"/>
                <w:lang w:val="ru-RU"/>
              </w:rPr>
            </w:pPr>
          </w:p>
        </w:tc>
        <w:tc>
          <w:tcPr>
            <w:tcW w:w="270" w:type="dxa"/>
          </w:tcPr>
          <w:p w14:paraId="1DC4C0D2" w14:textId="77777777" w:rsidR="00AB1B6A" w:rsidRPr="0015592F" w:rsidRDefault="00AB1B6A">
            <w:pPr>
              <w:rPr>
                <w:lang w:val="ru-RU"/>
              </w:rPr>
            </w:pPr>
          </w:p>
        </w:tc>
        <w:tc>
          <w:tcPr>
            <w:tcW w:w="450" w:type="dxa"/>
          </w:tcPr>
          <w:p w14:paraId="5C04F6DC" w14:textId="77777777" w:rsidR="00AB1B6A" w:rsidRPr="0015592F" w:rsidRDefault="00AB1B6A">
            <w:pPr>
              <w:rPr>
                <w:lang w:val="ru-RU"/>
              </w:rPr>
            </w:pPr>
          </w:p>
        </w:tc>
        <w:tc>
          <w:tcPr>
            <w:tcW w:w="6888" w:type="dxa"/>
            <w:tcMar>
              <w:top w:w="60" w:type="dxa"/>
              <w:left w:w="60" w:type="dxa"/>
              <w:bottom w:w="60" w:type="dxa"/>
              <w:right w:w="60" w:type="dxa"/>
            </w:tcMar>
            <w:vAlign w:val="center"/>
          </w:tcPr>
          <w:p w14:paraId="535D2A9B" w14:textId="0595B9C9" w:rsidR="00AB1B6A" w:rsidRPr="000F1A66" w:rsidRDefault="00AB1B6A">
            <w:pPr>
              <w:rPr>
                <w:lang w:val="ru-RU"/>
              </w:rPr>
            </w:pPr>
          </w:p>
        </w:tc>
      </w:tr>
      <w:tr w:rsidR="00AB1B6A" w:rsidRPr="000F1A66" w14:paraId="1546B7AA" w14:textId="77777777" w:rsidTr="0084692C">
        <w:trPr>
          <w:cantSplit/>
          <w:trHeight w:val="27"/>
          <w:jc w:val="center"/>
        </w:trPr>
        <w:tc>
          <w:tcPr>
            <w:tcW w:w="613" w:type="dxa"/>
            <w:tcMar>
              <w:top w:w="60" w:type="dxa"/>
              <w:left w:w="60" w:type="dxa"/>
              <w:bottom w:w="60" w:type="dxa"/>
              <w:right w:w="60" w:type="dxa"/>
            </w:tcMar>
            <w:vAlign w:val="center"/>
          </w:tcPr>
          <w:p w14:paraId="63734B4E" w14:textId="77777777" w:rsidR="00AB1B6A" w:rsidRDefault="00AB1B6A">
            <w:pPr>
              <w:jc w:val="center"/>
            </w:pPr>
            <w:r>
              <w:rPr>
                <w:sz w:val="15"/>
              </w:rPr>
              <w:t>9</w:t>
            </w:r>
          </w:p>
        </w:tc>
        <w:tc>
          <w:tcPr>
            <w:tcW w:w="1426" w:type="dxa"/>
            <w:tcMar>
              <w:top w:w="60" w:type="dxa"/>
              <w:left w:w="60" w:type="dxa"/>
              <w:bottom w:w="60" w:type="dxa"/>
              <w:right w:w="60" w:type="dxa"/>
            </w:tcMar>
            <w:vAlign w:val="center"/>
          </w:tcPr>
          <w:p w14:paraId="591CCF05" w14:textId="7251296F" w:rsidR="00AB1B6A" w:rsidRDefault="00AB1B6A"/>
        </w:tc>
        <w:tc>
          <w:tcPr>
            <w:tcW w:w="1859" w:type="dxa"/>
            <w:tcMar>
              <w:top w:w="60" w:type="dxa"/>
              <w:left w:w="60" w:type="dxa"/>
              <w:bottom w:w="60" w:type="dxa"/>
              <w:right w:w="60" w:type="dxa"/>
            </w:tcMar>
            <w:vAlign w:val="center"/>
          </w:tcPr>
          <w:p w14:paraId="413ECAEF" w14:textId="2F5F33C0" w:rsidR="00AB1B6A" w:rsidRPr="000F1A66" w:rsidRDefault="00AB1B6A">
            <w:pPr>
              <w:rPr>
                <w:lang w:val="ru-RU"/>
              </w:rPr>
            </w:pPr>
          </w:p>
        </w:tc>
        <w:tc>
          <w:tcPr>
            <w:tcW w:w="1440" w:type="dxa"/>
            <w:tcMar>
              <w:top w:w="60" w:type="dxa"/>
              <w:left w:w="60" w:type="dxa"/>
              <w:bottom w:w="60" w:type="dxa"/>
              <w:right w:w="60" w:type="dxa"/>
            </w:tcMar>
            <w:vAlign w:val="center"/>
          </w:tcPr>
          <w:p w14:paraId="20FBFDAE" w14:textId="64549BDE" w:rsidR="00AB1B6A" w:rsidRDefault="00AB1B6A"/>
        </w:tc>
        <w:tc>
          <w:tcPr>
            <w:tcW w:w="270" w:type="dxa"/>
            <w:tcMar>
              <w:top w:w="60" w:type="dxa"/>
              <w:left w:w="60" w:type="dxa"/>
              <w:bottom w:w="60" w:type="dxa"/>
              <w:right w:w="60" w:type="dxa"/>
            </w:tcMar>
            <w:vAlign w:val="center"/>
          </w:tcPr>
          <w:p w14:paraId="7E3FC14B" w14:textId="77777777" w:rsidR="00AB1B6A" w:rsidRDefault="00AB1B6A">
            <w:pPr>
              <w:jc w:val="center"/>
            </w:pPr>
          </w:p>
        </w:tc>
        <w:tc>
          <w:tcPr>
            <w:tcW w:w="270" w:type="dxa"/>
            <w:tcMar>
              <w:top w:w="60" w:type="dxa"/>
              <w:left w:w="60" w:type="dxa"/>
              <w:bottom w:w="60" w:type="dxa"/>
              <w:right w:w="60" w:type="dxa"/>
            </w:tcMar>
            <w:vAlign w:val="center"/>
          </w:tcPr>
          <w:p w14:paraId="6EE74637" w14:textId="77777777" w:rsidR="00AB1B6A" w:rsidRDefault="00AB1B6A">
            <w:pPr>
              <w:jc w:val="center"/>
            </w:pPr>
          </w:p>
        </w:tc>
        <w:tc>
          <w:tcPr>
            <w:tcW w:w="270" w:type="dxa"/>
            <w:tcMar>
              <w:top w:w="60" w:type="dxa"/>
              <w:left w:w="60" w:type="dxa"/>
              <w:bottom w:w="60" w:type="dxa"/>
              <w:right w:w="60" w:type="dxa"/>
            </w:tcMar>
            <w:vAlign w:val="center"/>
          </w:tcPr>
          <w:p w14:paraId="397DA271" w14:textId="77777777" w:rsidR="00AB1B6A" w:rsidRDefault="00AB1B6A">
            <w:pPr>
              <w:jc w:val="center"/>
            </w:pPr>
          </w:p>
        </w:tc>
        <w:tc>
          <w:tcPr>
            <w:tcW w:w="180" w:type="dxa"/>
            <w:tcMar>
              <w:top w:w="60" w:type="dxa"/>
              <w:left w:w="60" w:type="dxa"/>
              <w:bottom w:w="60" w:type="dxa"/>
              <w:right w:w="60" w:type="dxa"/>
            </w:tcMar>
            <w:vAlign w:val="center"/>
          </w:tcPr>
          <w:p w14:paraId="23CDA9A3" w14:textId="77777777" w:rsidR="00AB1B6A" w:rsidRDefault="00AB1B6A">
            <w:pPr>
              <w:jc w:val="center"/>
            </w:pPr>
          </w:p>
        </w:tc>
        <w:tc>
          <w:tcPr>
            <w:tcW w:w="360" w:type="dxa"/>
            <w:gridSpan w:val="2"/>
            <w:tcMar>
              <w:top w:w="60" w:type="dxa"/>
              <w:left w:w="60" w:type="dxa"/>
              <w:bottom w:w="60" w:type="dxa"/>
              <w:right w:w="60" w:type="dxa"/>
            </w:tcMar>
            <w:vAlign w:val="center"/>
          </w:tcPr>
          <w:p w14:paraId="23F18ADD" w14:textId="77777777" w:rsidR="00AB1B6A" w:rsidRDefault="00AB1B6A">
            <w:pPr>
              <w:jc w:val="center"/>
            </w:pPr>
          </w:p>
        </w:tc>
        <w:tc>
          <w:tcPr>
            <w:tcW w:w="270" w:type="dxa"/>
            <w:tcMar>
              <w:top w:w="60" w:type="dxa"/>
              <w:left w:w="60" w:type="dxa"/>
              <w:bottom w:w="60" w:type="dxa"/>
              <w:right w:w="60" w:type="dxa"/>
            </w:tcMar>
            <w:vAlign w:val="center"/>
          </w:tcPr>
          <w:p w14:paraId="0469000E" w14:textId="77777777" w:rsidR="00AB1B6A" w:rsidRDefault="00AB1B6A">
            <w:pPr>
              <w:jc w:val="center"/>
            </w:pPr>
          </w:p>
        </w:tc>
        <w:tc>
          <w:tcPr>
            <w:tcW w:w="270" w:type="dxa"/>
            <w:tcMar>
              <w:top w:w="60" w:type="dxa"/>
              <w:left w:w="60" w:type="dxa"/>
              <w:bottom w:w="60" w:type="dxa"/>
              <w:right w:w="60" w:type="dxa"/>
            </w:tcMar>
            <w:vAlign w:val="center"/>
          </w:tcPr>
          <w:p w14:paraId="4B33BC4D" w14:textId="7C856529" w:rsidR="00AB1B6A" w:rsidRDefault="00AB1B6A">
            <w:pPr>
              <w:jc w:val="center"/>
            </w:pPr>
          </w:p>
        </w:tc>
        <w:tc>
          <w:tcPr>
            <w:tcW w:w="270" w:type="dxa"/>
          </w:tcPr>
          <w:p w14:paraId="6507B40B" w14:textId="77777777" w:rsidR="00AB1B6A" w:rsidRPr="000F1A66" w:rsidRDefault="00AB1B6A">
            <w:pPr>
              <w:rPr>
                <w:sz w:val="15"/>
                <w:lang w:val="ru-RU"/>
              </w:rPr>
            </w:pPr>
          </w:p>
        </w:tc>
        <w:tc>
          <w:tcPr>
            <w:tcW w:w="270" w:type="dxa"/>
          </w:tcPr>
          <w:p w14:paraId="6DFFDFC3" w14:textId="77777777" w:rsidR="00AB1B6A" w:rsidRPr="0015592F" w:rsidRDefault="00AB1B6A">
            <w:pPr>
              <w:rPr>
                <w:lang w:val="ru-RU"/>
              </w:rPr>
            </w:pPr>
          </w:p>
        </w:tc>
        <w:tc>
          <w:tcPr>
            <w:tcW w:w="450" w:type="dxa"/>
          </w:tcPr>
          <w:p w14:paraId="3E015EDD" w14:textId="77777777" w:rsidR="00AB1B6A" w:rsidRPr="0015592F" w:rsidRDefault="00AB1B6A">
            <w:pPr>
              <w:rPr>
                <w:lang w:val="ru-RU"/>
              </w:rPr>
            </w:pPr>
          </w:p>
        </w:tc>
        <w:tc>
          <w:tcPr>
            <w:tcW w:w="6888" w:type="dxa"/>
            <w:tcMar>
              <w:top w:w="60" w:type="dxa"/>
              <w:left w:w="60" w:type="dxa"/>
              <w:bottom w:w="60" w:type="dxa"/>
              <w:right w:w="60" w:type="dxa"/>
            </w:tcMar>
            <w:vAlign w:val="center"/>
          </w:tcPr>
          <w:p w14:paraId="1ACBBE0D" w14:textId="457F4185" w:rsidR="00AB1B6A" w:rsidRPr="000F1A66" w:rsidRDefault="00AB1B6A">
            <w:pPr>
              <w:rPr>
                <w:lang w:val="ru-RU"/>
              </w:rPr>
            </w:pPr>
          </w:p>
        </w:tc>
      </w:tr>
      <w:tr w:rsidR="00AB1B6A" w14:paraId="5415F78F" w14:textId="77777777" w:rsidTr="0084692C">
        <w:trPr>
          <w:cantSplit/>
          <w:trHeight w:val="27"/>
          <w:jc w:val="center"/>
        </w:trPr>
        <w:tc>
          <w:tcPr>
            <w:tcW w:w="613" w:type="dxa"/>
            <w:tcMar>
              <w:top w:w="60" w:type="dxa"/>
              <w:left w:w="60" w:type="dxa"/>
              <w:bottom w:w="60" w:type="dxa"/>
              <w:right w:w="60" w:type="dxa"/>
            </w:tcMar>
            <w:vAlign w:val="center"/>
          </w:tcPr>
          <w:p w14:paraId="5500BE69" w14:textId="77777777" w:rsidR="00AB1B6A" w:rsidRDefault="00AB1B6A">
            <w:pPr>
              <w:jc w:val="center"/>
            </w:pPr>
            <w:r>
              <w:rPr>
                <w:sz w:val="15"/>
              </w:rPr>
              <w:t>10</w:t>
            </w:r>
          </w:p>
        </w:tc>
        <w:tc>
          <w:tcPr>
            <w:tcW w:w="1426" w:type="dxa"/>
            <w:tcMar>
              <w:top w:w="60" w:type="dxa"/>
              <w:left w:w="60" w:type="dxa"/>
              <w:bottom w:w="60" w:type="dxa"/>
              <w:right w:w="60" w:type="dxa"/>
            </w:tcMar>
            <w:vAlign w:val="center"/>
          </w:tcPr>
          <w:p w14:paraId="1895B131" w14:textId="77777777" w:rsidR="00AB1B6A" w:rsidRDefault="00AB1B6A"/>
        </w:tc>
        <w:tc>
          <w:tcPr>
            <w:tcW w:w="1859" w:type="dxa"/>
            <w:tcMar>
              <w:top w:w="60" w:type="dxa"/>
              <w:left w:w="60" w:type="dxa"/>
              <w:bottom w:w="60" w:type="dxa"/>
              <w:right w:w="60" w:type="dxa"/>
            </w:tcMar>
            <w:vAlign w:val="center"/>
          </w:tcPr>
          <w:p w14:paraId="41BB5F9F" w14:textId="77777777" w:rsidR="00AB1B6A" w:rsidRDefault="00AB1B6A"/>
        </w:tc>
        <w:tc>
          <w:tcPr>
            <w:tcW w:w="1440" w:type="dxa"/>
            <w:tcMar>
              <w:top w:w="60" w:type="dxa"/>
              <w:left w:w="60" w:type="dxa"/>
              <w:bottom w:w="60" w:type="dxa"/>
              <w:right w:w="60" w:type="dxa"/>
            </w:tcMar>
            <w:vAlign w:val="center"/>
          </w:tcPr>
          <w:p w14:paraId="4C5020CA" w14:textId="77777777" w:rsidR="00AB1B6A" w:rsidRDefault="00AB1B6A"/>
        </w:tc>
        <w:tc>
          <w:tcPr>
            <w:tcW w:w="270" w:type="dxa"/>
            <w:tcMar>
              <w:top w:w="60" w:type="dxa"/>
              <w:left w:w="60" w:type="dxa"/>
              <w:bottom w:w="60" w:type="dxa"/>
              <w:right w:w="60" w:type="dxa"/>
            </w:tcMar>
            <w:vAlign w:val="center"/>
          </w:tcPr>
          <w:p w14:paraId="3906D0E8" w14:textId="77777777" w:rsidR="00AB1B6A" w:rsidRDefault="00AB1B6A"/>
        </w:tc>
        <w:tc>
          <w:tcPr>
            <w:tcW w:w="270" w:type="dxa"/>
            <w:tcMar>
              <w:top w:w="60" w:type="dxa"/>
              <w:left w:w="60" w:type="dxa"/>
              <w:bottom w:w="60" w:type="dxa"/>
              <w:right w:w="60" w:type="dxa"/>
            </w:tcMar>
            <w:vAlign w:val="center"/>
          </w:tcPr>
          <w:p w14:paraId="558920DB" w14:textId="77777777" w:rsidR="00AB1B6A" w:rsidRDefault="00AB1B6A"/>
        </w:tc>
        <w:tc>
          <w:tcPr>
            <w:tcW w:w="270" w:type="dxa"/>
            <w:tcMar>
              <w:top w:w="60" w:type="dxa"/>
              <w:left w:w="60" w:type="dxa"/>
              <w:bottom w:w="60" w:type="dxa"/>
              <w:right w:w="60" w:type="dxa"/>
            </w:tcMar>
            <w:vAlign w:val="center"/>
          </w:tcPr>
          <w:p w14:paraId="08BE63D4" w14:textId="77777777" w:rsidR="00AB1B6A" w:rsidRDefault="00AB1B6A"/>
        </w:tc>
        <w:tc>
          <w:tcPr>
            <w:tcW w:w="180" w:type="dxa"/>
            <w:tcMar>
              <w:top w:w="60" w:type="dxa"/>
              <w:left w:w="60" w:type="dxa"/>
              <w:bottom w:w="60" w:type="dxa"/>
              <w:right w:w="60" w:type="dxa"/>
            </w:tcMar>
            <w:vAlign w:val="center"/>
          </w:tcPr>
          <w:p w14:paraId="0B086F92" w14:textId="77777777" w:rsidR="00AB1B6A" w:rsidRDefault="00AB1B6A"/>
        </w:tc>
        <w:tc>
          <w:tcPr>
            <w:tcW w:w="360" w:type="dxa"/>
            <w:gridSpan w:val="2"/>
            <w:tcMar>
              <w:top w:w="60" w:type="dxa"/>
              <w:left w:w="60" w:type="dxa"/>
              <w:bottom w:w="60" w:type="dxa"/>
              <w:right w:w="60" w:type="dxa"/>
            </w:tcMar>
            <w:vAlign w:val="center"/>
          </w:tcPr>
          <w:p w14:paraId="5DACE651" w14:textId="77777777" w:rsidR="00AB1B6A" w:rsidRDefault="00AB1B6A"/>
        </w:tc>
        <w:tc>
          <w:tcPr>
            <w:tcW w:w="270" w:type="dxa"/>
            <w:tcMar>
              <w:top w:w="60" w:type="dxa"/>
              <w:left w:w="60" w:type="dxa"/>
              <w:bottom w:w="60" w:type="dxa"/>
              <w:right w:w="60" w:type="dxa"/>
            </w:tcMar>
            <w:vAlign w:val="center"/>
          </w:tcPr>
          <w:p w14:paraId="4D0C86B2" w14:textId="77777777" w:rsidR="00AB1B6A" w:rsidRDefault="00AB1B6A"/>
        </w:tc>
        <w:tc>
          <w:tcPr>
            <w:tcW w:w="270" w:type="dxa"/>
            <w:tcMar>
              <w:top w:w="60" w:type="dxa"/>
              <w:left w:w="60" w:type="dxa"/>
              <w:bottom w:w="60" w:type="dxa"/>
              <w:right w:w="60" w:type="dxa"/>
            </w:tcMar>
            <w:vAlign w:val="center"/>
          </w:tcPr>
          <w:p w14:paraId="74982943" w14:textId="77777777" w:rsidR="00AB1B6A" w:rsidRDefault="00AB1B6A"/>
        </w:tc>
        <w:tc>
          <w:tcPr>
            <w:tcW w:w="270" w:type="dxa"/>
          </w:tcPr>
          <w:p w14:paraId="659A4488" w14:textId="77777777" w:rsidR="00AB1B6A" w:rsidRDefault="00AB1B6A"/>
        </w:tc>
        <w:tc>
          <w:tcPr>
            <w:tcW w:w="270" w:type="dxa"/>
          </w:tcPr>
          <w:p w14:paraId="648C81EE" w14:textId="77777777" w:rsidR="00AB1B6A" w:rsidRPr="0015592F" w:rsidRDefault="00AB1B6A"/>
        </w:tc>
        <w:tc>
          <w:tcPr>
            <w:tcW w:w="450" w:type="dxa"/>
          </w:tcPr>
          <w:p w14:paraId="1E58C277" w14:textId="77777777" w:rsidR="00AB1B6A" w:rsidRPr="0015592F" w:rsidRDefault="00AB1B6A"/>
        </w:tc>
        <w:tc>
          <w:tcPr>
            <w:tcW w:w="6888" w:type="dxa"/>
            <w:tcMar>
              <w:top w:w="60" w:type="dxa"/>
              <w:left w:w="60" w:type="dxa"/>
              <w:bottom w:w="60" w:type="dxa"/>
              <w:right w:w="60" w:type="dxa"/>
            </w:tcMar>
            <w:vAlign w:val="center"/>
          </w:tcPr>
          <w:p w14:paraId="0C73DDF0" w14:textId="55A10C11" w:rsidR="00AB1B6A" w:rsidRDefault="00AB1B6A"/>
        </w:tc>
      </w:tr>
    </w:tbl>
    <w:p w14:paraId="69C70BB4" w14:textId="4F6A9FAD" w:rsidR="0044297A" w:rsidRPr="000F1A66" w:rsidRDefault="0075302B">
      <w:pPr>
        <w:pStyle w:val="1"/>
        <w:rPr>
          <w:lang w:val="ru-RU"/>
        </w:rPr>
      </w:pPr>
      <w:r w:rsidRPr="0075302B">
        <w:rPr>
          <w:rFonts w:ascii="Arial" w:eastAsia="Arial" w:hAnsi="Arial"/>
          <w:color w:val="1F4E79"/>
          <w:sz w:val="22"/>
        </w:rPr>
        <w:t>Section 3. Milestones and Reporting</w:t>
      </w:r>
    </w:p>
    <w:p w14:paraId="1418E1AB" w14:textId="62E45122" w:rsidR="0044297A" w:rsidRPr="00BE6515" w:rsidRDefault="00BE6515">
      <w:pPr>
        <w:spacing w:after="80"/>
      </w:pPr>
      <w:r w:rsidRPr="00BE6515">
        <w:t>Complete the milestones that will demonstrate that the project is being implemented with quality and within the agreed timeframe. Dates may be provided as indicative timelines based on the date of signing the grant agreement.</w:t>
      </w:r>
    </w:p>
    <w:tbl>
      <w:tblPr>
        <w:tblStyle w:val="aff0"/>
        <w:tblW w:w="0" w:type="auto"/>
        <w:jc w:val="center"/>
        <w:tblLook w:val="04A0" w:firstRow="1" w:lastRow="0" w:firstColumn="1" w:lastColumn="0" w:noHBand="0" w:noVBand="1"/>
      </w:tblPr>
      <w:tblGrid>
        <w:gridCol w:w="510"/>
        <w:gridCol w:w="3969"/>
        <w:gridCol w:w="1701"/>
        <w:gridCol w:w="6236"/>
        <w:gridCol w:w="2835"/>
      </w:tblGrid>
      <w:tr w:rsidR="0044297A" w14:paraId="14691FD4" w14:textId="77777777">
        <w:trPr>
          <w:tblHeader/>
          <w:jc w:val="center"/>
        </w:trPr>
        <w:tc>
          <w:tcPr>
            <w:tcW w:w="510" w:type="dxa"/>
            <w:shd w:val="clear" w:color="auto" w:fill="D9EAF7"/>
            <w:tcMar>
              <w:top w:w="60" w:type="dxa"/>
              <w:left w:w="60" w:type="dxa"/>
              <w:bottom w:w="60" w:type="dxa"/>
              <w:right w:w="60" w:type="dxa"/>
            </w:tcMar>
            <w:vAlign w:val="center"/>
          </w:tcPr>
          <w:p w14:paraId="19961878" w14:textId="2D18AAA2" w:rsidR="0044297A" w:rsidRDefault="00BE6515">
            <w:pPr>
              <w:jc w:val="center"/>
            </w:pPr>
            <w:r>
              <w:t>No.</w:t>
            </w:r>
          </w:p>
        </w:tc>
        <w:tc>
          <w:tcPr>
            <w:tcW w:w="3969" w:type="dxa"/>
            <w:shd w:val="clear" w:color="auto" w:fill="D9EAF7"/>
            <w:tcMar>
              <w:top w:w="60" w:type="dxa"/>
              <w:left w:w="60" w:type="dxa"/>
              <w:bottom w:w="60" w:type="dxa"/>
              <w:right w:w="60" w:type="dxa"/>
            </w:tcMar>
            <w:vAlign w:val="center"/>
          </w:tcPr>
          <w:p w14:paraId="2E3561AD" w14:textId="12D802BA" w:rsidR="0044297A" w:rsidRDefault="00BE6515">
            <w:pPr>
              <w:jc w:val="center"/>
            </w:pPr>
            <w:r>
              <w:rPr>
                <w:b/>
                <w:sz w:val="16"/>
              </w:rPr>
              <w:t>Milestone</w:t>
            </w:r>
          </w:p>
        </w:tc>
        <w:tc>
          <w:tcPr>
            <w:tcW w:w="1701" w:type="dxa"/>
            <w:shd w:val="clear" w:color="auto" w:fill="D9EAF7"/>
            <w:tcMar>
              <w:top w:w="60" w:type="dxa"/>
              <w:left w:w="60" w:type="dxa"/>
              <w:bottom w:w="60" w:type="dxa"/>
              <w:right w:w="60" w:type="dxa"/>
            </w:tcMar>
            <w:vAlign w:val="center"/>
          </w:tcPr>
          <w:p w14:paraId="50F0F886" w14:textId="5854BFB0" w:rsidR="0044297A" w:rsidRDefault="00BE6515">
            <w:pPr>
              <w:jc w:val="center"/>
            </w:pPr>
            <w:r>
              <w:rPr>
                <w:b/>
                <w:sz w:val="16"/>
              </w:rPr>
              <w:t>Timeline / month</w:t>
            </w:r>
          </w:p>
        </w:tc>
        <w:tc>
          <w:tcPr>
            <w:tcW w:w="6236" w:type="dxa"/>
            <w:shd w:val="clear" w:color="auto" w:fill="D9EAF7"/>
            <w:tcMar>
              <w:top w:w="60" w:type="dxa"/>
              <w:left w:w="60" w:type="dxa"/>
              <w:bottom w:w="60" w:type="dxa"/>
              <w:right w:w="60" w:type="dxa"/>
            </w:tcMar>
            <w:vAlign w:val="center"/>
          </w:tcPr>
          <w:p w14:paraId="477AFBE1" w14:textId="79391AE1" w:rsidR="0044297A" w:rsidRDefault="00BE6515">
            <w:pPr>
              <w:jc w:val="center"/>
            </w:pPr>
            <w:r>
              <w:rPr>
                <w:b/>
                <w:sz w:val="16"/>
              </w:rPr>
              <w:t>Evidence of completion</w:t>
            </w:r>
          </w:p>
        </w:tc>
        <w:tc>
          <w:tcPr>
            <w:tcW w:w="2835" w:type="dxa"/>
            <w:shd w:val="clear" w:color="auto" w:fill="D9EAF7"/>
            <w:tcMar>
              <w:top w:w="60" w:type="dxa"/>
              <w:left w:w="60" w:type="dxa"/>
              <w:bottom w:w="60" w:type="dxa"/>
              <w:right w:w="60" w:type="dxa"/>
            </w:tcMar>
            <w:vAlign w:val="center"/>
          </w:tcPr>
          <w:p w14:paraId="541DC05A" w14:textId="5FD1CF28" w:rsidR="0044297A" w:rsidRDefault="00BE6515">
            <w:pPr>
              <w:jc w:val="center"/>
            </w:pPr>
            <w:r>
              <w:rPr>
                <w:b/>
                <w:sz w:val="16"/>
              </w:rPr>
              <w:t>Responsible party</w:t>
            </w:r>
          </w:p>
        </w:tc>
      </w:tr>
      <w:tr w:rsidR="0044297A" w14:paraId="0BA27EA7" w14:textId="77777777">
        <w:trPr>
          <w:jc w:val="center"/>
        </w:trPr>
        <w:tc>
          <w:tcPr>
            <w:tcW w:w="510" w:type="dxa"/>
            <w:tcMar>
              <w:top w:w="60" w:type="dxa"/>
              <w:left w:w="60" w:type="dxa"/>
              <w:bottom w:w="60" w:type="dxa"/>
              <w:right w:w="60" w:type="dxa"/>
            </w:tcMar>
            <w:vAlign w:val="center"/>
          </w:tcPr>
          <w:p w14:paraId="1FF6C768" w14:textId="77777777" w:rsidR="0044297A" w:rsidRDefault="0042553D">
            <w:r>
              <w:rPr>
                <w:sz w:val="16"/>
              </w:rPr>
              <w:t>1</w:t>
            </w:r>
          </w:p>
        </w:tc>
        <w:tc>
          <w:tcPr>
            <w:tcW w:w="3969" w:type="dxa"/>
            <w:tcMar>
              <w:top w:w="60" w:type="dxa"/>
              <w:left w:w="60" w:type="dxa"/>
              <w:bottom w:w="60" w:type="dxa"/>
              <w:right w:w="60" w:type="dxa"/>
            </w:tcMar>
            <w:vAlign w:val="center"/>
          </w:tcPr>
          <w:p w14:paraId="594CADE2" w14:textId="77B00B51" w:rsidR="0044297A" w:rsidRPr="007D53EB" w:rsidRDefault="007D53EB">
            <w:r w:rsidRPr="007D53EB">
              <w:rPr>
                <w:i/>
                <w:color w:val="666666"/>
                <w:sz w:val="16"/>
              </w:rPr>
              <w:t xml:space="preserve">Example – </w:t>
            </w:r>
            <w:r w:rsidRPr="007D53EB">
              <w:rPr>
                <w:i/>
                <w:color w:val="EE0000"/>
                <w:sz w:val="16"/>
              </w:rPr>
              <w:t>Start-up package prepared</w:t>
            </w:r>
          </w:p>
        </w:tc>
        <w:tc>
          <w:tcPr>
            <w:tcW w:w="1701" w:type="dxa"/>
            <w:tcMar>
              <w:top w:w="60" w:type="dxa"/>
              <w:left w:w="60" w:type="dxa"/>
              <w:bottom w:w="60" w:type="dxa"/>
              <w:right w:w="60" w:type="dxa"/>
            </w:tcMar>
            <w:vAlign w:val="center"/>
          </w:tcPr>
          <w:p w14:paraId="6DB78D6B" w14:textId="78BD4B2E" w:rsidR="0044297A" w:rsidRPr="007D53EB" w:rsidRDefault="007D53EB">
            <w:pPr>
              <w:rPr>
                <w:i/>
                <w:color w:val="FF0000"/>
                <w:sz w:val="16"/>
              </w:rPr>
            </w:pPr>
            <w:r>
              <w:rPr>
                <w:i/>
                <w:color w:val="FF0000"/>
                <w:sz w:val="16"/>
              </w:rPr>
              <w:t>Month 1</w:t>
            </w:r>
          </w:p>
        </w:tc>
        <w:tc>
          <w:tcPr>
            <w:tcW w:w="6236" w:type="dxa"/>
            <w:tcMar>
              <w:top w:w="60" w:type="dxa"/>
              <w:left w:w="60" w:type="dxa"/>
              <w:bottom w:w="60" w:type="dxa"/>
              <w:right w:w="60" w:type="dxa"/>
            </w:tcMar>
            <w:vAlign w:val="center"/>
          </w:tcPr>
          <w:p w14:paraId="35B9254D" w14:textId="6672079B" w:rsidR="0044297A" w:rsidRPr="007D53EB" w:rsidRDefault="007D53EB">
            <w:pPr>
              <w:rPr>
                <w:i/>
                <w:color w:val="FF0000"/>
                <w:sz w:val="16"/>
              </w:rPr>
            </w:pPr>
            <w:r w:rsidRPr="007D53EB">
              <w:rPr>
                <w:i/>
                <w:color w:val="FF0000"/>
                <w:sz w:val="16"/>
              </w:rPr>
              <w:t xml:space="preserve">Approved </w:t>
            </w:r>
            <w:r>
              <w:rPr>
                <w:i/>
                <w:color w:val="FF0000"/>
                <w:sz w:val="16"/>
              </w:rPr>
              <w:t>implementation</w:t>
            </w:r>
            <w:r w:rsidRPr="007D53EB">
              <w:rPr>
                <w:i/>
                <w:color w:val="FF0000"/>
                <w:sz w:val="16"/>
              </w:rPr>
              <w:t xml:space="preserve"> schedule, work plan, procurement plan</w:t>
            </w:r>
          </w:p>
        </w:tc>
        <w:tc>
          <w:tcPr>
            <w:tcW w:w="2835" w:type="dxa"/>
            <w:tcMar>
              <w:top w:w="60" w:type="dxa"/>
              <w:left w:w="60" w:type="dxa"/>
              <w:bottom w:w="60" w:type="dxa"/>
              <w:right w:w="60" w:type="dxa"/>
            </w:tcMar>
            <w:vAlign w:val="center"/>
          </w:tcPr>
          <w:p w14:paraId="1AD8D650" w14:textId="45A8F3B3" w:rsidR="0044297A" w:rsidRPr="007D53EB" w:rsidRDefault="007D53EB">
            <w:pPr>
              <w:rPr>
                <w:i/>
                <w:color w:val="FF0000"/>
                <w:sz w:val="16"/>
              </w:rPr>
            </w:pPr>
            <w:r>
              <w:rPr>
                <w:i/>
                <w:color w:val="FF0000"/>
                <w:sz w:val="16"/>
              </w:rPr>
              <w:t>NGO</w:t>
            </w:r>
          </w:p>
        </w:tc>
      </w:tr>
      <w:tr w:rsidR="0044297A" w14:paraId="0C9F54EF" w14:textId="77777777">
        <w:trPr>
          <w:jc w:val="center"/>
        </w:trPr>
        <w:tc>
          <w:tcPr>
            <w:tcW w:w="510" w:type="dxa"/>
            <w:tcMar>
              <w:top w:w="60" w:type="dxa"/>
              <w:left w:w="60" w:type="dxa"/>
              <w:bottom w:w="60" w:type="dxa"/>
              <w:right w:w="60" w:type="dxa"/>
            </w:tcMar>
            <w:vAlign w:val="center"/>
          </w:tcPr>
          <w:p w14:paraId="73E179FF" w14:textId="77777777" w:rsidR="0044297A" w:rsidRDefault="0042553D">
            <w:r>
              <w:rPr>
                <w:sz w:val="16"/>
              </w:rPr>
              <w:t>2</w:t>
            </w:r>
          </w:p>
        </w:tc>
        <w:tc>
          <w:tcPr>
            <w:tcW w:w="3969" w:type="dxa"/>
            <w:tcMar>
              <w:top w:w="60" w:type="dxa"/>
              <w:left w:w="60" w:type="dxa"/>
              <w:bottom w:w="60" w:type="dxa"/>
              <w:right w:w="60" w:type="dxa"/>
            </w:tcMar>
            <w:vAlign w:val="center"/>
          </w:tcPr>
          <w:p w14:paraId="2C1227B8" w14:textId="5DC18F4E" w:rsidR="0044297A" w:rsidRPr="005959EF" w:rsidRDefault="005959EF">
            <w:pPr>
              <w:rPr>
                <w:i/>
                <w:color w:val="FF0000"/>
                <w:sz w:val="16"/>
              </w:rPr>
            </w:pPr>
            <w:r w:rsidRPr="005959EF">
              <w:rPr>
                <w:i/>
                <w:color w:val="FF0000"/>
                <w:sz w:val="16"/>
              </w:rPr>
              <w:t>Approvals and access to the facility confirmed</w:t>
            </w:r>
          </w:p>
        </w:tc>
        <w:tc>
          <w:tcPr>
            <w:tcW w:w="1701" w:type="dxa"/>
            <w:tcMar>
              <w:top w:w="60" w:type="dxa"/>
              <w:left w:w="60" w:type="dxa"/>
              <w:bottom w:w="60" w:type="dxa"/>
              <w:right w:w="60" w:type="dxa"/>
            </w:tcMar>
            <w:vAlign w:val="center"/>
          </w:tcPr>
          <w:p w14:paraId="4F8A8FE4" w14:textId="7E211740" w:rsidR="0044297A" w:rsidRPr="00BA0CB2" w:rsidRDefault="007D53EB">
            <w:pPr>
              <w:rPr>
                <w:i/>
                <w:color w:val="FF0000"/>
                <w:sz w:val="16"/>
              </w:rPr>
            </w:pPr>
            <w:r>
              <w:rPr>
                <w:i/>
                <w:color w:val="FF0000"/>
                <w:sz w:val="16"/>
              </w:rPr>
              <w:t>Month 1</w:t>
            </w:r>
          </w:p>
        </w:tc>
        <w:tc>
          <w:tcPr>
            <w:tcW w:w="6236" w:type="dxa"/>
            <w:tcMar>
              <w:top w:w="60" w:type="dxa"/>
              <w:left w:w="60" w:type="dxa"/>
              <w:bottom w:w="60" w:type="dxa"/>
              <w:right w:w="60" w:type="dxa"/>
            </w:tcMar>
            <w:vAlign w:val="center"/>
          </w:tcPr>
          <w:p w14:paraId="11BEF3B3" w14:textId="40DC5DA6" w:rsidR="0044297A" w:rsidRPr="005959EF" w:rsidRDefault="005959EF">
            <w:pPr>
              <w:rPr>
                <w:i/>
                <w:color w:val="FF0000"/>
                <w:sz w:val="16"/>
              </w:rPr>
            </w:pPr>
            <w:r w:rsidRPr="005959EF">
              <w:rPr>
                <w:i/>
                <w:color w:val="FF0000"/>
                <w:sz w:val="16"/>
              </w:rPr>
              <w:t xml:space="preserve">Letter/approval from the project partner or entity responsible for the </w:t>
            </w:r>
            <w:r>
              <w:rPr>
                <w:i/>
                <w:color w:val="FF0000"/>
                <w:sz w:val="16"/>
              </w:rPr>
              <w:t>facility</w:t>
            </w:r>
          </w:p>
        </w:tc>
        <w:tc>
          <w:tcPr>
            <w:tcW w:w="2835" w:type="dxa"/>
            <w:tcMar>
              <w:top w:w="60" w:type="dxa"/>
              <w:left w:w="60" w:type="dxa"/>
              <w:bottom w:w="60" w:type="dxa"/>
              <w:right w:w="60" w:type="dxa"/>
            </w:tcMar>
            <w:vAlign w:val="center"/>
          </w:tcPr>
          <w:p w14:paraId="6597D3A5" w14:textId="4D589EDE" w:rsidR="0044297A" w:rsidRPr="005959EF" w:rsidRDefault="005959EF">
            <w:pPr>
              <w:rPr>
                <w:i/>
                <w:color w:val="FF0000"/>
                <w:sz w:val="16"/>
              </w:rPr>
            </w:pPr>
            <w:r>
              <w:rPr>
                <w:i/>
                <w:color w:val="FF0000"/>
                <w:sz w:val="16"/>
              </w:rPr>
              <w:t>NGO, partner</w:t>
            </w:r>
          </w:p>
        </w:tc>
      </w:tr>
      <w:tr w:rsidR="0044297A" w14:paraId="7C543BAE" w14:textId="77777777">
        <w:trPr>
          <w:jc w:val="center"/>
        </w:trPr>
        <w:tc>
          <w:tcPr>
            <w:tcW w:w="510" w:type="dxa"/>
            <w:tcMar>
              <w:top w:w="60" w:type="dxa"/>
              <w:left w:w="60" w:type="dxa"/>
              <w:bottom w:w="60" w:type="dxa"/>
              <w:right w:w="60" w:type="dxa"/>
            </w:tcMar>
            <w:vAlign w:val="center"/>
          </w:tcPr>
          <w:p w14:paraId="578A0F31" w14:textId="77777777" w:rsidR="0044297A" w:rsidRDefault="0042553D">
            <w:r>
              <w:rPr>
                <w:sz w:val="16"/>
              </w:rPr>
              <w:t>3</w:t>
            </w:r>
          </w:p>
        </w:tc>
        <w:tc>
          <w:tcPr>
            <w:tcW w:w="3969" w:type="dxa"/>
            <w:tcMar>
              <w:top w:w="60" w:type="dxa"/>
              <w:left w:w="60" w:type="dxa"/>
              <w:bottom w:w="60" w:type="dxa"/>
              <w:right w:w="60" w:type="dxa"/>
            </w:tcMar>
            <w:vAlign w:val="center"/>
          </w:tcPr>
          <w:p w14:paraId="6675B7BF" w14:textId="23E94117" w:rsidR="0044297A" w:rsidRPr="00F5008B" w:rsidRDefault="005959EF">
            <w:pPr>
              <w:rPr>
                <w:i/>
                <w:color w:val="FF0000"/>
                <w:sz w:val="16"/>
                <w:lang w:val="ru-RU"/>
              </w:rPr>
            </w:pPr>
            <w:r w:rsidRPr="005959EF">
              <w:rPr>
                <w:i/>
                <w:color w:val="FF0000"/>
                <w:sz w:val="16"/>
              </w:rPr>
              <w:t>Procurement completed</w:t>
            </w:r>
          </w:p>
        </w:tc>
        <w:tc>
          <w:tcPr>
            <w:tcW w:w="1701" w:type="dxa"/>
            <w:tcMar>
              <w:top w:w="60" w:type="dxa"/>
              <w:left w:w="60" w:type="dxa"/>
              <w:bottom w:w="60" w:type="dxa"/>
              <w:right w:w="60" w:type="dxa"/>
            </w:tcMar>
            <w:vAlign w:val="center"/>
          </w:tcPr>
          <w:p w14:paraId="4D16F845" w14:textId="2A9148E6" w:rsidR="0044297A" w:rsidRPr="005959EF" w:rsidRDefault="005959EF">
            <w:pPr>
              <w:rPr>
                <w:i/>
                <w:color w:val="FF0000"/>
                <w:sz w:val="16"/>
              </w:rPr>
            </w:pPr>
            <w:r>
              <w:rPr>
                <w:i/>
                <w:color w:val="FF0000"/>
                <w:sz w:val="16"/>
              </w:rPr>
              <w:t>Month 2-3</w:t>
            </w:r>
          </w:p>
        </w:tc>
        <w:tc>
          <w:tcPr>
            <w:tcW w:w="6236" w:type="dxa"/>
            <w:tcMar>
              <w:top w:w="60" w:type="dxa"/>
              <w:left w:w="60" w:type="dxa"/>
              <w:bottom w:w="60" w:type="dxa"/>
              <w:right w:w="60" w:type="dxa"/>
            </w:tcMar>
            <w:vAlign w:val="center"/>
          </w:tcPr>
          <w:p w14:paraId="053F5FC3" w14:textId="7C0E6CD8" w:rsidR="0044297A" w:rsidRPr="005959EF" w:rsidRDefault="005959EF">
            <w:pPr>
              <w:rPr>
                <w:i/>
                <w:color w:val="FF0000"/>
                <w:sz w:val="16"/>
              </w:rPr>
            </w:pPr>
            <w:r w:rsidRPr="005959EF">
              <w:rPr>
                <w:i/>
                <w:color w:val="FF0000"/>
                <w:sz w:val="16"/>
              </w:rPr>
              <w:t>Procurement documents, contracts, invoices, delivery acceptance certificates</w:t>
            </w:r>
          </w:p>
        </w:tc>
        <w:tc>
          <w:tcPr>
            <w:tcW w:w="2835" w:type="dxa"/>
            <w:tcMar>
              <w:top w:w="60" w:type="dxa"/>
              <w:left w:w="60" w:type="dxa"/>
              <w:bottom w:w="60" w:type="dxa"/>
              <w:right w:w="60" w:type="dxa"/>
            </w:tcMar>
            <w:vAlign w:val="center"/>
          </w:tcPr>
          <w:p w14:paraId="6B497682" w14:textId="399612B6" w:rsidR="0044297A" w:rsidRPr="005959EF" w:rsidRDefault="005959EF">
            <w:pPr>
              <w:rPr>
                <w:i/>
                <w:color w:val="FF0000"/>
                <w:sz w:val="16"/>
              </w:rPr>
            </w:pPr>
            <w:r>
              <w:rPr>
                <w:i/>
                <w:color w:val="FF0000"/>
                <w:sz w:val="16"/>
              </w:rPr>
              <w:t>NGO</w:t>
            </w:r>
          </w:p>
        </w:tc>
      </w:tr>
      <w:tr w:rsidR="0044297A" w14:paraId="2F1E83DA" w14:textId="77777777">
        <w:trPr>
          <w:jc w:val="center"/>
        </w:trPr>
        <w:tc>
          <w:tcPr>
            <w:tcW w:w="510" w:type="dxa"/>
            <w:tcMar>
              <w:top w:w="60" w:type="dxa"/>
              <w:left w:w="60" w:type="dxa"/>
              <w:bottom w:w="60" w:type="dxa"/>
              <w:right w:w="60" w:type="dxa"/>
            </w:tcMar>
            <w:vAlign w:val="center"/>
          </w:tcPr>
          <w:p w14:paraId="46827620" w14:textId="77777777" w:rsidR="0044297A" w:rsidRDefault="0042553D">
            <w:r>
              <w:rPr>
                <w:sz w:val="16"/>
              </w:rPr>
              <w:t>4</w:t>
            </w:r>
          </w:p>
        </w:tc>
        <w:tc>
          <w:tcPr>
            <w:tcW w:w="3969" w:type="dxa"/>
            <w:tcMar>
              <w:top w:w="60" w:type="dxa"/>
              <w:left w:w="60" w:type="dxa"/>
              <w:bottom w:w="60" w:type="dxa"/>
              <w:right w:w="60" w:type="dxa"/>
            </w:tcMar>
            <w:vAlign w:val="center"/>
          </w:tcPr>
          <w:p w14:paraId="15FA8378" w14:textId="28941ADD" w:rsidR="0044297A" w:rsidRPr="005959EF" w:rsidRDefault="005959EF">
            <w:pPr>
              <w:rPr>
                <w:i/>
                <w:color w:val="FF0000"/>
                <w:sz w:val="16"/>
              </w:rPr>
            </w:pPr>
            <w:r w:rsidRPr="005959EF">
              <w:rPr>
                <w:i/>
                <w:color w:val="FF0000"/>
                <w:sz w:val="16"/>
              </w:rPr>
              <w:t>At least 50% of the main works completed</w:t>
            </w:r>
          </w:p>
        </w:tc>
        <w:tc>
          <w:tcPr>
            <w:tcW w:w="1701" w:type="dxa"/>
            <w:tcMar>
              <w:top w:w="60" w:type="dxa"/>
              <w:left w:w="60" w:type="dxa"/>
              <w:bottom w:w="60" w:type="dxa"/>
              <w:right w:w="60" w:type="dxa"/>
            </w:tcMar>
            <w:vAlign w:val="center"/>
          </w:tcPr>
          <w:p w14:paraId="46923DE7" w14:textId="1D500751" w:rsidR="0044297A" w:rsidRPr="0015592F" w:rsidRDefault="005959EF">
            <w:pPr>
              <w:rPr>
                <w:i/>
                <w:color w:val="FF0000"/>
                <w:sz w:val="16"/>
              </w:rPr>
            </w:pPr>
            <w:r w:rsidRPr="005959EF">
              <w:rPr>
                <w:i/>
                <w:color w:val="FF0000"/>
                <w:sz w:val="16"/>
              </w:rPr>
              <w:t>Month 3–6</w:t>
            </w:r>
          </w:p>
        </w:tc>
        <w:tc>
          <w:tcPr>
            <w:tcW w:w="6236" w:type="dxa"/>
            <w:tcMar>
              <w:top w:w="60" w:type="dxa"/>
              <w:left w:w="60" w:type="dxa"/>
              <w:bottom w:w="60" w:type="dxa"/>
              <w:right w:w="60" w:type="dxa"/>
            </w:tcMar>
            <w:vAlign w:val="center"/>
          </w:tcPr>
          <w:p w14:paraId="735DA04E" w14:textId="16C7EAED" w:rsidR="0044297A" w:rsidRPr="001C7641" w:rsidRDefault="001C7641">
            <w:pPr>
              <w:rPr>
                <w:i/>
                <w:color w:val="FF0000"/>
                <w:sz w:val="16"/>
              </w:rPr>
            </w:pPr>
            <w:r w:rsidRPr="001C7641">
              <w:rPr>
                <w:i/>
                <w:color w:val="FF0000"/>
                <w:sz w:val="16"/>
              </w:rPr>
              <w:t>Interim report, photographic evidence, completion certificates</w:t>
            </w:r>
          </w:p>
        </w:tc>
        <w:tc>
          <w:tcPr>
            <w:tcW w:w="2835" w:type="dxa"/>
            <w:tcMar>
              <w:top w:w="60" w:type="dxa"/>
              <w:left w:w="60" w:type="dxa"/>
              <w:bottom w:w="60" w:type="dxa"/>
              <w:right w:w="60" w:type="dxa"/>
            </w:tcMar>
            <w:vAlign w:val="center"/>
          </w:tcPr>
          <w:p w14:paraId="69DBC4EC" w14:textId="692C48BF" w:rsidR="0044297A" w:rsidRPr="001C7641" w:rsidRDefault="001C7641">
            <w:pPr>
              <w:rPr>
                <w:i/>
                <w:color w:val="FF0000"/>
                <w:sz w:val="16"/>
              </w:rPr>
            </w:pPr>
            <w:r>
              <w:rPr>
                <w:i/>
                <w:color w:val="FF0000"/>
                <w:sz w:val="16"/>
              </w:rPr>
              <w:t>NGO</w:t>
            </w:r>
          </w:p>
        </w:tc>
      </w:tr>
      <w:tr w:rsidR="0044297A" w14:paraId="4AD52BA5" w14:textId="77777777">
        <w:trPr>
          <w:jc w:val="center"/>
        </w:trPr>
        <w:tc>
          <w:tcPr>
            <w:tcW w:w="510" w:type="dxa"/>
            <w:tcMar>
              <w:top w:w="60" w:type="dxa"/>
              <w:left w:w="60" w:type="dxa"/>
              <w:bottom w:w="60" w:type="dxa"/>
              <w:right w:w="60" w:type="dxa"/>
            </w:tcMar>
            <w:vAlign w:val="center"/>
          </w:tcPr>
          <w:p w14:paraId="40B50E2C" w14:textId="77777777" w:rsidR="0044297A" w:rsidRDefault="0042553D">
            <w:r>
              <w:rPr>
                <w:sz w:val="16"/>
              </w:rPr>
              <w:t>5</w:t>
            </w:r>
          </w:p>
        </w:tc>
        <w:tc>
          <w:tcPr>
            <w:tcW w:w="3969" w:type="dxa"/>
            <w:tcMar>
              <w:top w:w="60" w:type="dxa"/>
              <w:left w:w="60" w:type="dxa"/>
              <w:bottom w:w="60" w:type="dxa"/>
              <w:right w:w="60" w:type="dxa"/>
            </w:tcMar>
            <w:vAlign w:val="center"/>
          </w:tcPr>
          <w:p w14:paraId="7CED8EDD" w14:textId="6056F2D8" w:rsidR="0044297A" w:rsidRPr="001C7641" w:rsidRDefault="001C7641">
            <w:pPr>
              <w:rPr>
                <w:i/>
                <w:color w:val="FF0000"/>
                <w:sz w:val="16"/>
              </w:rPr>
            </w:pPr>
            <w:r w:rsidRPr="001C7641">
              <w:rPr>
                <w:i/>
                <w:color w:val="FF0000"/>
                <w:sz w:val="16"/>
              </w:rPr>
              <w:t>Technical results verified and accepted</w:t>
            </w:r>
          </w:p>
        </w:tc>
        <w:tc>
          <w:tcPr>
            <w:tcW w:w="1701" w:type="dxa"/>
            <w:tcMar>
              <w:top w:w="60" w:type="dxa"/>
              <w:left w:w="60" w:type="dxa"/>
              <w:bottom w:w="60" w:type="dxa"/>
              <w:right w:w="60" w:type="dxa"/>
            </w:tcMar>
            <w:vAlign w:val="center"/>
          </w:tcPr>
          <w:p w14:paraId="408EAF2B" w14:textId="5CA744C9" w:rsidR="0044297A" w:rsidRPr="0015592F" w:rsidRDefault="001C7641">
            <w:pPr>
              <w:rPr>
                <w:i/>
                <w:color w:val="FF0000"/>
                <w:sz w:val="16"/>
              </w:rPr>
            </w:pPr>
            <w:r w:rsidRPr="001C7641">
              <w:rPr>
                <w:i/>
                <w:color w:val="FF0000"/>
                <w:sz w:val="16"/>
              </w:rPr>
              <w:t>Month 6–8</w:t>
            </w:r>
          </w:p>
        </w:tc>
        <w:tc>
          <w:tcPr>
            <w:tcW w:w="6236" w:type="dxa"/>
            <w:tcMar>
              <w:top w:w="60" w:type="dxa"/>
              <w:left w:w="60" w:type="dxa"/>
              <w:bottom w:w="60" w:type="dxa"/>
              <w:right w:w="60" w:type="dxa"/>
            </w:tcMar>
            <w:vAlign w:val="center"/>
          </w:tcPr>
          <w:p w14:paraId="3CE2DA44" w14:textId="1170F944" w:rsidR="0044297A" w:rsidRPr="001C7641" w:rsidRDefault="001C7641">
            <w:pPr>
              <w:rPr>
                <w:i/>
                <w:color w:val="FF0000"/>
                <w:sz w:val="16"/>
              </w:rPr>
            </w:pPr>
            <w:r w:rsidRPr="001C7641">
              <w:rPr>
                <w:i/>
                <w:color w:val="FF0000"/>
                <w:sz w:val="16"/>
              </w:rPr>
              <w:t>Acceptance certificate, confirmation from the entity responsible for the facility, photo/video materials</w:t>
            </w:r>
          </w:p>
        </w:tc>
        <w:tc>
          <w:tcPr>
            <w:tcW w:w="2835" w:type="dxa"/>
            <w:tcMar>
              <w:top w:w="60" w:type="dxa"/>
              <w:left w:w="60" w:type="dxa"/>
              <w:bottom w:w="60" w:type="dxa"/>
              <w:right w:w="60" w:type="dxa"/>
            </w:tcMar>
            <w:vAlign w:val="center"/>
          </w:tcPr>
          <w:p w14:paraId="65DC2DC7" w14:textId="08FC7650" w:rsidR="0044297A" w:rsidRPr="001C7641" w:rsidRDefault="001C7641">
            <w:pPr>
              <w:rPr>
                <w:i/>
                <w:color w:val="FF0000"/>
                <w:sz w:val="16"/>
              </w:rPr>
            </w:pPr>
            <w:r>
              <w:rPr>
                <w:i/>
                <w:color w:val="FF0000"/>
                <w:sz w:val="16"/>
              </w:rPr>
              <w:t>NGO, partner, UNDP</w:t>
            </w:r>
          </w:p>
        </w:tc>
      </w:tr>
      <w:tr w:rsidR="0044297A" w14:paraId="746C4828" w14:textId="77777777">
        <w:trPr>
          <w:jc w:val="center"/>
        </w:trPr>
        <w:tc>
          <w:tcPr>
            <w:tcW w:w="510" w:type="dxa"/>
            <w:tcMar>
              <w:top w:w="60" w:type="dxa"/>
              <w:left w:w="60" w:type="dxa"/>
              <w:bottom w:w="60" w:type="dxa"/>
              <w:right w:w="60" w:type="dxa"/>
            </w:tcMar>
            <w:vAlign w:val="center"/>
          </w:tcPr>
          <w:p w14:paraId="6EF8388C" w14:textId="77777777" w:rsidR="0044297A" w:rsidRDefault="0042553D">
            <w:r>
              <w:rPr>
                <w:sz w:val="16"/>
              </w:rPr>
              <w:t>6</w:t>
            </w:r>
          </w:p>
        </w:tc>
        <w:tc>
          <w:tcPr>
            <w:tcW w:w="3969" w:type="dxa"/>
            <w:tcMar>
              <w:top w:w="60" w:type="dxa"/>
              <w:left w:w="60" w:type="dxa"/>
              <w:bottom w:w="60" w:type="dxa"/>
              <w:right w:w="60" w:type="dxa"/>
            </w:tcMar>
            <w:vAlign w:val="center"/>
          </w:tcPr>
          <w:p w14:paraId="439E4A5F" w14:textId="5CF9A0D0" w:rsidR="0044297A" w:rsidRPr="00F5008B" w:rsidRDefault="001C7641">
            <w:pPr>
              <w:rPr>
                <w:i/>
                <w:color w:val="FF0000"/>
                <w:sz w:val="16"/>
                <w:lang w:val="ru-RU"/>
              </w:rPr>
            </w:pPr>
            <w:r w:rsidRPr="001C7641">
              <w:rPr>
                <w:i/>
                <w:color w:val="FF0000"/>
                <w:sz w:val="16"/>
              </w:rPr>
              <w:t>Final report submitted</w:t>
            </w:r>
          </w:p>
        </w:tc>
        <w:tc>
          <w:tcPr>
            <w:tcW w:w="1701" w:type="dxa"/>
            <w:tcMar>
              <w:top w:w="60" w:type="dxa"/>
              <w:left w:w="60" w:type="dxa"/>
              <w:bottom w:w="60" w:type="dxa"/>
              <w:right w:w="60" w:type="dxa"/>
            </w:tcMar>
            <w:vAlign w:val="center"/>
          </w:tcPr>
          <w:p w14:paraId="2A97ED90" w14:textId="7C05BB42" w:rsidR="0044297A" w:rsidRPr="001C7641" w:rsidRDefault="001C7641">
            <w:pPr>
              <w:rPr>
                <w:i/>
                <w:color w:val="FF0000"/>
                <w:sz w:val="16"/>
              </w:rPr>
            </w:pPr>
            <w:r>
              <w:rPr>
                <w:i/>
                <w:color w:val="FF0000"/>
                <w:sz w:val="16"/>
              </w:rPr>
              <w:t>Month 9-10</w:t>
            </w:r>
          </w:p>
        </w:tc>
        <w:tc>
          <w:tcPr>
            <w:tcW w:w="6236" w:type="dxa"/>
            <w:tcMar>
              <w:top w:w="60" w:type="dxa"/>
              <w:left w:w="60" w:type="dxa"/>
              <w:bottom w:w="60" w:type="dxa"/>
              <w:right w:w="60" w:type="dxa"/>
            </w:tcMar>
            <w:vAlign w:val="center"/>
          </w:tcPr>
          <w:p w14:paraId="218178FE" w14:textId="016198F4" w:rsidR="0044297A" w:rsidRPr="00F64C84" w:rsidRDefault="00F64C84">
            <w:pPr>
              <w:rPr>
                <w:i/>
                <w:color w:val="FF0000"/>
                <w:sz w:val="16"/>
              </w:rPr>
            </w:pPr>
            <w:r w:rsidRPr="00F64C84">
              <w:rPr>
                <w:i/>
                <w:color w:val="FF0000"/>
                <w:sz w:val="16"/>
              </w:rPr>
              <w:t>Final narrative and financial reports</w:t>
            </w:r>
          </w:p>
        </w:tc>
        <w:tc>
          <w:tcPr>
            <w:tcW w:w="2835" w:type="dxa"/>
            <w:tcMar>
              <w:top w:w="60" w:type="dxa"/>
              <w:left w:w="60" w:type="dxa"/>
              <w:bottom w:w="60" w:type="dxa"/>
              <w:right w:w="60" w:type="dxa"/>
            </w:tcMar>
            <w:vAlign w:val="center"/>
          </w:tcPr>
          <w:p w14:paraId="7F0B6D47" w14:textId="42162989" w:rsidR="0044297A" w:rsidRPr="00F64C84" w:rsidRDefault="00F64C84">
            <w:pPr>
              <w:rPr>
                <w:i/>
                <w:color w:val="FF0000"/>
                <w:sz w:val="16"/>
              </w:rPr>
            </w:pPr>
            <w:r>
              <w:rPr>
                <w:i/>
                <w:color w:val="FF0000"/>
                <w:sz w:val="16"/>
              </w:rPr>
              <w:t>NGO</w:t>
            </w:r>
          </w:p>
        </w:tc>
      </w:tr>
    </w:tbl>
    <w:p w14:paraId="79192109" w14:textId="77777777" w:rsidR="0044297A" w:rsidRDefault="0042553D">
      <w:r>
        <w:br w:type="page"/>
      </w:r>
    </w:p>
    <w:p w14:paraId="541555DF" w14:textId="67B46B57" w:rsidR="0044297A" w:rsidRPr="00F64C84" w:rsidRDefault="00F64C84">
      <w:pPr>
        <w:pStyle w:val="1"/>
      </w:pPr>
      <w:r w:rsidRPr="00F64C84">
        <w:rPr>
          <w:rFonts w:ascii="Arial" w:eastAsia="Arial" w:hAnsi="Arial"/>
          <w:color w:val="1F4E79"/>
          <w:sz w:val="22"/>
        </w:rPr>
        <w:lastRenderedPageBreak/>
        <w:t>Section 4. Quality, Risk and Operation Monitoring</w:t>
      </w:r>
    </w:p>
    <w:tbl>
      <w:tblPr>
        <w:tblStyle w:val="aff0"/>
        <w:tblW w:w="0" w:type="auto"/>
        <w:jc w:val="center"/>
        <w:tblLook w:val="04A0" w:firstRow="1" w:lastRow="0" w:firstColumn="1" w:lastColumn="0" w:noHBand="0" w:noVBand="1"/>
      </w:tblPr>
      <w:tblGrid>
        <w:gridCol w:w="510"/>
        <w:gridCol w:w="3402"/>
        <w:gridCol w:w="3969"/>
        <w:gridCol w:w="2268"/>
        <w:gridCol w:w="5102"/>
      </w:tblGrid>
      <w:tr w:rsidR="0044297A" w14:paraId="00C80BBD" w14:textId="77777777">
        <w:trPr>
          <w:tblHeader/>
          <w:jc w:val="center"/>
        </w:trPr>
        <w:tc>
          <w:tcPr>
            <w:tcW w:w="510" w:type="dxa"/>
            <w:shd w:val="clear" w:color="auto" w:fill="D9EAF7"/>
            <w:tcMar>
              <w:top w:w="60" w:type="dxa"/>
              <w:left w:w="60" w:type="dxa"/>
              <w:bottom w:w="60" w:type="dxa"/>
              <w:right w:w="60" w:type="dxa"/>
            </w:tcMar>
            <w:vAlign w:val="center"/>
          </w:tcPr>
          <w:p w14:paraId="518C32BD" w14:textId="54CB09D7" w:rsidR="0044297A" w:rsidRDefault="00F64C84">
            <w:pPr>
              <w:jc w:val="center"/>
            </w:pPr>
            <w:r>
              <w:rPr>
                <w:b/>
                <w:sz w:val="16"/>
              </w:rPr>
              <w:t>No.</w:t>
            </w:r>
          </w:p>
        </w:tc>
        <w:tc>
          <w:tcPr>
            <w:tcW w:w="3402" w:type="dxa"/>
            <w:shd w:val="clear" w:color="auto" w:fill="D9EAF7"/>
            <w:tcMar>
              <w:top w:w="60" w:type="dxa"/>
              <w:left w:w="60" w:type="dxa"/>
              <w:bottom w:w="60" w:type="dxa"/>
              <w:right w:w="60" w:type="dxa"/>
            </w:tcMar>
            <w:vAlign w:val="center"/>
          </w:tcPr>
          <w:p w14:paraId="0A8357A0" w14:textId="5648C773" w:rsidR="0044297A" w:rsidRDefault="00F64C84">
            <w:pPr>
              <w:jc w:val="center"/>
            </w:pPr>
            <w:r w:rsidRPr="00F64C84">
              <w:rPr>
                <w:b/>
                <w:sz w:val="16"/>
              </w:rPr>
              <w:t>What will be monitored</w:t>
            </w:r>
          </w:p>
        </w:tc>
        <w:tc>
          <w:tcPr>
            <w:tcW w:w="3969" w:type="dxa"/>
            <w:shd w:val="clear" w:color="auto" w:fill="D9EAF7"/>
            <w:tcMar>
              <w:top w:w="60" w:type="dxa"/>
              <w:left w:w="60" w:type="dxa"/>
              <w:bottom w:w="60" w:type="dxa"/>
              <w:right w:w="60" w:type="dxa"/>
            </w:tcMar>
            <w:vAlign w:val="center"/>
          </w:tcPr>
          <w:p w14:paraId="6BC55C3B" w14:textId="12C701A3" w:rsidR="0044297A" w:rsidRDefault="00F64C84">
            <w:pPr>
              <w:jc w:val="center"/>
            </w:pPr>
            <w:r>
              <w:rPr>
                <w:b/>
                <w:sz w:val="16"/>
              </w:rPr>
              <w:t>Verification method</w:t>
            </w:r>
          </w:p>
        </w:tc>
        <w:tc>
          <w:tcPr>
            <w:tcW w:w="2268" w:type="dxa"/>
            <w:shd w:val="clear" w:color="auto" w:fill="D9EAF7"/>
            <w:tcMar>
              <w:top w:w="60" w:type="dxa"/>
              <w:left w:w="60" w:type="dxa"/>
              <w:bottom w:w="60" w:type="dxa"/>
              <w:right w:w="60" w:type="dxa"/>
            </w:tcMar>
            <w:vAlign w:val="center"/>
          </w:tcPr>
          <w:p w14:paraId="0D702BBD" w14:textId="6D81EB6B" w:rsidR="0044297A" w:rsidRDefault="00F64C84">
            <w:pPr>
              <w:jc w:val="center"/>
            </w:pPr>
            <w:r w:rsidRPr="00F64C84">
              <w:rPr>
                <w:b/>
                <w:sz w:val="16"/>
              </w:rPr>
              <w:t>Frequency</w:t>
            </w:r>
          </w:p>
        </w:tc>
        <w:tc>
          <w:tcPr>
            <w:tcW w:w="5102" w:type="dxa"/>
            <w:shd w:val="clear" w:color="auto" w:fill="D9EAF7"/>
            <w:tcMar>
              <w:top w:w="60" w:type="dxa"/>
              <w:left w:w="60" w:type="dxa"/>
              <w:bottom w:w="60" w:type="dxa"/>
              <w:right w:w="60" w:type="dxa"/>
            </w:tcMar>
            <w:vAlign w:val="center"/>
          </w:tcPr>
          <w:p w14:paraId="234A9F25" w14:textId="045FD0D4" w:rsidR="0044297A" w:rsidRDefault="00F64C84">
            <w:pPr>
              <w:jc w:val="center"/>
            </w:pPr>
            <w:r>
              <w:rPr>
                <w:b/>
                <w:sz w:val="16"/>
              </w:rPr>
              <w:t>Supporting documents</w:t>
            </w:r>
          </w:p>
        </w:tc>
      </w:tr>
      <w:tr w:rsidR="0044297A" w14:paraId="39E0239E" w14:textId="77777777">
        <w:trPr>
          <w:jc w:val="center"/>
        </w:trPr>
        <w:tc>
          <w:tcPr>
            <w:tcW w:w="510" w:type="dxa"/>
            <w:tcMar>
              <w:top w:w="60" w:type="dxa"/>
              <w:left w:w="60" w:type="dxa"/>
              <w:bottom w:w="60" w:type="dxa"/>
              <w:right w:w="60" w:type="dxa"/>
            </w:tcMar>
            <w:vAlign w:val="center"/>
          </w:tcPr>
          <w:p w14:paraId="1576F51B" w14:textId="77777777" w:rsidR="0044297A" w:rsidRDefault="0042553D">
            <w:r>
              <w:rPr>
                <w:sz w:val="16"/>
              </w:rPr>
              <w:t>1</w:t>
            </w:r>
          </w:p>
        </w:tc>
        <w:tc>
          <w:tcPr>
            <w:tcW w:w="3402" w:type="dxa"/>
            <w:tcMar>
              <w:top w:w="60" w:type="dxa"/>
              <w:left w:w="60" w:type="dxa"/>
              <w:bottom w:w="60" w:type="dxa"/>
              <w:right w:w="60" w:type="dxa"/>
            </w:tcMar>
            <w:vAlign w:val="center"/>
          </w:tcPr>
          <w:p w14:paraId="0FA5BD11" w14:textId="2AD465BC" w:rsidR="0044297A" w:rsidRPr="00F5008B" w:rsidRDefault="00D975BB">
            <w:pPr>
              <w:rPr>
                <w:i/>
                <w:color w:val="FF0000"/>
              </w:rPr>
            </w:pPr>
            <w:r w:rsidRPr="00D975BB">
              <w:rPr>
                <w:i/>
                <w:color w:val="FF0000"/>
                <w:sz w:val="16"/>
              </w:rPr>
              <w:t>Example – Compliance with the technical solution</w:t>
            </w:r>
          </w:p>
        </w:tc>
        <w:tc>
          <w:tcPr>
            <w:tcW w:w="3969" w:type="dxa"/>
            <w:tcMar>
              <w:top w:w="60" w:type="dxa"/>
              <w:left w:w="60" w:type="dxa"/>
              <w:bottom w:w="60" w:type="dxa"/>
              <w:right w:w="60" w:type="dxa"/>
            </w:tcMar>
            <w:vAlign w:val="center"/>
          </w:tcPr>
          <w:p w14:paraId="6452F341" w14:textId="375AE06F" w:rsidR="0044297A" w:rsidRPr="00D975BB" w:rsidRDefault="00D975BB">
            <w:pPr>
              <w:rPr>
                <w:i/>
                <w:color w:val="FF0000"/>
              </w:rPr>
            </w:pPr>
            <w:r w:rsidRPr="00D975BB">
              <w:rPr>
                <w:i/>
                <w:color w:val="FF0000"/>
                <w:sz w:val="16"/>
              </w:rPr>
              <w:t xml:space="preserve">Verification of compliance of works with the design and estimate documentation (DED) / </w:t>
            </w:r>
            <w:proofErr w:type="spellStart"/>
            <w:r w:rsidRPr="00D975BB">
              <w:rPr>
                <w:i/>
                <w:color w:val="FF0000"/>
                <w:sz w:val="16"/>
              </w:rPr>
              <w:t>BoQ</w:t>
            </w:r>
            <w:proofErr w:type="spellEnd"/>
            <w:r w:rsidRPr="00D975BB">
              <w:rPr>
                <w:i/>
                <w:color w:val="FF0000"/>
                <w:sz w:val="16"/>
              </w:rPr>
              <w:t xml:space="preserve"> / technical specifications</w:t>
            </w:r>
          </w:p>
        </w:tc>
        <w:tc>
          <w:tcPr>
            <w:tcW w:w="2268" w:type="dxa"/>
            <w:tcMar>
              <w:top w:w="60" w:type="dxa"/>
              <w:left w:w="60" w:type="dxa"/>
              <w:bottom w:w="60" w:type="dxa"/>
              <w:right w:w="60" w:type="dxa"/>
            </w:tcMar>
            <w:vAlign w:val="center"/>
          </w:tcPr>
          <w:p w14:paraId="5D4ADE0A" w14:textId="01FB2FA8" w:rsidR="0044297A" w:rsidRPr="00F5008B" w:rsidRDefault="00D975BB">
            <w:pPr>
              <w:rPr>
                <w:i/>
                <w:color w:val="FF0000"/>
              </w:rPr>
            </w:pPr>
            <w:r>
              <w:rPr>
                <w:i/>
                <w:color w:val="FF0000"/>
                <w:sz w:val="16"/>
              </w:rPr>
              <w:t>Monthly</w:t>
            </w:r>
          </w:p>
        </w:tc>
        <w:tc>
          <w:tcPr>
            <w:tcW w:w="5102" w:type="dxa"/>
            <w:tcMar>
              <w:top w:w="60" w:type="dxa"/>
              <w:left w:w="60" w:type="dxa"/>
              <w:bottom w:w="60" w:type="dxa"/>
              <w:right w:w="60" w:type="dxa"/>
            </w:tcMar>
            <w:vAlign w:val="center"/>
          </w:tcPr>
          <w:p w14:paraId="1C350A7D" w14:textId="7B7CDDF7" w:rsidR="0044297A" w:rsidRPr="00F5008B" w:rsidRDefault="00D975BB">
            <w:pPr>
              <w:rPr>
                <w:i/>
                <w:color w:val="FF0000"/>
              </w:rPr>
            </w:pPr>
            <w:r w:rsidRPr="00D975BB">
              <w:rPr>
                <w:i/>
                <w:color w:val="FF0000"/>
                <w:sz w:val="16"/>
              </w:rPr>
              <w:t>Photos, completion certificates, technical assessments</w:t>
            </w:r>
          </w:p>
        </w:tc>
      </w:tr>
      <w:tr w:rsidR="0044297A" w14:paraId="192C98D0" w14:textId="77777777">
        <w:trPr>
          <w:jc w:val="center"/>
        </w:trPr>
        <w:tc>
          <w:tcPr>
            <w:tcW w:w="510" w:type="dxa"/>
            <w:tcMar>
              <w:top w:w="60" w:type="dxa"/>
              <w:left w:w="60" w:type="dxa"/>
              <w:bottom w:w="60" w:type="dxa"/>
              <w:right w:w="60" w:type="dxa"/>
            </w:tcMar>
            <w:vAlign w:val="center"/>
          </w:tcPr>
          <w:p w14:paraId="66C345CE" w14:textId="77777777" w:rsidR="0044297A" w:rsidRDefault="0042553D">
            <w:r>
              <w:rPr>
                <w:sz w:val="16"/>
              </w:rPr>
              <w:t>2</w:t>
            </w:r>
          </w:p>
        </w:tc>
        <w:tc>
          <w:tcPr>
            <w:tcW w:w="3402" w:type="dxa"/>
            <w:tcMar>
              <w:top w:w="60" w:type="dxa"/>
              <w:left w:w="60" w:type="dxa"/>
              <w:bottom w:w="60" w:type="dxa"/>
              <w:right w:w="60" w:type="dxa"/>
            </w:tcMar>
            <w:vAlign w:val="center"/>
          </w:tcPr>
          <w:p w14:paraId="6C59CEC5" w14:textId="06A425A4" w:rsidR="0044297A" w:rsidRPr="00F5008B" w:rsidRDefault="00D975BB">
            <w:pPr>
              <w:rPr>
                <w:i/>
                <w:color w:val="FF0000"/>
              </w:rPr>
            </w:pPr>
            <w:r w:rsidRPr="00D975BB">
              <w:rPr>
                <w:i/>
                <w:color w:val="FF0000"/>
                <w:sz w:val="16"/>
              </w:rPr>
              <w:t>Compliance with the implementation schedule</w:t>
            </w:r>
          </w:p>
        </w:tc>
        <w:tc>
          <w:tcPr>
            <w:tcW w:w="3969" w:type="dxa"/>
            <w:tcMar>
              <w:top w:w="60" w:type="dxa"/>
              <w:left w:w="60" w:type="dxa"/>
              <w:bottom w:w="60" w:type="dxa"/>
              <w:right w:w="60" w:type="dxa"/>
            </w:tcMar>
            <w:vAlign w:val="center"/>
          </w:tcPr>
          <w:p w14:paraId="4C5E3ABA" w14:textId="2E0A1E56" w:rsidR="0044297A" w:rsidRPr="00DC4E8F" w:rsidRDefault="00DC4E8F">
            <w:pPr>
              <w:rPr>
                <w:i/>
                <w:color w:val="FF0000"/>
              </w:rPr>
            </w:pPr>
            <w:r w:rsidRPr="00DC4E8F">
              <w:rPr>
                <w:i/>
                <w:color w:val="FF0000"/>
                <w:sz w:val="16"/>
              </w:rPr>
              <w:t>Comparison of actual progress against the work plan</w:t>
            </w:r>
          </w:p>
        </w:tc>
        <w:tc>
          <w:tcPr>
            <w:tcW w:w="2268" w:type="dxa"/>
            <w:tcMar>
              <w:top w:w="60" w:type="dxa"/>
              <w:left w:w="60" w:type="dxa"/>
              <w:bottom w:w="60" w:type="dxa"/>
              <w:right w:w="60" w:type="dxa"/>
            </w:tcMar>
            <w:vAlign w:val="center"/>
          </w:tcPr>
          <w:p w14:paraId="55FFBF6B" w14:textId="0A0BEAC1" w:rsidR="0044297A" w:rsidRPr="00F5008B" w:rsidRDefault="00DC4E8F">
            <w:pPr>
              <w:rPr>
                <w:i/>
                <w:color w:val="FF0000"/>
              </w:rPr>
            </w:pPr>
            <w:r>
              <w:rPr>
                <w:i/>
                <w:color w:val="FF0000"/>
                <w:sz w:val="16"/>
              </w:rPr>
              <w:t>Monthly</w:t>
            </w:r>
          </w:p>
        </w:tc>
        <w:tc>
          <w:tcPr>
            <w:tcW w:w="5102" w:type="dxa"/>
            <w:tcMar>
              <w:top w:w="60" w:type="dxa"/>
              <w:left w:w="60" w:type="dxa"/>
              <w:bottom w:w="60" w:type="dxa"/>
              <w:right w:w="60" w:type="dxa"/>
            </w:tcMar>
            <w:vAlign w:val="center"/>
          </w:tcPr>
          <w:p w14:paraId="4F5F6182" w14:textId="57F87F29" w:rsidR="0044297A" w:rsidRPr="00F5008B" w:rsidRDefault="00DC4E8F">
            <w:pPr>
              <w:rPr>
                <w:i/>
                <w:color w:val="FF0000"/>
              </w:rPr>
            </w:pPr>
            <w:r w:rsidRPr="00DC4E8F">
              <w:rPr>
                <w:i/>
                <w:color w:val="FF0000"/>
                <w:sz w:val="16"/>
              </w:rPr>
              <w:t>Updated schedule, meeting minutes</w:t>
            </w:r>
          </w:p>
        </w:tc>
      </w:tr>
      <w:tr w:rsidR="0044297A" w14:paraId="0BFE89AE" w14:textId="77777777">
        <w:trPr>
          <w:jc w:val="center"/>
        </w:trPr>
        <w:tc>
          <w:tcPr>
            <w:tcW w:w="510" w:type="dxa"/>
            <w:tcMar>
              <w:top w:w="60" w:type="dxa"/>
              <w:left w:w="60" w:type="dxa"/>
              <w:bottom w:w="60" w:type="dxa"/>
              <w:right w:w="60" w:type="dxa"/>
            </w:tcMar>
            <w:vAlign w:val="center"/>
          </w:tcPr>
          <w:p w14:paraId="5EEF1C35" w14:textId="77777777" w:rsidR="0044297A" w:rsidRDefault="0042553D">
            <w:r>
              <w:rPr>
                <w:sz w:val="16"/>
              </w:rPr>
              <w:t>3</w:t>
            </w:r>
          </w:p>
        </w:tc>
        <w:tc>
          <w:tcPr>
            <w:tcW w:w="3402" w:type="dxa"/>
            <w:tcMar>
              <w:top w:w="60" w:type="dxa"/>
              <w:left w:w="60" w:type="dxa"/>
              <w:bottom w:w="60" w:type="dxa"/>
              <w:right w:w="60" w:type="dxa"/>
            </w:tcMar>
            <w:vAlign w:val="center"/>
          </w:tcPr>
          <w:p w14:paraId="161A0362" w14:textId="3FC2B395" w:rsidR="0044297A" w:rsidRPr="00F5008B" w:rsidRDefault="00DC4E8F">
            <w:pPr>
              <w:rPr>
                <w:i/>
                <w:color w:val="FF0000"/>
                <w:sz w:val="16"/>
              </w:rPr>
            </w:pPr>
            <w:r w:rsidRPr="00DC4E8F">
              <w:rPr>
                <w:i/>
                <w:color w:val="FF0000"/>
                <w:sz w:val="16"/>
              </w:rPr>
              <w:t>Quality of purchased materials/equipment</w:t>
            </w:r>
          </w:p>
        </w:tc>
        <w:tc>
          <w:tcPr>
            <w:tcW w:w="3969" w:type="dxa"/>
            <w:tcMar>
              <w:top w:w="60" w:type="dxa"/>
              <w:left w:w="60" w:type="dxa"/>
              <w:bottom w:w="60" w:type="dxa"/>
              <w:right w:w="60" w:type="dxa"/>
            </w:tcMar>
            <w:vAlign w:val="center"/>
          </w:tcPr>
          <w:p w14:paraId="7F00902D" w14:textId="59EA6235" w:rsidR="0044297A" w:rsidRPr="00DC4E8F" w:rsidRDefault="00DC4E8F">
            <w:pPr>
              <w:rPr>
                <w:i/>
                <w:color w:val="FF0000"/>
                <w:sz w:val="16"/>
              </w:rPr>
            </w:pPr>
            <w:r w:rsidRPr="00DC4E8F">
              <w:rPr>
                <w:i/>
                <w:color w:val="FF0000"/>
                <w:sz w:val="16"/>
              </w:rPr>
              <w:t>Verification of specifications, quantities, and condition of delivered items</w:t>
            </w:r>
          </w:p>
        </w:tc>
        <w:tc>
          <w:tcPr>
            <w:tcW w:w="2268" w:type="dxa"/>
            <w:tcMar>
              <w:top w:w="60" w:type="dxa"/>
              <w:left w:w="60" w:type="dxa"/>
              <w:bottom w:w="60" w:type="dxa"/>
              <w:right w:w="60" w:type="dxa"/>
            </w:tcMar>
            <w:vAlign w:val="center"/>
          </w:tcPr>
          <w:p w14:paraId="53A81CC9" w14:textId="3BB870F9" w:rsidR="0044297A" w:rsidRPr="00F5008B" w:rsidRDefault="00DC4E8F">
            <w:pPr>
              <w:rPr>
                <w:i/>
                <w:color w:val="FF0000"/>
                <w:sz w:val="16"/>
              </w:rPr>
            </w:pPr>
            <w:r w:rsidRPr="00DC4E8F">
              <w:rPr>
                <w:i/>
                <w:color w:val="FF0000"/>
                <w:sz w:val="16"/>
              </w:rPr>
              <w:t>As procurement takes place</w:t>
            </w:r>
          </w:p>
        </w:tc>
        <w:tc>
          <w:tcPr>
            <w:tcW w:w="5102" w:type="dxa"/>
            <w:tcMar>
              <w:top w:w="60" w:type="dxa"/>
              <w:left w:w="60" w:type="dxa"/>
              <w:bottom w:w="60" w:type="dxa"/>
              <w:right w:w="60" w:type="dxa"/>
            </w:tcMar>
            <w:vAlign w:val="center"/>
          </w:tcPr>
          <w:p w14:paraId="73653065" w14:textId="406EEF71" w:rsidR="0044297A" w:rsidRPr="00F5008B" w:rsidRDefault="00DC4E8F">
            <w:pPr>
              <w:rPr>
                <w:i/>
                <w:color w:val="FF0000"/>
                <w:sz w:val="16"/>
              </w:rPr>
            </w:pPr>
            <w:r w:rsidRPr="00DC4E8F">
              <w:rPr>
                <w:i/>
                <w:color w:val="FF0000"/>
                <w:sz w:val="16"/>
              </w:rPr>
              <w:t>Invoices, delivery notes, acceptance certificates</w:t>
            </w:r>
          </w:p>
        </w:tc>
      </w:tr>
      <w:tr w:rsidR="0044297A" w:rsidRPr="009934C9" w14:paraId="590A1DAF" w14:textId="77777777">
        <w:trPr>
          <w:jc w:val="center"/>
        </w:trPr>
        <w:tc>
          <w:tcPr>
            <w:tcW w:w="510" w:type="dxa"/>
            <w:tcMar>
              <w:top w:w="60" w:type="dxa"/>
              <w:left w:w="60" w:type="dxa"/>
              <w:bottom w:w="60" w:type="dxa"/>
              <w:right w:w="60" w:type="dxa"/>
            </w:tcMar>
            <w:vAlign w:val="center"/>
          </w:tcPr>
          <w:p w14:paraId="3EF49CC5" w14:textId="77777777" w:rsidR="0044297A" w:rsidRDefault="0042553D">
            <w:r>
              <w:rPr>
                <w:sz w:val="16"/>
              </w:rPr>
              <w:t>4</w:t>
            </w:r>
          </w:p>
        </w:tc>
        <w:tc>
          <w:tcPr>
            <w:tcW w:w="3402" w:type="dxa"/>
            <w:tcMar>
              <w:top w:w="60" w:type="dxa"/>
              <w:left w:w="60" w:type="dxa"/>
              <w:bottom w:w="60" w:type="dxa"/>
              <w:right w:w="60" w:type="dxa"/>
            </w:tcMar>
            <w:vAlign w:val="center"/>
          </w:tcPr>
          <w:p w14:paraId="492F131F" w14:textId="44DE560E" w:rsidR="0044297A" w:rsidRPr="00DC4E8F" w:rsidRDefault="00DC4E8F">
            <w:pPr>
              <w:rPr>
                <w:i/>
                <w:color w:val="FF0000"/>
                <w:sz w:val="16"/>
              </w:rPr>
            </w:pPr>
            <w:r w:rsidRPr="00DC4E8F">
              <w:rPr>
                <w:i/>
                <w:color w:val="FF0000"/>
                <w:sz w:val="16"/>
              </w:rPr>
              <w:t>Risks of delays or technical issues</w:t>
            </w:r>
          </w:p>
        </w:tc>
        <w:tc>
          <w:tcPr>
            <w:tcW w:w="3969" w:type="dxa"/>
            <w:tcMar>
              <w:top w:w="60" w:type="dxa"/>
              <w:left w:w="60" w:type="dxa"/>
              <w:bottom w:w="60" w:type="dxa"/>
              <w:right w:w="60" w:type="dxa"/>
            </w:tcMar>
            <w:vAlign w:val="center"/>
          </w:tcPr>
          <w:p w14:paraId="2DFD7922" w14:textId="33785037" w:rsidR="0044297A" w:rsidRPr="00DC4E8F" w:rsidRDefault="00DC4E8F">
            <w:pPr>
              <w:rPr>
                <w:i/>
                <w:color w:val="FF0000"/>
                <w:sz w:val="16"/>
              </w:rPr>
            </w:pPr>
            <w:r w:rsidRPr="00DC4E8F">
              <w:rPr>
                <w:i/>
                <w:color w:val="FF0000"/>
                <w:sz w:val="16"/>
              </w:rPr>
              <w:t>Discussion with the partner/entity responsible for the facility and contractor</w:t>
            </w:r>
          </w:p>
        </w:tc>
        <w:tc>
          <w:tcPr>
            <w:tcW w:w="2268" w:type="dxa"/>
            <w:tcMar>
              <w:top w:w="60" w:type="dxa"/>
              <w:left w:w="60" w:type="dxa"/>
              <w:bottom w:w="60" w:type="dxa"/>
              <w:right w:w="60" w:type="dxa"/>
            </w:tcMar>
            <w:vAlign w:val="center"/>
          </w:tcPr>
          <w:p w14:paraId="701CE444" w14:textId="1EE9233D" w:rsidR="0044297A" w:rsidRPr="00F5008B" w:rsidRDefault="009934C9">
            <w:pPr>
              <w:rPr>
                <w:i/>
                <w:color w:val="FF0000"/>
                <w:sz w:val="16"/>
              </w:rPr>
            </w:pPr>
            <w:r w:rsidRPr="009934C9">
              <w:rPr>
                <w:i/>
                <w:color w:val="FF0000"/>
                <w:sz w:val="16"/>
              </w:rPr>
              <w:t>As required</w:t>
            </w:r>
          </w:p>
        </w:tc>
        <w:tc>
          <w:tcPr>
            <w:tcW w:w="5102" w:type="dxa"/>
            <w:tcMar>
              <w:top w:w="60" w:type="dxa"/>
              <w:left w:w="60" w:type="dxa"/>
              <w:bottom w:w="60" w:type="dxa"/>
              <w:right w:w="60" w:type="dxa"/>
            </w:tcMar>
            <w:vAlign w:val="center"/>
          </w:tcPr>
          <w:p w14:paraId="1F6DF985" w14:textId="1B96FBBE" w:rsidR="0044297A" w:rsidRPr="009934C9" w:rsidRDefault="009934C9">
            <w:pPr>
              <w:rPr>
                <w:i/>
                <w:color w:val="FF0000"/>
                <w:sz w:val="16"/>
              </w:rPr>
            </w:pPr>
            <w:r w:rsidRPr="009934C9">
              <w:rPr>
                <w:i/>
                <w:color w:val="FF0000"/>
                <w:sz w:val="16"/>
              </w:rPr>
              <w:t>Minutes, letters, corrective action plan</w:t>
            </w:r>
          </w:p>
        </w:tc>
      </w:tr>
      <w:tr w:rsidR="0044297A" w:rsidRPr="00B920FB" w14:paraId="6A8C907B" w14:textId="77777777">
        <w:trPr>
          <w:jc w:val="center"/>
        </w:trPr>
        <w:tc>
          <w:tcPr>
            <w:tcW w:w="510" w:type="dxa"/>
            <w:tcMar>
              <w:top w:w="60" w:type="dxa"/>
              <w:left w:w="60" w:type="dxa"/>
              <w:bottom w:w="60" w:type="dxa"/>
              <w:right w:w="60" w:type="dxa"/>
            </w:tcMar>
            <w:vAlign w:val="center"/>
          </w:tcPr>
          <w:p w14:paraId="7421AF84" w14:textId="77777777" w:rsidR="0044297A" w:rsidRDefault="0042553D">
            <w:r>
              <w:rPr>
                <w:sz w:val="16"/>
              </w:rPr>
              <w:t>5</w:t>
            </w:r>
          </w:p>
        </w:tc>
        <w:tc>
          <w:tcPr>
            <w:tcW w:w="3402" w:type="dxa"/>
            <w:tcMar>
              <w:top w:w="60" w:type="dxa"/>
              <w:left w:w="60" w:type="dxa"/>
              <w:bottom w:w="60" w:type="dxa"/>
              <w:right w:w="60" w:type="dxa"/>
            </w:tcMar>
            <w:vAlign w:val="center"/>
          </w:tcPr>
          <w:p w14:paraId="4B575F34" w14:textId="7CD6A0DE" w:rsidR="0044297A" w:rsidRPr="00F5008B" w:rsidRDefault="009934C9">
            <w:pPr>
              <w:rPr>
                <w:i/>
                <w:color w:val="FF0000"/>
                <w:sz w:val="16"/>
              </w:rPr>
            </w:pPr>
            <w:r w:rsidRPr="009934C9">
              <w:rPr>
                <w:i/>
                <w:color w:val="FF0000"/>
                <w:sz w:val="16"/>
              </w:rPr>
              <w:t>Benefits for the target group</w:t>
            </w:r>
          </w:p>
        </w:tc>
        <w:tc>
          <w:tcPr>
            <w:tcW w:w="3969" w:type="dxa"/>
            <w:tcMar>
              <w:top w:w="60" w:type="dxa"/>
              <w:left w:w="60" w:type="dxa"/>
              <w:bottom w:w="60" w:type="dxa"/>
              <w:right w:w="60" w:type="dxa"/>
            </w:tcMar>
            <w:vAlign w:val="center"/>
          </w:tcPr>
          <w:p w14:paraId="71EC184B" w14:textId="257A1AC7" w:rsidR="0044297A" w:rsidRPr="00F5008B" w:rsidRDefault="009934C9">
            <w:pPr>
              <w:rPr>
                <w:i/>
                <w:color w:val="FF0000"/>
                <w:sz w:val="16"/>
              </w:rPr>
            </w:pPr>
            <w:r w:rsidRPr="009934C9">
              <w:rPr>
                <w:i/>
                <w:color w:val="FF0000"/>
                <w:sz w:val="16"/>
              </w:rPr>
              <w:t>Recording the number of users/beneficiaries</w:t>
            </w:r>
          </w:p>
        </w:tc>
        <w:tc>
          <w:tcPr>
            <w:tcW w:w="2268" w:type="dxa"/>
            <w:tcMar>
              <w:top w:w="60" w:type="dxa"/>
              <w:left w:w="60" w:type="dxa"/>
              <w:bottom w:w="60" w:type="dxa"/>
              <w:right w:w="60" w:type="dxa"/>
            </w:tcMar>
            <w:vAlign w:val="center"/>
          </w:tcPr>
          <w:p w14:paraId="096CDD40" w14:textId="2CE2D7F6" w:rsidR="0044297A" w:rsidRPr="009934C9" w:rsidRDefault="009934C9">
            <w:pPr>
              <w:rPr>
                <w:i/>
                <w:color w:val="FF0000"/>
                <w:sz w:val="16"/>
              </w:rPr>
            </w:pPr>
            <w:r w:rsidRPr="009934C9">
              <w:rPr>
                <w:i/>
                <w:color w:val="FF0000"/>
                <w:sz w:val="16"/>
              </w:rPr>
              <w:t>Mid-term and at the end of the project</w:t>
            </w:r>
          </w:p>
        </w:tc>
        <w:tc>
          <w:tcPr>
            <w:tcW w:w="5102" w:type="dxa"/>
            <w:tcMar>
              <w:top w:w="60" w:type="dxa"/>
              <w:left w:w="60" w:type="dxa"/>
              <w:bottom w:w="60" w:type="dxa"/>
              <w:right w:w="60" w:type="dxa"/>
            </w:tcMar>
            <w:vAlign w:val="center"/>
          </w:tcPr>
          <w:p w14:paraId="30709839" w14:textId="55003900" w:rsidR="0044297A" w:rsidRPr="00B920FB" w:rsidRDefault="00B920FB">
            <w:pPr>
              <w:rPr>
                <w:i/>
                <w:color w:val="FF0000"/>
                <w:sz w:val="16"/>
              </w:rPr>
            </w:pPr>
            <w:r w:rsidRPr="00B920FB">
              <w:rPr>
                <w:i/>
                <w:color w:val="FF0000"/>
                <w:sz w:val="16"/>
              </w:rPr>
              <w:t>Lists, photos, feedback, monitoring data</w:t>
            </w:r>
          </w:p>
        </w:tc>
      </w:tr>
      <w:tr w:rsidR="0044297A" w:rsidRPr="00B920FB" w14:paraId="3DB5A317" w14:textId="77777777">
        <w:trPr>
          <w:jc w:val="center"/>
        </w:trPr>
        <w:tc>
          <w:tcPr>
            <w:tcW w:w="510" w:type="dxa"/>
            <w:tcMar>
              <w:top w:w="60" w:type="dxa"/>
              <w:left w:w="60" w:type="dxa"/>
              <w:bottom w:w="60" w:type="dxa"/>
              <w:right w:w="60" w:type="dxa"/>
            </w:tcMar>
            <w:vAlign w:val="center"/>
          </w:tcPr>
          <w:p w14:paraId="2D8FAD5B" w14:textId="77777777" w:rsidR="0044297A" w:rsidRDefault="0042553D">
            <w:r>
              <w:rPr>
                <w:sz w:val="16"/>
              </w:rPr>
              <w:t>6</w:t>
            </w:r>
          </w:p>
        </w:tc>
        <w:tc>
          <w:tcPr>
            <w:tcW w:w="3402" w:type="dxa"/>
            <w:tcMar>
              <w:top w:w="60" w:type="dxa"/>
              <w:left w:w="60" w:type="dxa"/>
              <w:bottom w:w="60" w:type="dxa"/>
              <w:right w:w="60" w:type="dxa"/>
            </w:tcMar>
            <w:vAlign w:val="center"/>
          </w:tcPr>
          <w:p w14:paraId="7BFA3A65" w14:textId="00F242B6" w:rsidR="0044297A" w:rsidRPr="00F5008B" w:rsidRDefault="00B920FB">
            <w:pPr>
              <w:rPr>
                <w:i/>
                <w:color w:val="FF0000"/>
                <w:sz w:val="16"/>
              </w:rPr>
            </w:pPr>
            <w:r w:rsidRPr="00B920FB">
              <w:rPr>
                <w:i/>
                <w:color w:val="FF0000"/>
                <w:sz w:val="16"/>
              </w:rPr>
              <w:t>Operation after project completion</w:t>
            </w:r>
          </w:p>
        </w:tc>
        <w:tc>
          <w:tcPr>
            <w:tcW w:w="3969" w:type="dxa"/>
            <w:tcMar>
              <w:top w:w="60" w:type="dxa"/>
              <w:left w:w="60" w:type="dxa"/>
              <w:bottom w:w="60" w:type="dxa"/>
              <w:right w:w="60" w:type="dxa"/>
            </w:tcMar>
            <w:vAlign w:val="center"/>
          </w:tcPr>
          <w:p w14:paraId="499F39B0" w14:textId="65B15426" w:rsidR="0044297A" w:rsidRPr="00B920FB" w:rsidRDefault="00B920FB">
            <w:pPr>
              <w:rPr>
                <w:i/>
                <w:color w:val="FF0000"/>
                <w:sz w:val="16"/>
              </w:rPr>
            </w:pPr>
            <w:r w:rsidRPr="00B920FB">
              <w:rPr>
                <w:i/>
                <w:color w:val="FF0000"/>
                <w:sz w:val="16"/>
              </w:rPr>
              <w:t>Verification that a responsible entity/person is assigned for maintenance</w:t>
            </w:r>
          </w:p>
        </w:tc>
        <w:tc>
          <w:tcPr>
            <w:tcW w:w="2268" w:type="dxa"/>
            <w:tcMar>
              <w:top w:w="60" w:type="dxa"/>
              <w:left w:w="60" w:type="dxa"/>
              <w:bottom w:w="60" w:type="dxa"/>
              <w:right w:w="60" w:type="dxa"/>
            </w:tcMar>
            <w:vAlign w:val="center"/>
          </w:tcPr>
          <w:p w14:paraId="7C74FEA8" w14:textId="0C64C34A" w:rsidR="0044297A" w:rsidRPr="00F5008B" w:rsidRDefault="00B920FB">
            <w:pPr>
              <w:rPr>
                <w:i/>
                <w:color w:val="FF0000"/>
                <w:sz w:val="16"/>
              </w:rPr>
            </w:pPr>
            <w:r w:rsidRPr="00B920FB">
              <w:rPr>
                <w:i/>
                <w:color w:val="FF0000"/>
                <w:sz w:val="16"/>
              </w:rPr>
              <w:t>At project completion</w:t>
            </w:r>
          </w:p>
        </w:tc>
        <w:tc>
          <w:tcPr>
            <w:tcW w:w="5102" w:type="dxa"/>
            <w:tcMar>
              <w:top w:w="60" w:type="dxa"/>
              <w:left w:w="60" w:type="dxa"/>
              <w:bottom w:w="60" w:type="dxa"/>
              <w:right w:w="60" w:type="dxa"/>
            </w:tcMar>
            <w:vAlign w:val="center"/>
          </w:tcPr>
          <w:p w14:paraId="2F5A7E8D" w14:textId="42BC274E" w:rsidR="0044297A" w:rsidRPr="00B920FB" w:rsidRDefault="00B920FB">
            <w:pPr>
              <w:rPr>
                <w:i/>
                <w:color w:val="FF0000"/>
                <w:sz w:val="16"/>
              </w:rPr>
            </w:pPr>
            <w:r w:rsidRPr="00B920FB">
              <w:rPr>
                <w:i/>
                <w:color w:val="FF0000"/>
                <w:sz w:val="16"/>
              </w:rPr>
              <w:t>Operation and maintenance plan, handover certificate, letter from the entity responsible for the facility</w:t>
            </w:r>
          </w:p>
        </w:tc>
      </w:tr>
    </w:tbl>
    <w:p w14:paraId="7C3E8836" w14:textId="74C33CDF" w:rsidR="0044297A" w:rsidRPr="001540CF" w:rsidRDefault="001540CF">
      <w:pPr>
        <w:pStyle w:val="1"/>
      </w:pPr>
      <w:r w:rsidRPr="001540CF">
        <w:rPr>
          <w:rFonts w:ascii="Arial" w:eastAsia="Arial" w:hAnsi="Arial"/>
          <w:color w:val="1F4E79"/>
          <w:sz w:val="22"/>
        </w:rPr>
        <w:t>Section 5. Applicant’s and Partners’ Labor, In-Kind or Other Contributions</w:t>
      </w:r>
    </w:p>
    <w:p w14:paraId="05FC7E2D" w14:textId="57474235" w:rsidR="0044297A" w:rsidRPr="001540CF" w:rsidRDefault="001540CF">
      <w:pPr>
        <w:spacing w:after="80"/>
      </w:pPr>
      <w:r w:rsidRPr="001540CF">
        <w:t>Specify the contribution of the applicant and partners that is related to project activities. The monetary valuation of contributions must correspond to the project budget (Annex 4).</w:t>
      </w:r>
    </w:p>
    <w:tbl>
      <w:tblPr>
        <w:tblStyle w:val="aff0"/>
        <w:tblW w:w="0" w:type="auto"/>
        <w:jc w:val="center"/>
        <w:tblLook w:val="04A0" w:firstRow="1" w:lastRow="0" w:firstColumn="1" w:lastColumn="0" w:noHBand="0" w:noVBand="1"/>
      </w:tblPr>
      <w:tblGrid>
        <w:gridCol w:w="510"/>
        <w:gridCol w:w="2268"/>
        <w:gridCol w:w="2268"/>
        <w:gridCol w:w="1701"/>
        <w:gridCol w:w="5102"/>
        <w:gridCol w:w="3402"/>
      </w:tblGrid>
      <w:tr w:rsidR="0044297A" w14:paraId="5920ABAE" w14:textId="77777777">
        <w:trPr>
          <w:tblHeader/>
          <w:jc w:val="center"/>
        </w:trPr>
        <w:tc>
          <w:tcPr>
            <w:tcW w:w="510" w:type="dxa"/>
            <w:shd w:val="clear" w:color="auto" w:fill="D9EAF7"/>
            <w:tcMar>
              <w:top w:w="60" w:type="dxa"/>
              <w:left w:w="60" w:type="dxa"/>
              <w:bottom w:w="60" w:type="dxa"/>
              <w:right w:w="60" w:type="dxa"/>
            </w:tcMar>
            <w:vAlign w:val="center"/>
          </w:tcPr>
          <w:p w14:paraId="42812FE2" w14:textId="45F7BBEF" w:rsidR="0044297A" w:rsidRPr="001540CF" w:rsidRDefault="001540CF">
            <w:pPr>
              <w:jc w:val="center"/>
              <w:rPr>
                <w:b/>
                <w:bCs/>
              </w:rPr>
            </w:pPr>
            <w:r w:rsidRPr="001540CF">
              <w:rPr>
                <w:b/>
                <w:bCs/>
              </w:rPr>
              <w:t>No.</w:t>
            </w:r>
          </w:p>
        </w:tc>
        <w:tc>
          <w:tcPr>
            <w:tcW w:w="2268" w:type="dxa"/>
            <w:shd w:val="clear" w:color="auto" w:fill="D9EAF7"/>
            <w:tcMar>
              <w:top w:w="60" w:type="dxa"/>
              <w:left w:w="60" w:type="dxa"/>
              <w:bottom w:w="60" w:type="dxa"/>
              <w:right w:w="60" w:type="dxa"/>
            </w:tcMar>
            <w:vAlign w:val="center"/>
          </w:tcPr>
          <w:p w14:paraId="7116B908" w14:textId="6AC35CFA" w:rsidR="0044297A" w:rsidRDefault="001540CF">
            <w:pPr>
              <w:jc w:val="center"/>
            </w:pPr>
            <w:r w:rsidRPr="001540CF">
              <w:rPr>
                <w:b/>
                <w:sz w:val="16"/>
              </w:rPr>
              <w:t>Type of contribution</w:t>
            </w:r>
          </w:p>
        </w:tc>
        <w:tc>
          <w:tcPr>
            <w:tcW w:w="2268" w:type="dxa"/>
            <w:shd w:val="clear" w:color="auto" w:fill="D9EAF7"/>
            <w:tcMar>
              <w:top w:w="60" w:type="dxa"/>
              <w:left w:w="60" w:type="dxa"/>
              <w:bottom w:w="60" w:type="dxa"/>
              <w:right w:w="60" w:type="dxa"/>
            </w:tcMar>
            <w:vAlign w:val="center"/>
          </w:tcPr>
          <w:p w14:paraId="0FC55023" w14:textId="57EBA04A" w:rsidR="0044297A" w:rsidRDefault="001540CF">
            <w:pPr>
              <w:jc w:val="center"/>
            </w:pPr>
            <w:r w:rsidRPr="001540CF">
              <w:rPr>
                <w:b/>
                <w:sz w:val="16"/>
              </w:rPr>
              <w:t>Provided by</w:t>
            </w:r>
          </w:p>
        </w:tc>
        <w:tc>
          <w:tcPr>
            <w:tcW w:w="1701" w:type="dxa"/>
            <w:shd w:val="clear" w:color="auto" w:fill="D9EAF7"/>
            <w:tcMar>
              <w:top w:w="60" w:type="dxa"/>
              <w:left w:w="60" w:type="dxa"/>
              <w:bottom w:w="60" w:type="dxa"/>
              <w:right w:w="60" w:type="dxa"/>
            </w:tcMar>
            <w:vAlign w:val="center"/>
          </w:tcPr>
          <w:p w14:paraId="1F9FF54E" w14:textId="64BFB381" w:rsidR="0044297A" w:rsidRDefault="001540CF">
            <w:pPr>
              <w:jc w:val="center"/>
            </w:pPr>
            <w:r>
              <w:rPr>
                <w:b/>
                <w:sz w:val="16"/>
              </w:rPr>
              <w:t>Period</w:t>
            </w:r>
          </w:p>
        </w:tc>
        <w:tc>
          <w:tcPr>
            <w:tcW w:w="5102" w:type="dxa"/>
            <w:shd w:val="clear" w:color="auto" w:fill="D9EAF7"/>
            <w:tcMar>
              <w:top w:w="60" w:type="dxa"/>
              <w:left w:w="60" w:type="dxa"/>
              <w:bottom w:w="60" w:type="dxa"/>
              <w:right w:w="60" w:type="dxa"/>
            </w:tcMar>
            <w:vAlign w:val="center"/>
          </w:tcPr>
          <w:p w14:paraId="569279B7" w14:textId="66B1A25D" w:rsidR="0044297A" w:rsidRPr="004F7B6A" w:rsidRDefault="004F7B6A">
            <w:pPr>
              <w:jc w:val="center"/>
            </w:pPr>
            <w:r w:rsidRPr="004F7B6A">
              <w:rPr>
                <w:b/>
                <w:sz w:val="16"/>
              </w:rPr>
              <w:t>Description and link to activities</w:t>
            </w:r>
          </w:p>
        </w:tc>
        <w:tc>
          <w:tcPr>
            <w:tcW w:w="3402" w:type="dxa"/>
            <w:shd w:val="clear" w:color="auto" w:fill="D9EAF7"/>
            <w:tcMar>
              <w:top w:w="60" w:type="dxa"/>
              <w:left w:w="60" w:type="dxa"/>
              <w:bottom w:w="60" w:type="dxa"/>
              <w:right w:w="60" w:type="dxa"/>
            </w:tcMar>
            <w:vAlign w:val="center"/>
          </w:tcPr>
          <w:p w14:paraId="4C544D27" w14:textId="5569592A" w:rsidR="0044297A" w:rsidRDefault="004F7B6A">
            <w:pPr>
              <w:jc w:val="center"/>
            </w:pPr>
            <w:r w:rsidRPr="004F7B6A">
              <w:rPr>
                <w:b/>
                <w:sz w:val="16"/>
              </w:rPr>
              <w:t>Supporting document</w:t>
            </w:r>
          </w:p>
        </w:tc>
      </w:tr>
      <w:tr w:rsidR="0044297A" w14:paraId="383D3715" w14:textId="77777777">
        <w:trPr>
          <w:jc w:val="center"/>
        </w:trPr>
        <w:tc>
          <w:tcPr>
            <w:tcW w:w="510" w:type="dxa"/>
            <w:tcMar>
              <w:top w:w="60" w:type="dxa"/>
              <w:left w:w="60" w:type="dxa"/>
              <w:bottom w:w="60" w:type="dxa"/>
              <w:right w:w="60" w:type="dxa"/>
            </w:tcMar>
            <w:vAlign w:val="center"/>
          </w:tcPr>
          <w:p w14:paraId="55671C3C" w14:textId="77777777" w:rsidR="0044297A" w:rsidRDefault="0042553D">
            <w:r>
              <w:rPr>
                <w:i/>
                <w:color w:val="666666"/>
                <w:sz w:val="16"/>
              </w:rPr>
              <w:t>1</w:t>
            </w:r>
          </w:p>
        </w:tc>
        <w:tc>
          <w:tcPr>
            <w:tcW w:w="2268" w:type="dxa"/>
            <w:tcMar>
              <w:top w:w="60" w:type="dxa"/>
              <w:left w:w="60" w:type="dxa"/>
              <w:bottom w:w="60" w:type="dxa"/>
              <w:right w:w="60" w:type="dxa"/>
            </w:tcMar>
            <w:vAlign w:val="center"/>
          </w:tcPr>
          <w:p w14:paraId="6FB30475" w14:textId="69BF8E4E" w:rsidR="0044297A" w:rsidRPr="00F5008B" w:rsidRDefault="004F7B6A">
            <w:pPr>
              <w:rPr>
                <w:color w:val="FF0000"/>
              </w:rPr>
            </w:pPr>
            <w:r w:rsidRPr="004F7B6A">
              <w:rPr>
                <w:i/>
                <w:color w:val="FF0000"/>
                <w:sz w:val="16"/>
              </w:rPr>
              <w:t>Labor contribution / specialists</w:t>
            </w:r>
          </w:p>
        </w:tc>
        <w:tc>
          <w:tcPr>
            <w:tcW w:w="2268" w:type="dxa"/>
            <w:tcMar>
              <w:top w:w="60" w:type="dxa"/>
              <w:left w:w="60" w:type="dxa"/>
              <w:bottom w:w="60" w:type="dxa"/>
              <w:right w:w="60" w:type="dxa"/>
            </w:tcMar>
            <w:vAlign w:val="center"/>
          </w:tcPr>
          <w:p w14:paraId="41BEF477" w14:textId="3FE73C21" w:rsidR="0044297A" w:rsidRPr="00F5008B" w:rsidRDefault="004F7B6A">
            <w:pPr>
              <w:rPr>
                <w:color w:val="FF0000"/>
              </w:rPr>
            </w:pPr>
            <w:r w:rsidRPr="004F7B6A">
              <w:rPr>
                <w:i/>
                <w:color w:val="FF0000"/>
                <w:sz w:val="16"/>
              </w:rPr>
              <w:t>Applicant</w:t>
            </w:r>
          </w:p>
        </w:tc>
        <w:tc>
          <w:tcPr>
            <w:tcW w:w="1701" w:type="dxa"/>
            <w:tcMar>
              <w:top w:w="60" w:type="dxa"/>
              <w:left w:w="60" w:type="dxa"/>
              <w:bottom w:w="60" w:type="dxa"/>
              <w:right w:w="60" w:type="dxa"/>
            </w:tcMar>
            <w:vAlign w:val="center"/>
          </w:tcPr>
          <w:p w14:paraId="55B54BBA" w14:textId="05C38BE0" w:rsidR="0044297A" w:rsidRPr="00F5008B" w:rsidRDefault="004F7B6A">
            <w:pPr>
              <w:rPr>
                <w:color w:val="FF0000"/>
              </w:rPr>
            </w:pPr>
            <w:r w:rsidRPr="004F7B6A">
              <w:rPr>
                <w:i/>
                <w:color w:val="FF0000"/>
                <w:sz w:val="16"/>
              </w:rPr>
              <w:t>Month 1–9</w:t>
            </w:r>
          </w:p>
        </w:tc>
        <w:tc>
          <w:tcPr>
            <w:tcW w:w="5102" w:type="dxa"/>
            <w:tcMar>
              <w:top w:w="60" w:type="dxa"/>
              <w:left w:w="60" w:type="dxa"/>
              <w:bottom w:w="60" w:type="dxa"/>
              <w:right w:w="60" w:type="dxa"/>
            </w:tcMar>
            <w:vAlign w:val="center"/>
          </w:tcPr>
          <w:p w14:paraId="2726F7E3" w14:textId="5F342266" w:rsidR="0044297A" w:rsidRPr="004F7B6A" w:rsidRDefault="004F7B6A">
            <w:pPr>
              <w:rPr>
                <w:color w:val="FF0000"/>
              </w:rPr>
            </w:pPr>
            <w:r w:rsidRPr="004F7B6A">
              <w:rPr>
                <w:i/>
                <w:color w:val="FF0000"/>
                <w:sz w:val="16"/>
              </w:rPr>
              <w:t>Coordination of activities, monitoring, communication with the target group</w:t>
            </w:r>
          </w:p>
        </w:tc>
        <w:tc>
          <w:tcPr>
            <w:tcW w:w="3402" w:type="dxa"/>
            <w:tcMar>
              <w:top w:w="60" w:type="dxa"/>
              <w:left w:w="60" w:type="dxa"/>
              <w:bottom w:w="60" w:type="dxa"/>
              <w:right w:w="60" w:type="dxa"/>
            </w:tcMar>
            <w:vAlign w:val="center"/>
          </w:tcPr>
          <w:p w14:paraId="1D0086B9" w14:textId="7272C0F4" w:rsidR="0044297A" w:rsidRPr="00F5008B" w:rsidRDefault="004F7B6A">
            <w:pPr>
              <w:rPr>
                <w:color w:val="FF0000"/>
              </w:rPr>
            </w:pPr>
            <w:r w:rsidRPr="004F7B6A">
              <w:rPr>
                <w:i/>
                <w:color w:val="FF0000"/>
                <w:sz w:val="16"/>
              </w:rPr>
              <w:t>Timesheet, applicant’s letter</w:t>
            </w:r>
          </w:p>
        </w:tc>
      </w:tr>
      <w:tr w:rsidR="0044297A" w14:paraId="50E4609E" w14:textId="77777777">
        <w:trPr>
          <w:jc w:val="center"/>
        </w:trPr>
        <w:tc>
          <w:tcPr>
            <w:tcW w:w="510" w:type="dxa"/>
            <w:tcMar>
              <w:top w:w="60" w:type="dxa"/>
              <w:left w:w="60" w:type="dxa"/>
              <w:bottom w:w="60" w:type="dxa"/>
              <w:right w:w="60" w:type="dxa"/>
            </w:tcMar>
            <w:vAlign w:val="center"/>
          </w:tcPr>
          <w:p w14:paraId="1F76EC3C" w14:textId="77777777" w:rsidR="0044297A" w:rsidRDefault="0042553D">
            <w:r>
              <w:rPr>
                <w:i/>
                <w:color w:val="666666"/>
                <w:sz w:val="16"/>
              </w:rPr>
              <w:t>2</w:t>
            </w:r>
          </w:p>
        </w:tc>
        <w:tc>
          <w:tcPr>
            <w:tcW w:w="2268" w:type="dxa"/>
            <w:tcMar>
              <w:top w:w="60" w:type="dxa"/>
              <w:left w:w="60" w:type="dxa"/>
              <w:bottom w:w="60" w:type="dxa"/>
              <w:right w:w="60" w:type="dxa"/>
            </w:tcMar>
            <w:vAlign w:val="center"/>
          </w:tcPr>
          <w:p w14:paraId="305177D7" w14:textId="73CD9931" w:rsidR="0044297A" w:rsidRPr="00F5008B" w:rsidRDefault="00A87D46">
            <w:pPr>
              <w:rPr>
                <w:color w:val="FF0000"/>
              </w:rPr>
            </w:pPr>
            <w:r w:rsidRPr="00A87D46">
              <w:rPr>
                <w:i/>
                <w:color w:val="FF0000"/>
                <w:sz w:val="16"/>
              </w:rPr>
              <w:t>Equipment / premises / materials</w:t>
            </w:r>
          </w:p>
        </w:tc>
        <w:tc>
          <w:tcPr>
            <w:tcW w:w="2268" w:type="dxa"/>
            <w:tcMar>
              <w:top w:w="60" w:type="dxa"/>
              <w:left w:w="60" w:type="dxa"/>
              <w:bottom w:w="60" w:type="dxa"/>
              <w:right w:w="60" w:type="dxa"/>
            </w:tcMar>
            <w:vAlign w:val="center"/>
          </w:tcPr>
          <w:p w14:paraId="406F35DE" w14:textId="019E42F7" w:rsidR="0044297A" w:rsidRPr="00F5008B" w:rsidRDefault="00A87D46">
            <w:pPr>
              <w:rPr>
                <w:color w:val="FF0000"/>
              </w:rPr>
            </w:pPr>
            <w:r w:rsidRPr="00A87D46">
              <w:rPr>
                <w:i/>
                <w:color w:val="FF0000"/>
                <w:sz w:val="16"/>
              </w:rPr>
              <w:t>Partner</w:t>
            </w:r>
          </w:p>
        </w:tc>
        <w:tc>
          <w:tcPr>
            <w:tcW w:w="1701" w:type="dxa"/>
            <w:tcMar>
              <w:top w:w="60" w:type="dxa"/>
              <w:left w:w="60" w:type="dxa"/>
              <w:bottom w:w="60" w:type="dxa"/>
              <w:right w:w="60" w:type="dxa"/>
            </w:tcMar>
            <w:vAlign w:val="center"/>
          </w:tcPr>
          <w:p w14:paraId="0572596C" w14:textId="16E583D7" w:rsidR="0044297A" w:rsidRPr="00F5008B" w:rsidRDefault="00A87D46">
            <w:pPr>
              <w:rPr>
                <w:color w:val="FF0000"/>
              </w:rPr>
            </w:pPr>
            <w:r>
              <w:rPr>
                <w:i/>
                <w:color w:val="FF0000"/>
                <w:sz w:val="16"/>
              </w:rPr>
              <w:t>Month</w:t>
            </w:r>
          </w:p>
        </w:tc>
        <w:tc>
          <w:tcPr>
            <w:tcW w:w="5102" w:type="dxa"/>
            <w:tcMar>
              <w:top w:w="60" w:type="dxa"/>
              <w:left w:w="60" w:type="dxa"/>
              <w:bottom w:w="60" w:type="dxa"/>
              <w:right w:w="60" w:type="dxa"/>
            </w:tcMar>
            <w:vAlign w:val="center"/>
          </w:tcPr>
          <w:p w14:paraId="0EDD3A90" w14:textId="5CE1FE1B" w:rsidR="0044297A" w:rsidRPr="00A87D46" w:rsidRDefault="00A87D46">
            <w:pPr>
              <w:rPr>
                <w:color w:val="FF0000"/>
              </w:rPr>
            </w:pPr>
            <w:r w:rsidRPr="00A87D46">
              <w:rPr>
                <w:i/>
                <w:color w:val="FF0000"/>
                <w:sz w:val="16"/>
              </w:rPr>
              <w:t>Provision of resources for implementation of activities</w:t>
            </w:r>
          </w:p>
        </w:tc>
        <w:tc>
          <w:tcPr>
            <w:tcW w:w="3402" w:type="dxa"/>
            <w:tcMar>
              <w:top w:w="60" w:type="dxa"/>
              <w:left w:w="60" w:type="dxa"/>
              <w:bottom w:w="60" w:type="dxa"/>
              <w:right w:w="60" w:type="dxa"/>
            </w:tcMar>
            <w:vAlign w:val="center"/>
          </w:tcPr>
          <w:p w14:paraId="581C4DE0" w14:textId="285B20FC" w:rsidR="0044297A" w:rsidRPr="00F5008B" w:rsidRDefault="00A87D46">
            <w:pPr>
              <w:rPr>
                <w:color w:val="FF0000"/>
              </w:rPr>
            </w:pPr>
            <w:r w:rsidRPr="00A87D46">
              <w:rPr>
                <w:i/>
                <w:color w:val="FF0000"/>
                <w:sz w:val="16"/>
              </w:rPr>
              <w:t>Letter of support, handover certificate</w:t>
            </w:r>
          </w:p>
        </w:tc>
      </w:tr>
      <w:tr w:rsidR="0044297A" w14:paraId="4F28F2AF" w14:textId="77777777">
        <w:trPr>
          <w:jc w:val="center"/>
        </w:trPr>
        <w:tc>
          <w:tcPr>
            <w:tcW w:w="510" w:type="dxa"/>
            <w:tcMar>
              <w:top w:w="60" w:type="dxa"/>
              <w:left w:w="60" w:type="dxa"/>
              <w:bottom w:w="60" w:type="dxa"/>
              <w:right w:w="60" w:type="dxa"/>
            </w:tcMar>
            <w:vAlign w:val="center"/>
          </w:tcPr>
          <w:p w14:paraId="645B69DC" w14:textId="77777777" w:rsidR="0044297A" w:rsidRDefault="0042553D">
            <w:pPr>
              <w:jc w:val="center"/>
            </w:pPr>
            <w:r>
              <w:rPr>
                <w:sz w:val="16"/>
              </w:rPr>
              <w:t>3</w:t>
            </w:r>
          </w:p>
        </w:tc>
        <w:tc>
          <w:tcPr>
            <w:tcW w:w="2268" w:type="dxa"/>
            <w:tcMar>
              <w:top w:w="60" w:type="dxa"/>
              <w:left w:w="60" w:type="dxa"/>
              <w:bottom w:w="60" w:type="dxa"/>
              <w:right w:w="60" w:type="dxa"/>
            </w:tcMar>
            <w:vAlign w:val="center"/>
          </w:tcPr>
          <w:p w14:paraId="21F8FC4F" w14:textId="77777777" w:rsidR="0044297A" w:rsidRDefault="0044297A"/>
        </w:tc>
        <w:tc>
          <w:tcPr>
            <w:tcW w:w="2268" w:type="dxa"/>
            <w:tcMar>
              <w:top w:w="60" w:type="dxa"/>
              <w:left w:w="60" w:type="dxa"/>
              <w:bottom w:w="60" w:type="dxa"/>
              <w:right w:w="60" w:type="dxa"/>
            </w:tcMar>
            <w:vAlign w:val="center"/>
          </w:tcPr>
          <w:p w14:paraId="67F41EF1" w14:textId="77777777" w:rsidR="0044297A" w:rsidRDefault="0044297A"/>
        </w:tc>
        <w:tc>
          <w:tcPr>
            <w:tcW w:w="1701" w:type="dxa"/>
            <w:tcMar>
              <w:top w:w="60" w:type="dxa"/>
              <w:left w:w="60" w:type="dxa"/>
              <w:bottom w:w="60" w:type="dxa"/>
              <w:right w:w="60" w:type="dxa"/>
            </w:tcMar>
            <w:vAlign w:val="center"/>
          </w:tcPr>
          <w:p w14:paraId="1B53DEE4" w14:textId="77777777" w:rsidR="0044297A" w:rsidRDefault="0044297A"/>
        </w:tc>
        <w:tc>
          <w:tcPr>
            <w:tcW w:w="5102" w:type="dxa"/>
            <w:tcMar>
              <w:top w:w="60" w:type="dxa"/>
              <w:left w:w="60" w:type="dxa"/>
              <w:bottom w:w="60" w:type="dxa"/>
              <w:right w:w="60" w:type="dxa"/>
            </w:tcMar>
            <w:vAlign w:val="center"/>
          </w:tcPr>
          <w:p w14:paraId="7B9A9469" w14:textId="77777777" w:rsidR="0044297A" w:rsidRDefault="0044297A"/>
        </w:tc>
        <w:tc>
          <w:tcPr>
            <w:tcW w:w="3402" w:type="dxa"/>
            <w:tcMar>
              <w:top w:w="60" w:type="dxa"/>
              <w:left w:w="60" w:type="dxa"/>
              <w:bottom w:w="60" w:type="dxa"/>
              <w:right w:w="60" w:type="dxa"/>
            </w:tcMar>
            <w:vAlign w:val="center"/>
          </w:tcPr>
          <w:p w14:paraId="743C7A33" w14:textId="77777777" w:rsidR="0044297A" w:rsidRDefault="0044297A"/>
        </w:tc>
      </w:tr>
      <w:tr w:rsidR="0044297A" w14:paraId="72B6660D" w14:textId="77777777">
        <w:trPr>
          <w:jc w:val="center"/>
        </w:trPr>
        <w:tc>
          <w:tcPr>
            <w:tcW w:w="510" w:type="dxa"/>
            <w:tcMar>
              <w:top w:w="60" w:type="dxa"/>
              <w:left w:w="60" w:type="dxa"/>
              <w:bottom w:w="60" w:type="dxa"/>
              <w:right w:w="60" w:type="dxa"/>
            </w:tcMar>
            <w:vAlign w:val="center"/>
          </w:tcPr>
          <w:p w14:paraId="70F2FCA9" w14:textId="77777777" w:rsidR="0044297A" w:rsidRDefault="0042553D">
            <w:pPr>
              <w:jc w:val="center"/>
            </w:pPr>
            <w:r>
              <w:rPr>
                <w:sz w:val="16"/>
              </w:rPr>
              <w:t>4</w:t>
            </w:r>
          </w:p>
        </w:tc>
        <w:tc>
          <w:tcPr>
            <w:tcW w:w="2268" w:type="dxa"/>
            <w:tcMar>
              <w:top w:w="60" w:type="dxa"/>
              <w:left w:w="60" w:type="dxa"/>
              <w:bottom w:w="60" w:type="dxa"/>
              <w:right w:w="60" w:type="dxa"/>
            </w:tcMar>
            <w:vAlign w:val="center"/>
          </w:tcPr>
          <w:p w14:paraId="34D3DE79" w14:textId="77777777" w:rsidR="0044297A" w:rsidRDefault="0044297A"/>
        </w:tc>
        <w:tc>
          <w:tcPr>
            <w:tcW w:w="2268" w:type="dxa"/>
            <w:tcMar>
              <w:top w:w="60" w:type="dxa"/>
              <w:left w:w="60" w:type="dxa"/>
              <w:bottom w:w="60" w:type="dxa"/>
              <w:right w:w="60" w:type="dxa"/>
            </w:tcMar>
            <w:vAlign w:val="center"/>
          </w:tcPr>
          <w:p w14:paraId="3F0AA432" w14:textId="77777777" w:rsidR="0044297A" w:rsidRDefault="0044297A"/>
        </w:tc>
        <w:tc>
          <w:tcPr>
            <w:tcW w:w="1701" w:type="dxa"/>
            <w:tcMar>
              <w:top w:w="60" w:type="dxa"/>
              <w:left w:w="60" w:type="dxa"/>
              <w:bottom w:w="60" w:type="dxa"/>
              <w:right w:w="60" w:type="dxa"/>
            </w:tcMar>
            <w:vAlign w:val="center"/>
          </w:tcPr>
          <w:p w14:paraId="1649DCA5" w14:textId="77777777" w:rsidR="0044297A" w:rsidRDefault="0044297A"/>
        </w:tc>
        <w:tc>
          <w:tcPr>
            <w:tcW w:w="5102" w:type="dxa"/>
            <w:tcMar>
              <w:top w:w="60" w:type="dxa"/>
              <w:left w:w="60" w:type="dxa"/>
              <w:bottom w:w="60" w:type="dxa"/>
              <w:right w:w="60" w:type="dxa"/>
            </w:tcMar>
            <w:vAlign w:val="center"/>
          </w:tcPr>
          <w:p w14:paraId="2AA26E8C" w14:textId="77777777" w:rsidR="0044297A" w:rsidRDefault="0044297A"/>
        </w:tc>
        <w:tc>
          <w:tcPr>
            <w:tcW w:w="3402" w:type="dxa"/>
            <w:tcMar>
              <w:top w:w="60" w:type="dxa"/>
              <w:left w:w="60" w:type="dxa"/>
              <w:bottom w:w="60" w:type="dxa"/>
              <w:right w:w="60" w:type="dxa"/>
            </w:tcMar>
            <w:vAlign w:val="center"/>
          </w:tcPr>
          <w:p w14:paraId="3477CB13" w14:textId="77777777" w:rsidR="0044297A" w:rsidRDefault="0044297A"/>
        </w:tc>
      </w:tr>
      <w:tr w:rsidR="0044297A" w14:paraId="36D8EA35" w14:textId="77777777">
        <w:trPr>
          <w:jc w:val="center"/>
        </w:trPr>
        <w:tc>
          <w:tcPr>
            <w:tcW w:w="510" w:type="dxa"/>
            <w:tcMar>
              <w:top w:w="60" w:type="dxa"/>
              <w:left w:w="60" w:type="dxa"/>
              <w:bottom w:w="60" w:type="dxa"/>
              <w:right w:w="60" w:type="dxa"/>
            </w:tcMar>
            <w:vAlign w:val="center"/>
          </w:tcPr>
          <w:p w14:paraId="5A75EBDE" w14:textId="77777777" w:rsidR="0044297A" w:rsidRDefault="0042553D">
            <w:pPr>
              <w:jc w:val="center"/>
            </w:pPr>
            <w:r>
              <w:rPr>
                <w:sz w:val="16"/>
              </w:rPr>
              <w:t>5</w:t>
            </w:r>
          </w:p>
        </w:tc>
        <w:tc>
          <w:tcPr>
            <w:tcW w:w="2268" w:type="dxa"/>
            <w:tcMar>
              <w:top w:w="60" w:type="dxa"/>
              <w:left w:w="60" w:type="dxa"/>
              <w:bottom w:w="60" w:type="dxa"/>
              <w:right w:w="60" w:type="dxa"/>
            </w:tcMar>
            <w:vAlign w:val="center"/>
          </w:tcPr>
          <w:p w14:paraId="78E69A42" w14:textId="77777777" w:rsidR="0044297A" w:rsidRDefault="0044297A"/>
        </w:tc>
        <w:tc>
          <w:tcPr>
            <w:tcW w:w="2268" w:type="dxa"/>
            <w:tcMar>
              <w:top w:w="60" w:type="dxa"/>
              <w:left w:w="60" w:type="dxa"/>
              <w:bottom w:w="60" w:type="dxa"/>
              <w:right w:w="60" w:type="dxa"/>
            </w:tcMar>
            <w:vAlign w:val="center"/>
          </w:tcPr>
          <w:p w14:paraId="41B8C46C" w14:textId="77777777" w:rsidR="0044297A" w:rsidRDefault="0044297A"/>
        </w:tc>
        <w:tc>
          <w:tcPr>
            <w:tcW w:w="1701" w:type="dxa"/>
            <w:tcMar>
              <w:top w:w="60" w:type="dxa"/>
              <w:left w:w="60" w:type="dxa"/>
              <w:bottom w:w="60" w:type="dxa"/>
              <w:right w:w="60" w:type="dxa"/>
            </w:tcMar>
            <w:vAlign w:val="center"/>
          </w:tcPr>
          <w:p w14:paraId="6854332E" w14:textId="77777777" w:rsidR="0044297A" w:rsidRDefault="0044297A"/>
        </w:tc>
        <w:tc>
          <w:tcPr>
            <w:tcW w:w="5102" w:type="dxa"/>
            <w:tcMar>
              <w:top w:w="60" w:type="dxa"/>
              <w:left w:w="60" w:type="dxa"/>
              <w:bottom w:w="60" w:type="dxa"/>
              <w:right w:w="60" w:type="dxa"/>
            </w:tcMar>
            <w:vAlign w:val="center"/>
          </w:tcPr>
          <w:p w14:paraId="013C64A6" w14:textId="77777777" w:rsidR="0044297A" w:rsidRDefault="0044297A"/>
        </w:tc>
        <w:tc>
          <w:tcPr>
            <w:tcW w:w="3402" w:type="dxa"/>
            <w:tcMar>
              <w:top w:w="60" w:type="dxa"/>
              <w:left w:w="60" w:type="dxa"/>
              <w:bottom w:w="60" w:type="dxa"/>
              <w:right w:w="60" w:type="dxa"/>
            </w:tcMar>
            <w:vAlign w:val="center"/>
          </w:tcPr>
          <w:p w14:paraId="04EDEE3A" w14:textId="77777777" w:rsidR="0044297A" w:rsidRDefault="0044297A"/>
        </w:tc>
      </w:tr>
    </w:tbl>
    <w:p w14:paraId="3A9DCF00" w14:textId="6023D6D1" w:rsidR="0044297A" w:rsidRDefault="00A87D46">
      <w:pPr>
        <w:pStyle w:val="1"/>
      </w:pPr>
      <w:r w:rsidRPr="00A87D46">
        <w:rPr>
          <w:rFonts w:ascii="Arial" w:eastAsia="Arial" w:hAnsi="Arial"/>
          <w:color w:val="1F4E79"/>
          <w:sz w:val="22"/>
        </w:rPr>
        <w:t>Section 6. Applicant’s Confirmation</w:t>
      </w:r>
    </w:p>
    <w:p w14:paraId="531B0220" w14:textId="155946CB" w:rsidR="0044297A" w:rsidRPr="002A5C7C" w:rsidRDefault="002A5C7C">
      <w:pPr>
        <w:spacing w:after="80"/>
      </w:pPr>
      <w:r w:rsidRPr="002A5C7C">
        <w:t>I hereby confirm that the work plan is realistic, corresponds to the Application Form (Annex 2) and the Project Budget (Annex 4), and can be implemented within the specified timeframe after signing the grant agreement.</w:t>
      </w:r>
    </w:p>
    <w:tbl>
      <w:tblPr>
        <w:tblStyle w:val="aff0"/>
        <w:tblW w:w="0" w:type="auto"/>
        <w:jc w:val="center"/>
        <w:tblLook w:val="04A0" w:firstRow="1" w:lastRow="0" w:firstColumn="1" w:lastColumn="0" w:noHBand="0" w:noVBand="1"/>
      </w:tblPr>
      <w:tblGrid>
        <w:gridCol w:w="3969"/>
        <w:gridCol w:w="11339"/>
      </w:tblGrid>
      <w:tr w:rsidR="0044297A" w14:paraId="6950A6CD" w14:textId="77777777">
        <w:trPr>
          <w:jc w:val="center"/>
        </w:trPr>
        <w:tc>
          <w:tcPr>
            <w:tcW w:w="3969" w:type="dxa"/>
            <w:tcMar>
              <w:top w:w="60" w:type="dxa"/>
              <w:left w:w="60" w:type="dxa"/>
              <w:bottom w:w="60" w:type="dxa"/>
              <w:right w:w="60" w:type="dxa"/>
            </w:tcMar>
            <w:vAlign w:val="center"/>
          </w:tcPr>
          <w:p w14:paraId="4E2D5845" w14:textId="729363D1" w:rsidR="0044297A" w:rsidRDefault="002A5C7C">
            <w:r w:rsidRPr="002A5C7C">
              <w:rPr>
                <w:b/>
              </w:rPr>
              <w:t>Full name of responsible person</w:t>
            </w:r>
          </w:p>
        </w:tc>
        <w:tc>
          <w:tcPr>
            <w:tcW w:w="11339" w:type="dxa"/>
            <w:tcMar>
              <w:top w:w="60" w:type="dxa"/>
              <w:left w:w="60" w:type="dxa"/>
              <w:bottom w:w="60" w:type="dxa"/>
              <w:right w:w="60" w:type="dxa"/>
            </w:tcMar>
            <w:vAlign w:val="center"/>
          </w:tcPr>
          <w:p w14:paraId="3CA03651" w14:textId="77777777" w:rsidR="0044297A" w:rsidRDefault="0044297A"/>
        </w:tc>
      </w:tr>
      <w:tr w:rsidR="0044297A" w14:paraId="0301A329" w14:textId="77777777">
        <w:trPr>
          <w:jc w:val="center"/>
        </w:trPr>
        <w:tc>
          <w:tcPr>
            <w:tcW w:w="3969" w:type="dxa"/>
            <w:tcMar>
              <w:top w:w="60" w:type="dxa"/>
              <w:left w:w="60" w:type="dxa"/>
              <w:bottom w:w="60" w:type="dxa"/>
              <w:right w:w="60" w:type="dxa"/>
            </w:tcMar>
            <w:vAlign w:val="center"/>
          </w:tcPr>
          <w:p w14:paraId="561BFD75" w14:textId="3869EBC6" w:rsidR="0044297A" w:rsidRDefault="008E2638">
            <w:r>
              <w:rPr>
                <w:b/>
              </w:rPr>
              <w:t>Position</w:t>
            </w:r>
          </w:p>
        </w:tc>
        <w:tc>
          <w:tcPr>
            <w:tcW w:w="11339" w:type="dxa"/>
            <w:tcMar>
              <w:top w:w="60" w:type="dxa"/>
              <w:left w:w="60" w:type="dxa"/>
              <w:bottom w:w="60" w:type="dxa"/>
              <w:right w:w="60" w:type="dxa"/>
            </w:tcMar>
            <w:vAlign w:val="center"/>
          </w:tcPr>
          <w:p w14:paraId="0AD75C6E" w14:textId="77777777" w:rsidR="0044297A" w:rsidRDefault="0044297A"/>
        </w:tc>
      </w:tr>
      <w:tr w:rsidR="0044297A" w14:paraId="57A920C0" w14:textId="77777777">
        <w:trPr>
          <w:jc w:val="center"/>
        </w:trPr>
        <w:tc>
          <w:tcPr>
            <w:tcW w:w="3969" w:type="dxa"/>
            <w:tcMar>
              <w:top w:w="60" w:type="dxa"/>
              <w:left w:w="60" w:type="dxa"/>
              <w:bottom w:w="60" w:type="dxa"/>
              <w:right w:w="60" w:type="dxa"/>
            </w:tcMar>
            <w:vAlign w:val="center"/>
          </w:tcPr>
          <w:p w14:paraId="70DCFC09" w14:textId="5F8350B9" w:rsidR="0044297A" w:rsidRDefault="008E2638">
            <w:r>
              <w:rPr>
                <w:b/>
              </w:rPr>
              <w:t>Signature</w:t>
            </w:r>
          </w:p>
        </w:tc>
        <w:tc>
          <w:tcPr>
            <w:tcW w:w="11339" w:type="dxa"/>
            <w:tcMar>
              <w:top w:w="60" w:type="dxa"/>
              <w:left w:w="60" w:type="dxa"/>
              <w:bottom w:w="60" w:type="dxa"/>
              <w:right w:w="60" w:type="dxa"/>
            </w:tcMar>
            <w:vAlign w:val="center"/>
          </w:tcPr>
          <w:p w14:paraId="68BDE28D" w14:textId="77777777" w:rsidR="0044297A" w:rsidRDefault="0044297A"/>
        </w:tc>
      </w:tr>
      <w:tr w:rsidR="0044297A" w14:paraId="43A0048B" w14:textId="77777777">
        <w:trPr>
          <w:jc w:val="center"/>
        </w:trPr>
        <w:tc>
          <w:tcPr>
            <w:tcW w:w="3969" w:type="dxa"/>
            <w:tcMar>
              <w:top w:w="60" w:type="dxa"/>
              <w:left w:w="60" w:type="dxa"/>
              <w:bottom w:w="60" w:type="dxa"/>
              <w:right w:w="60" w:type="dxa"/>
            </w:tcMar>
            <w:vAlign w:val="center"/>
          </w:tcPr>
          <w:p w14:paraId="0E5A4450" w14:textId="0963EC80" w:rsidR="0044297A" w:rsidRDefault="008E2638">
            <w:r>
              <w:rPr>
                <w:b/>
              </w:rPr>
              <w:t>Data / seal</w:t>
            </w:r>
          </w:p>
        </w:tc>
        <w:tc>
          <w:tcPr>
            <w:tcW w:w="11339" w:type="dxa"/>
            <w:tcMar>
              <w:top w:w="60" w:type="dxa"/>
              <w:left w:w="60" w:type="dxa"/>
              <w:bottom w:w="60" w:type="dxa"/>
              <w:right w:w="60" w:type="dxa"/>
            </w:tcMar>
            <w:vAlign w:val="center"/>
          </w:tcPr>
          <w:p w14:paraId="37FB6D61" w14:textId="77777777" w:rsidR="0044297A" w:rsidRDefault="0044297A"/>
        </w:tc>
      </w:tr>
    </w:tbl>
    <w:p w14:paraId="6CDB2E52" w14:textId="1806F4F8" w:rsidR="0044297A" w:rsidRPr="008E2638" w:rsidRDefault="008E2638">
      <w:r w:rsidRPr="008E2638">
        <w:rPr>
          <w:b/>
          <w:bCs/>
          <w:i/>
          <w:color w:val="666666"/>
          <w:sz w:val="16"/>
        </w:rPr>
        <w:t>Note:</w:t>
      </w:r>
      <w:r w:rsidRPr="008E2638">
        <w:rPr>
          <w:i/>
          <w:color w:val="666666"/>
          <w:sz w:val="16"/>
        </w:rPr>
        <w:t xml:space="preserve"> The text provided as an example may be deleted or replaced by the applicant when completing the form.</w:t>
      </w:r>
    </w:p>
    <w:sectPr w:rsidR="0044297A" w:rsidRPr="008E2638" w:rsidSect="00034616">
      <w:pgSz w:w="16838" w:h="11906" w:orient="landscape"/>
      <w:pgMar w:top="624" w:right="624" w:bottom="567"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64364574">
    <w:abstractNumId w:val="8"/>
  </w:num>
  <w:num w:numId="2" w16cid:durableId="718553050">
    <w:abstractNumId w:val="6"/>
  </w:num>
  <w:num w:numId="3" w16cid:durableId="1827166253">
    <w:abstractNumId w:val="5"/>
  </w:num>
  <w:num w:numId="4" w16cid:durableId="1269704220">
    <w:abstractNumId w:val="4"/>
  </w:num>
  <w:num w:numId="5" w16cid:durableId="629016070">
    <w:abstractNumId w:val="7"/>
  </w:num>
  <w:num w:numId="6" w16cid:durableId="311519973">
    <w:abstractNumId w:val="3"/>
  </w:num>
  <w:num w:numId="7" w16cid:durableId="1668442153">
    <w:abstractNumId w:val="2"/>
  </w:num>
  <w:num w:numId="8" w16cid:durableId="459567686">
    <w:abstractNumId w:val="1"/>
  </w:num>
  <w:num w:numId="9" w16cid:durableId="1773624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675"/>
    <w:rsid w:val="00034616"/>
    <w:rsid w:val="00056CA2"/>
    <w:rsid w:val="0006063C"/>
    <w:rsid w:val="000C2317"/>
    <w:rsid w:val="000F1A66"/>
    <w:rsid w:val="00135919"/>
    <w:rsid w:val="0015074B"/>
    <w:rsid w:val="001540CF"/>
    <w:rsid w:val="0015592F"/>
    <w:rsid w:val="001C7641"/>
    <w:rsid w:val="0020110C"/>
    <w:rsid w:val="00233508"/>
    <w:rsid w:val="0029639D"/>
    <w:rsid w:val="002A5C7C"/>
    <w:rsid w:val="00326F90"/>
    <w:rsid w:val="00336FA1"/>
    <w:rsid w:val="00341CDC"/>
    <w:rsid w:val="00357608"/>
    <w:rsid w:val="0042553D"/>
    <w:rsid w:val="0044297A"/>
    <w:rsid w:val="0048698E"/>
    <w:rsid w:val="004A349C"/>
    <w:rsid w:val="004F7B6A"/>
    <w:rsid w:val="00513EC8"/>
    <w:rsid w:val="005959EF"/>
    <w:rsid w:val="005A1AF7"/>
    <w:rsid w:val="005F5844"/>
    <w:rsid w:val="007476A2"/>
    <w:rsid w:val="0075302B"/>
    <w:rsid w:val="00772D73"/>
    <w:rsid w:val="007D53EB"/>
    <w:rsid w:val="0084692C"/>
    <w:rsid w:val="00877C60"/>
    <w:rsid w:val="008979AE"/>
    <w:rsid w:val="008E2638"/>
    <w:rsid w:val="00954AFF"/>
    <w:rsid w:val="009934C9"/>
    <w:rsid w:val="009A2E8E"/>
    <w:rsid w:val="00A46B4C"/>
    <w:rsid w:val="00A87D46"/>
    <w:rsid w:val="00AA1D8D"/>
    <w:rsid w:val="00AB1B6A"/>
    <w:rsid w:val="00B47730"/>
    <w:rsid w:val="00B760A4"/>
    <w:rsid w:val="00B80509"/>
    <w:rsid w:val="00B920FB"/>
    <w:rsid w:val="00BA0CB2"/>
    <w:rsid w:val="00BE6515"/>
    <w:rsid w:val="00C15DBC"/>
    <w:rsid w:val="00CB0664"/>
    <w:rsid w:val="00D26F8C"/>
    <w:rsid w:val="00D975BB"/>
    <w:rsid w:val="00DC4E8F"/>
    <w:rsid w:val="00E3120E"/>
    <w:rsid w:val="00E41D08"/>
    <w:rsid w:val="00F5008B"/>
    <w:rsid w:val="00F64C84"/>
    <w:rsid w:val="00FC693F"/>
    <w:rsid w:val="00FD6D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F30C79"/>
  <w14:defaultImageDpi w14:val="300"/>
  <w15:docId w15:val="{30EEE263-E913-44F0-8E92-AE5E8088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Arial" w:hAnsi="Arial"/>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61F872169EA1784A850AF6FBEC661C2B" ma:contentTypeVersion="19" ma:contentTypeDescription="Создание документа." ma:contentTypeScope="" ma:versionID="b6cc1223f4a526c7043265bffcb1091c">
  <xsd:schema xmlns:xsd="http://www.w3.org/2001/XMLSchema" xmlns:xs="http://www.w3.org/2001/XMLSchema" xmlns:p="http://schemas.microsoft.com/office/2006/metadata/properties" xmlns:ns2="6c69a0a0-9879-479b-a758-0616cad2705a" xmlns:ns3="b50eb652-19d5-4e10-aeb5-3430ff274d62" targetNamespace="http://schemas.microsoft.com/office/2006/metadata/properties" ma:root="true" ma:fieldsID="e453105d9ad2dea0a48c72bdcc05872b" ns2:_="" ns3:_="">
    <xsd:import namespace="6c69a0a0-9879-479b-a758-0616cad2705a"/>
    <xsd:import namespace="b50eb652-19d5-4e10-aeb5-3430ff274d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9a0a0-9879-479b-a758-0616cad27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Теги изображений"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eb652-19d5-4e10-aeb5-3430ff274d62" elementFormDefault="qualified">
    <xsd:import namespace="http://schemas.microsoft.com/office/2006/documentManagement/types"/>
    <xsd:import namespace="http://schemas.microsoft.com/office/infopath/2007/PartnerControls"/>
    <xsd:element name="SharedWithUsers" ma:index="1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Совместно с подробностями" ma:internalName="SharedWithDetails" ma:readOnly="true">
      <xsd:simpleType>
        <xsd:restriction base="dms:Note">
          <xsd:maxLength value="255"/>
        </xsd:restriction>
      </xsd:simpleType>
    </xsd:element>
    <xsd:element name="TaxCatchAll" ma:index="23" nillable="true" ma:displayName="Taxonomy Catch All Column" ma:hidden="true" ma:list="{a41fbe12-bcde-469e-b443-ab204b88ba28}" ma:internalName="TaxCatchAll" ma:showField="CatchAllData" ma:web="b50eb652-19d5-4e10-aeb5-3430ff274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50eb652-19d5-4e10-aeb5-3430ff274d62" xsi:nil="true"/>
    <lcf76f155ced4ddcb4097134ff3c332f xmlns="6c69a0a0-9879-479b-a758-0616cad270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10B26F1-6856-45DE-8656-1CBD952B8CC3}"/>
</file>

<file path=customXml/itemProps3.xml><?xml version="1.0" encoding="utf-8"?>
<ds:datastoreItem xmlns:ds="http://schemas.openxmlformats.org/officeDocument/2006/customXml" ds:itemID="{9F6D675C-9D47-4B08-B6D0-73BE9D39BC01}"/>
</file>

<file path=customXml/itemProps4.xml><?xml version="1.0" encoding="utf-8"?>
<ds:datastoreItem xmlns:ds="http://schemas.openxmlformats.org/officeDocument/2006/customXml" ds:itemID="{85A6E41F-CE49-41E0-95DD-9828BEE5FF5B}"/>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Иса Абдрахматов</cp:lastModifiedBy>
  <cp:revision>2</cp:revision>
  <dcterms:created xsi:type="dcterms:W3CDTF">2026-08-04T03:54:00Z</dcterms:created>
  <dcterms:modified xsi:type="dcterms:W3CDTF">2026-08-04T03:54:00Z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aec65e7e-ab5b-4b5d-9140-2718109053a2</vt:lpwstr>
  </property>
  <property fmtid="{D5CDD505-2E9C-101B-9397-08002B2CF9AE}" pid="3" name="ContentTypeId">
    <vt:lpwstr>0x01010061F872169EA1784A850AF6FBEC661C2B</vt:lpwstr>
  </property>
</Properties>
</file>