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E015" w14:textId="6338E46F" w:rsidR="00EF2D22" w:rsidRPr="00F97C2B" w:rsidRDefault="00B730AF">
      <w:pPr>
        <w:spacing w:after="80" w:line="240" w:lineRule="auto"/>
        <w:jc w:val="right"/>
      </w:pPr>
      <w:r>
        <w:rPr>
          <w:b/>
        </w:rPr>
        <w:t>Annex</w:t>
      </w:r>
      <w:r w:rsidR="003A6C31" w:rsidRPr="00F97C2B">
        <w:rPr>
          <w:b/>
        </w:rPr>
        <w:t xml:space="preserve"> 2</w:t>
      </w:r>
    </w:p>
    <w:p w14:paraId="2B366FCE" w14:textId="629855ED" w:rsidR="00EF2D22" w:rsidRPr="00F22A1D" w:rsidRDefault="00F22A1D">
      <w:pPr>
        <w:spacing w:after="80" w:line="240" w:lineRule="auto"/>
        <w:jc w:val="center"/>
      </w:pPr>
      <w:r w:rsidRPr="00F22A1D">
        <w:rPr>
          <w:b/>
          <w:color w:val="1F4E79"/>
          <w:sz w:val="28"/>
        </w:rPr>
        <w:t xml:space="preserve">APPLICATION FORM FOR IMPLEMENTATION OF A </w:t>
      </w:r>
      <w:r>
        <w:rPr>
          <w:b/>
          <w:color w:val="1F4E79"/>
          <w:sz w:val="28"/>
        </w:rPr>
        <w:t>LOW-VALUE GRANT</w:t>
      </w:r>
      <w:r w:rsidRPr="00F22A1D">
        <w:rPr>
          <w:b/>
          <w:color w:val="1F4E79"/>
          <w:sz w:val="28"/>
        </w:rPr>
        <w:t xml:space="preserve"> PROJECT</w:t>
      </w:r>
    </w:p>
    <w:p w14:paraId="626BF425" w14:textId="1797A3B9" w:rsidR="00EF2D22" w:rsidRPr="00B730AF" w:rsidRDefault="00B730AF">
      <w:pPr>
        <w:spacing w:after="80" w:line="240" w:lineRule="auto"/>
      </w:pPr>
      <w:r w:rsidRPr="00B730AF">
        <w:rPr>
          <w:i/>
          <w:color w:val="5A5A5A"/>
          <w:sz w:val="17"/>
        </w:rPr>
        <w:t xml:space="preserve">Please complete all sections of the form. The information provided must be consistent with the </w:t>
      </w:r>
      <w:r w:rsidR="00306E01">
        <w:rPr>
          <w:i/>
          <w:color w:val="5A5A5A"/>
          <w:sz w:val="17"/>
        </w:rPr>
        <w:t>Implementation Schedule</w:t>
      </w:r>
      <w:r w:rsidRPr="00B730AF">
        <w:rPr>
          <w:i/>
          <w:color w:val="5A5A5A"/>
          <w:sz w:val="17"/>
        </w:rPr>
        <w:t xml:space="preserve"> (Annex 3), </w:t>
      </w:r>
      <w:r>
        <w:rPr>
          <w:i/>
          <w:color w:val="5A5A5A"/>
          <w:sz w:val="17"/>
        </w:rPr>
        <w:t>B</w:t>
      </w:r>
      <w:r w:rsidRPr="00B730AF">
        <w:rPr>
          <w:i/>
          <w:color w:val="5A5A5A"/>
          <w:sz w:val="17"/>
        </w:rPr>
        <w:t>udget (Annex 4), and technical documentation. If a field is not applicable, please indicate “not applicable”</w:t>
      </w:r>
    </w:p>
    <w:p w14:paraId="62822620" w14:textId="7833364A" w:rsidR="00EF2D22" w:rsidRPr="00B96140" w:rsidRDefault="00FC042A">
      <w:pPr>
        <w:pStyle w:val="1"/>
        <w:spacing w:before="200" w:after="80" w:line="240" w:lineRule="auto"/>
        <w:rPr>
          <w:lang w:val="ru-RU"/>
        </w:rPr>
      </w:pPr>
      <w:r w:rsidRPr="00FC042A">
        <w:rPr>
          <w:rFonts w:ascii="Arial" w:eastAsia="Arial" w:hAnsi="Arial"/>
          <w:color w:val="1F4E79"/>
          <w:sz w:val="26"/>
        </w:rPr>
        <w:t>SECTION 1. Applicant Information</w:t>
      </w:r>
    </w:p>
    <w:tbl>
      <w:tblPr>
        <w:tblW w:w="0" w:type="auto"/>
        <w:jc w:val="center"/>
        <w:tblLayout w:type="fixed"/>
        <w:tblLook w:val="04A0" w:firstRow="1" w:lastRow="0" w:firstColumn="1" w:lastColumn="0" w:noHBand="0" w:noVBand="1"/>
      </w:tblPr>
      <w:tblGrid>
        <w:gridCol w:w="2948"/>
        <w:gridCol w:w="6236"/>
      </w:tblGrid>
      <w:tr w:rsidR="00EF2D22" w14:paraId="631DBF8A"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5FD8F0A" w14:textId="4A3C0903" w:rsidR="00EF2D22" w:rsidRDefault="007A74C0">
            <w:r w:rsidRPr="007A74C0">
              <w:rPr>
                <w:b/>
                <w:sz w:val="18"/>
              </w:rPr>
              <w:t>Organi</w:t>
            </w:r>
            <w:r>
              <w:rPr>
                <w:b/>
                <w:sz w:val="18"/>
              </w:rPr>
              <w:t>z</w:t>
            </w:r>
            <w:r w:rsidRPr="007A74C0">
              <w:rPr>
                <w:b/>
                <w:sz w:val="18"/>
              </w:rPr>
              <w:t>ation name</w:t>
            </w:r>
          </w:p>
        </w:tc>
        <w:tc>
          <w:tcPr>
            <w:tcW w:w="6236" w:type="dxa"/>
            <w:tcBorders>
              <w:top w:val="single" w:sz="6" w:space="0" w:color="A6A6A6"/>
              <w:left w:val="single" w:sz="6" w:space="0" w:color="A6A6A6"/>
              <w:bottom w:val="single" w:sz="6" w:space="0" w:color="A6A6A6"/>
              <w:right w:val="single" w:sz="6" w:space="0" w:color="A6A6A6"/>
            </w:tcBorders>
          </w:tcPr>
          <w:p w14:paraId="41590FEE" w14:textId="77777777" w:rsidR="00EF2D22" w:rsidRDefault="007A74C0">
            <w:pPr>
              <w:rPr>
                <w:i/>
                <w:color w:val="666666"/>
                <w:sz w:val="17"/>
              </w:rPr>
            </w:pPr>
            <w:r w:rsidRPr="007A74C0">
              <w:rPr>
                <w:i/>
                <w:color w:val="666666"/>
                <w:sz w:val="17"/>
              </w:rPr>
              <w:t>Full official name of the organi</w:t>
            </w:r>
            <w:r>
              <w:rPr>
                <w:i/>
                <w:color w:val="666666"/>
                <w:sz w:val="17"/>
              </w:rPr>
              <w:t>z</w:t>
            </w:r>
            <w:r w:rsidRPr="007A74C0">
              <w:rPr>
                <w:i/>
                <w:color w:val="666666"/>
                <w:sz w:val="17"/>
              </w:rPr>
              <w:t>ation</w:t>
            </w:r>
          </w:p>
          <w:p w14:paraId="56144812" w14:textId="6AEE2DCF" w:rsidR="00BA3AF1" w:rsidRDefault="00BA3AF1"/>
        </w:tc>
      </w:tr>
      <w:tr w:rsidR="00EF2D22" w:rsidRPr="007A74C0" w14:paraId="2F64F2DF"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074A0BA5" w14:textId="49B4774B" w:rsidR="00EF2D22" w:rsidRPr="007A74C0" w:rsidRDefault="007A74C0">
            <w:r w:rsidRPr="007A74C0">
              <w:rPr>
                <w:b/>
                <w:sz w:val="18"/>
              </w:rPr>
              <w:t>Registration date and registration details</w:t>
            </w:r>
          </w:p>
        </w:tc>
        <w:tc>
          <w:tcPr>
            <w:tcW w:w="6236" w:type="dxa"/>
            <w:tcBorders>
              <w:top w:val="single" w:sz="6" w:space="0" w:color="A6A6A6"/>
              <w:left w:val="single" w:sz="6" w:space="0" w:color="A6A6A6"/>
              <w:bottom w:val="single" w:sz="6" w:space="0" w:color="A6A6A6"/>
              <w:right w:val="single" w:sz="6" w:space="0" w:color="A6A6A6"/>
            </w:tcBorders>
          </w:tcPr>
          <w:p w14:paraId="711C01F3" w14:textId="77777777" w:rsidR="00EF2D22" w:rsidRDefault="007A74C0">
            <w:pPr>
              <w:rPr>
                <w:i/>
                <w:color w:val="666666"/>
                <w:sz w:val="17"/>
              </w:rPr>
            </w:pPr>
            <w:r w:rsidRPr="007A74C0">
              <w:rPr>
                <w:i/>
                <w:color w:val="666666"/>
                <w:sz w:val="17"/>
              </w:rPr>
              <w:t>Registration date, registration number, and registering authority</w:t>
            </w:r>
          </w:p>
          <w:p w14:paraId="1E0B37B6" w14:textId="4AB128C5" w:rsidR="00BA3AF1" w:rsidRPr="007A74C0" w:rsidRDefault="00BA3AF1"/>
        </w:tc>
      </w:tr>
      <w:tr w:rsidR="00EF2D22" w14:paraId="76B5CD4D"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4EC61FDD" w14:textId="06AE2960" w:rsidR="00EF2D22" w:rsidRDefault="000944D4">
            <w:r w:rsidRPr="000944D4">
              <w:rPr>
                <w:b/>
                <w:sz w:val="18"/>
              </w:rPr>
              <w:t>Legal address</w:t>
            </w:r>
          </w:p>
        </w:tc>
        <w:tc>
          <w:tcPr>
            <w:tcW w:w="6236" w:type="dxa"/>
            <w:tcBorders>
              <w:top w:val="single" w:sz="6" w:space="0" w:color="A6A6A6"/>
              <w:left w:val="single" w:sz="6" w:space="0" w:color="A6A6A6"/>
              <w:bottom w:val="single" w:sz="6" w:space="0" w:color="A6A6A6"/>
              <w:right w:val="single" w:sz="6" w:space="0" w:color="A6A6A6"/>
            </w:tcBorders>
          </w:tcPr>
          <w:p w14:paraId="0B6358A0" w14:textId="77777777" w:rsidR="00EF2D22" w:rsidRDefault="000944D4">
            <w:pPr>
              <w:rPr>
                <w:i/>
                <w:color w:val="666666"/>
                <w:sz w:val="17"/>
              </w:rPr>
            </w:pPr>
            <w:r w:rsidRPr="000944D4">
              <w:rPr>
                <w:i/>
                <w:color w:val="666666"/>
                <w:sz w:val="17"/>
              </w:rPr>
              <w:t>Provide the full legal address</w:t>
            </w:r>
          </w:p>
          <w:p w14:paraId="0FA98DE9" w14:textId="4D31EA84" w:rsidR="00BA3AF1" w:rsidRDefault="00BA3AF1"/>
        </w:tc>
      </w:tr>
      <w:tr w:rsidR="00EF2D22" w14:paraId="19AE9CB6"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79202E0" w14:textId="11E54CAF" w:rsidR="00EF2D22" w:rsidRDefault="000944D4">
            <w:r w:rsidRPr="000944D4">
              <w:rPr>
                <w:b/>
                <w:sz w:val="18"/>
              </w:rPr>
              <w:t>Contact person</w:t>
            </w:r>
          </w:p>
        </w:tc>
        <w:tc>
          <w:tcPr>
            <w:tcW w:w="6236" w:type="dxa"/>
            <w:tcBorders>
              <w:top w:val="single" w:sz="6" w:space="0" w:color="A6A6A6"/>
              <w:left w:val="single" w:sz="6" w:space="0" w:color="A6A6A6"/>
              <w:bottom w:val="single" w:sz="6" w:space="0" w:color="A6A6A6"/>
              <w:right w:val="single" w:sz="6" w:space="0" w:color="A6A6A6"/>
            </w:tcBorders>
          </w:tcPr>
          <w:p w14:paraId="5AD7AE36" w14:textId="77777777" w:rsidR="00EF2D22" w:rsidRDefault="000944D4">
            <w:pPr>
              <w:rPr>
                <w:i/>
                <w:color w:val="666666"/>
                <w:sz w:val="17"/>
              </w:rPr>
            </w:pPr>
            <w:r w:rsidRPr="000944D4">
              <w:rPr>
                <w:i/>
                <w:color w:val="666666"/>
                <w:sz w:val="17"/>
              </w:rPr>
              <w:t>Full name, position, telephone number, email address</w:t>
            </w:r>
          </w:p>
          <w:p w14:paraId="4A4D7C83" w14:textId="4F507706" w:rsidR="00BA3AF1" w:rsidRDefault="00BA3AF1"/>
        </w:tc>
      </w:tr>
      <w:tr w:rsidR="00EF2D22" w14:paraId="1F7D0E4D"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5ABEB3E7" w14:textId="3B14438D" w:rsidR="00EF2D22" w:rsidRDefault="000944D4">
            <w:r w:rsidRPr="000944D4">
              <w:rPr>
                <w:b/>
                <w:sz w:val="18"/>
              </w:rPr>
              <w:t>Head of organ</w:t>
            </w:r>
            <w:r w:rsidR="00AA11E0">
              <w:rPr>
                <w:b/>
                <w:sz w:val="18"/>
              </w:rPr>
              <w:t>iza</w:t>
            </w:r>
            <w:r w:rsidRPr="000944D4">
              <w:rPr>
                <w:b/>
                <w:sz w:val="18"/>
              </w:rPr>
              <w:t>tion</w:t>
            </w:r>
          </w:p>
        </w:tc>
        <w:tc>
          <w:tcPr>
            <w:tcW w:w="6236" w:type="dxa"/>
            <w:tcBorders>
              <w:top w:val="single" w:sz="6" w:space="0" w:color="A6A6A6"/>
              <w:left w:val="single" w:sz="6" w:space="0" w:color="A6A6A6"/>
              <w:bottom w:val="single" w:sz="6" w:space="0" w:color="A6A6A6"/>
              <w:right w:val="single" w:sz="6" w:space="0" w:color="A6A6A6"/>
            </w:tcBorders>
          </w:tcPr>
          <w:p w14:paraId="6E5904A8" w14:textId="5584F2F1" w:rsidR="00EF2D22" w:rsidRDefault="000944D4">
            <w:pPr>
              <w:rPr>
                <w:i/>
                <w:color w:val="666666"/>
                <w:sz w:val="17"/>
              </w:rPr>
            </w:pPr>
            <w:r w:rsidRPr="000944D4">
              <w:rPr>
                <w:i/>
                <w:color w:val="666666"/>
                <w:sz w:val="17"/>
              </w:rPr>
              <w:t>Full name and position of the head of the organ</w:t>
            </w:r>
            <w:r w:rsidR="00AA11E0">
              <w:rPr>
                <w:i/>
                <w:color w:val="666666"/>
                <w:sz w:val="17"/>
              </w:rPr>
              <w:t>iza</w:t>
            </w:r>
            <w:r w:rsidRPr="000944D4">
              <w:rPr>
                <w:i/>
                <w:color w:val="666666"/>
                <w:sz w:val="17"/>
              </w:rPr>
              <w:t>tion</w:t>
            </w:r>
          </w:p>
          <w:p w14:paraId="20B6CA56" w14:textId="729868F0" w:rsidR="00BA3AF1" w:rsidRDefault="00BA3AF1"/>
        </w:tc>
      </w:tr>
      <w:tr w:rsidR="00EF2D22" w:rsidRPr="00BA3AF1" w14:paraId="02D09C7B"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B9A5746" w14:textId="15B79321" w:rsidR="00EF2D22" w:rsidRDefault="00BA3AF1">
            <w:r w:rsidRPr="00BA3AF1">
              <w:rPr>
                <w:b/>
                <w:sz w:val="18"/>
              </w:rPr>
              <w:t>Bank details</w:t>
            </w:r>
          </w:p>
        </w:tc>
        <w:tc>
          <w:tcPr>
            <w:tcW w:w="6236" w:type="dxa"/>
            <w:tcBorders>
              <w:top w:val="single" w:sz="6" w:space="0" w:color="A6A6A6"/>
              <w:left w:val="single" w:sz="6" w:space="0" w:color="A6A6A6"/>
              <w:bottom w:val="single" w:sz="6" w:space="0" w:color="A6A6A6"/>
              <w:right w:val="single" w:sz="6" w:space="0" w:color="A6A6A6"/>
            </w:tcBorders>
          </w:tcPr>
          <w:p w14:paraId="77F0A9C5" w14:textId="77777777" w:rsidR="00EF2D22" w:rsidRDefault="00BA3AF1">
            <w:pPr>
              <w:rPr>
                <w:i/>
                <w:color w:val="666666"/>
                <w:sz w:val="17"/>
              </w:rPr>
            </w:pPr>
            <w:r w:rsidRPr="00BA3AF1">
              <w:rPr>
                <w:i/>
                <w:color w:val="666666"/>
                <w:sz w:val="17"/>
              </w:rPr>
              <w:t>Bank name, account number, BIC/MFO, tax identification number (TIN), and other required details</w:t>
            </w:r>
          </w:p>
          <w:p w14:paraId="455FAF30" w14:textId="60EC6B48" w:rsidR="00BA3AF1" w:rsidRPr="00BA3AF1" w:rsidRDefault="00BA3AF1"/>
        </w:tc>
      </w:tr>
      <w:tr w:rsidR="00EF2D22" w:rsidRPr="00BA3AF1" w14:paraId="2C4157B9"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80FDE92" w14:textId="1D6D0A8B" w:rsidR="00EF2D22" w:rsidRDefault="00BA3AF1">
            <w:r w:rsidRPr="00BA3AF1">
              <w:rPr>
                <w:b/>
                <w:sz w:val="18"/>
              </w:rPr>
              <w:t>Brief information about the organ</w:t>
            </w:r>
            <w:r w:rsidR="00AA11E0">
              <w:rPr>
                <w:b/>
                <w:sz w:val="18"/>
              </w:rPr>
              <w:t>iza</w:t>
            </w:r>
            <w:r w:rsidRPr="00BA3AF1">
              <w:rPr>
                <w:b/>
                <w:sz w:val="18"/>
              </w:rPr>
              <w:t>tion</w:t>
            </w:r>
          </w:p>
        </w:tc>
        <w:tc>
          <w:tcPr>
            <w:tcW w:w="6236" w:type="dxa"/>
            <w:tcBorders>
              <w:top w:val="single" w:sz="6" w:space="0" w:color="A6A6A6"/>
              <w:left w:val="single" w:sz="6" w:space="0" w:color="A6A6A6"/>
              <w:bottom w:val="single" w:sz="6" w:space="0" w:color="A6A6A6"/>
              <w:right w:val="single" w:sz="6" w:space="0" w:color="A6A6A6"/>
            </w:tcBorders>
          </w:tcPr>
          <w:p w14:paraId="35E6DDD7" w14:textId="77777777" w:rsidR="00EF2D22" w:rsidRDefault="00BA3AF1">
            <w:pPr>
              <w:rPr>
                <w:i/>
                <w:color w:val="666666"/>
                <w:sz w:val="17"/>
              </w:rPr>
            </w:pPr>
            <w:r w:rsidRPr="00BA3AF1">
              <w:rPr>
                <w:i/>
                <w:color w:val="666666"/>
                <w:sz w:val="17"/>
              </w:rPr>
              <w:t>Mission, key areas of work, experience in community development, infrastructure, environmental protection, disaster risk reduction, or related areas</w:t>
            </w:r>
          </w:p>
          <w:p w14:paraId="3CD7576A" w14:textId="7BFDB1A9" w:rsidR="00BA3AF1" w:rsidRPr="00BA3AF1" w:rsidRDefault="00BA3AF1"/>
        </w:tc>
      </w:tr>
    </w:tbl>
    <w:p w14:paraId="61CF225B" w14:textId="75B926C1" w:rsidR="00EF2D22" w:rsidRDefault="00D12DCB">
      <w:pPr>
        <w:pStyle w:val="1"/>
        <w:spacing w:before="200" w:after="80" w:line="240" w:lineRule="auto"/>
      </w:pPr>
      <w:r w:rsidRPr="00D12DCB">
        <w:rPr>
          <w:rFonts w:ascii="Arial" w:eastAsia="Arial" w:hAnsi="Arial"/>
          <w:color w:val="1F4E79"/>
          <w:sz w:val="26"/>
        </w:rPr>
        <w:t>SECTION 2. Project Information</w:t>
      </w:r>
    </w:p>
    <w:tbl>
      <w:tblPr>
        <w:tblW w:w="0" w:type="auto"/>
        <w:jc w:val="center"/>
        <w:tblLayout w:type="fixed"/>
        <w:tblLook w:val="04A0" w:firstRow="1" w:lastRow="0" w:firstColumn="1" w:lastColumn="0" w:noHBand="0" w:noVBand="1"/>
      </w:tblPr>
      <w:tblGrid>
        <w:gridCol w:w="2948"/>
        <w:gridCol w:w="6236"/>
      </w:tblGrid>
      <w:tr w:rsidR="00EF2D22" w14:paraId="337C7CEF"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6265E834" w14:textId="135D0BEE" w:rsidR="00EF2D22" w:rsidRDefault="00D12DCB">
            <w:r w:rsidRPr="00D12DCB">
              <w:rPr>
                <w:b/>
                <w:sz w:val="18"/>
              </w:rPr>
              <w:t>Project title</w:t>
            </w:r>
          </w:p>
        </w:tc>
        <w:tc>
          <w:tcPr>
            <w:tcW w:w="6236" w:type="dxa"/>
            <w:tcBorders>
              <w:top w:val="single" w:sz="6" w:space="0" w:color="A6A6A6"/>
              <w:left w:val="single" w:sz="6" w:space="0" w:color="A6A6A6"/>
              <w:bottom w:val="single" w:sz="6" w:space="0" w:color="A6A6A6"/>
              <w:right w:val="single" w:sz="6" w:space="0" w:color="A6A6A6"/>
            </w:tcBorders>
          </w:tcPr>
          <w:p w14:paraId="1C95A235" w14:textId="4BBA4669" w:rsidR="00EF2D22" w:rsidRDefault="00D12DCB">
            <w:r w:rsidRPr="00D12DCB">
              <w:rPr>
                <w:i/>
                <w:color w:val="666666"/>
                <w:sz w:val="17"/>
              </w:rPr>
              <w:t>Project title from Annex 1</w:t>
            </w:r>
          </w:p>
        </w:tc>
      </w:tr>
      <w:tr w:rsidR="00EF2D22" w14:paraId="454A1197"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49D1A0B5" w14:textId="1A54B5D2" w:rsidR="00EF2D22" w:rsidRDefault="00FA6CE2">
            <w:r w:rsidRPr="00FA6CE2">
              <w:rPr>
                <w:b/>
                <w:sz w:val="18"/>
              </w:rPr>
              <w:t>Call lot / thematic area</w:t>
            </w:r>
          </w:p>
        </w:tc>
        <w:tc>
          <w:tcPr>
            <w:tcW w:w="6236" w:type="dxa"/>
            <w:tcBorders>
              <w:top w:val="single" w:sz="6" w:space="0" w:color="A6A6A6"/>
              <w:left w:val="single" w:sz="6" w:space="0" w:color="A6A6A6"/>
              <w:bottom w:val="single" w:sz="6" w:space="0" w:color="A6A6A6"/>
              <w:right w:val="single" w:sz="6" w:space="0" w:color="A6A6A6"/>
            </w:tcBorders>
          </w:tcPr>
          <w:p w14:paraId="08A6796A" w14:textId="0B5381F4" w:rsidR="00FA6CE2" w:rsidRDefault="003A6C31">
            <w:pPr>
              <w:rPr>
                <w:sz w:val="18"/>
              </w:rPr>
            </w:pPr>
            <w:r w:rsidRPr="00FA6CE2">
              <w:rPr>
                <w:sz w:val="18"/>
              </w:rPr>
              <w:t xml:space="preserve">☐ </w:t>
            </w:r>
            <w:r w:rsidR="00FA6CE2" w:rsidRPr="00FA6CE2">
              <w:rPr>
                <w:sz w:val="18"/>
              </w:rPr>
              <w:t>Lot 1. Improv</w:t>
            </w:r>
            <w:r w:rsidR="002061C0">
              <w:rPr>
                <w:sz w:val="18"/>
              </w:rPr>
              <w:t>ing water-use p</w:t>
            </w:r>
            <w:r w:rsidR="00FA6CE2" w:rsidRPr="00FA6CE2">
              <w:rPr>
                <w:sz w:val="18"/>
              </w:rPr>
              <w:t>ractices</w:t>
            </w:r>
          </w:p>
          <w:p w14:paraId="5DC0D182" w14:textId="50294D20" w:rsidR="00EF2D22" w:rsidRPr="00FA6CE2" w:rsidRDefault="003A6C31">
            <w:r w:rsidRPr="00FA6CE2">
              <w:rPr>
                <w:sz w:val="18"/>
              </w:rPr>
              <w:t xml:space="preserve">☐ </w:t>
            </w:r>
            <w:r w:rsidR="00FA6CE2" w:rsidRPr="00FA6CE2">
              <w:rPr>
                <w:sz w:val="18"/>
              </w:rPr>
              <w:t xml:space="preserve">Lot 2. </w:t>
            </w:r>
            <w:r w:rsidR="00524A03" w:rsidRPr="00524A03">
              <w:rPr>
                <w:sz w:val="18"/>
              </w:rPr>
              <w:t>Nature-based solutions and development of urban green infrastructure</w:t>
            </w:r>
          </w:p>
          <w:p w14:paraId="4932565F" w14:textId="6F1F98A9" w:rsidR="00EF2D22" w:rsidRPr="00FA6CE2" w:rsidRDefault="003A6C31">
            <w:r w:rsidRPr="00FA6CE2">
              <w:rPr>
                <w:sz w:val="18"/>
              </w:rPr>
              <w:t xml:space="preserve">☐ </w:t>
            </w:r>
            <w:r w:rsidR="00FA6CE2" w:rsidRPr="00FA6CE2">
              <w:rPr>
                <w:sz w:val="18"/>
              </w:rPr>
              <w:t xml:space="preserve">Lot 3. </w:t>
            </w:r>
            <w:r w:rsidR="00601CD9" w:rsidRPr="00601CD9">
              <w:rPr>
                <w:sz w:val="18"/>
              </w:rPr>
              <w:t>Energy-efficient solutions for social and urban infrastructure facilities</w:t>
            </w:r>
          </w:p>
          <w:p w14:paraId="2B2854CD" w14:textId="45CF113F" w:rsidR="00EF2D22" w:rsidRDefault="003A6C31">
            <w:r>
              <w:rPr>
                <w:sz w:val="18"/>
              </w:rPr>
              <w:t xml:space="preserve">☐ </w:t>
            </w:r>
            <w:r w:rsidR="00FA6CE2" w:rsidRPr="00FA6CE2">
              <w:rPr>
                <w:sz w:val="18"/>
              </w:rPr>
              <w:t>Combined solution</w:t>
            </w:r>
          </w:p>
        </w:tc>
      </w:tr>
      <w:tr w:rsidR="00EF2D22" w:rsidRPr="002E1241" w14:paraId="148AFCF8"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4591B4E2" w14:textId="3D7B95C0" w:rsidR="00EF2D22" w:rsidRDefault="002E1241">
            <w:r w:rsidRPr="002E1241">
              <w:rPr>
                <w:b/>
                <w:sz w:val="18"/>
              </w:rPr>
              <w:t>Project facility / area</w:t>
            </w:r>
          </w:p>
        </w:tc>
        <w:tc>
          <w:tcPr>
            <w:tcW w:w="6236" w:type="dxa"/>
            <w:tcBorders>
              <w:top w:val="single" w:sz="6" w:space="0" w:color="A6A6A6"/>
              <w:left w:val="single" w:sz="6" w:space="0" w:color="A6A6A6"/>
              <w:bottom w:val="single" w:sz="6" w:space="0" w:color="A6A6A6"/>
              <w:right w:val="single" w:sz="6" w:space="0" w:color="A6A6A6"/>
            </w:tcBorders>
          </w:tcPr>
          <w:p w14:paraId="2BA26BB7" w14:textId="77777777" w:rsidR="00EF2D22" w:rsidRDefault="002E1241">
            <w:pPr>
              <w:rPr>
                <w:i/>
                <w:color w:val="666666"/>
                <w:sz w:val="17"/>
              </w:rPr>
            </w:pPr>
            <w:r w:rsidRPr="002E1241">
              <w:rPr>
                <w:i/>
                <w:color w:val="666666"/>
                <w:sz w:val="17"/>
              </w:rPr>
              <w:t>Specify the facility or area from Annex 1, including address/district/micro-area</w:t>
            </w:r>
          </w:p>
          <w:p w14:paraId="507471E6" w14:textId="77777777" w:rsidR="002E1241" w:rsidRDefault="002E1241"/>
          <w:p w14:paraId="5135B5C4" w14:textId="42CF063E" w:rsidR="002E1241" w:rsidRPr="002E1241" w:rsidRDefault="002E1241"/>
        </w:tc>
      </w:tr>
      <w:tr w:rsidR="00EF2D22" w:rsidRPr="002E1241" w14:paraId="21C5AE12"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31764A0" w14:textId="4F4C8357" w:rsidR="00EF2D22" w:rsidRDefault="002E1241">
            <w:r w:rsidRPr="002E1241">
              <w:rPr>
                <w:b/>
                <w:sz w:val="18"/>
              </w:rPr>
              <w:lastRenderedPageBreak/>
              <w:t>Owner or entity responsible for the facility</w:t>
            </w:r>
          </w:p>
        </w:tc>
        <w:tc>
          <w:tcPr>
            <w:tcW w:w="6236" w:type="dxa"/>
            <w:tcBorders>
              <w:top w:val="single" w:sz="6" w:space="0" w:color="A6A6A6"/>
              <w:left w:val="single" w:sz="6" w:space="0" w:color="A6A6A6"/>
              <w:bottom w:val="single" w:sz="6" w:space="0" w:color="A6A6A6"/>
              <w:right w:val="single" w:sz="6" w:space="0" w:color="A6A6A6"/>
            </w:tcBorders>
          </w:tcPr>
          <w:p w14:paraId="4AD03820" w14:textId="3DD56E0B" w:rsidR="00EF2D22" w:rsidRDefault="002E1241">
            <w:pPr>
              <w:rPr>
                <w:i/>
                <w:color w:val="666666"/>
                <w:sz w:val="17"/>
              </w:rPr>
            </w:pPr>
            <w:r w:rsidRPr="002E1241">
              <w:rPr>
                <w:i/>
                <w:color w:val="666666"/>
                <w:sz w:val="17"/>
              </w:rPr>
              <w:t>Specify the organ</w:t>
            </w:r>
            <w:r w:rsidR="00AA11E0">
              <w:rPr>
                <w:i/>
                <w:color w:val="666666"/>
                <w:sz w:val="17"/>
              </w:rPr>
              <w:t>iza</w:t>
            </w:r>
            <w:r w:rsidRPr="002E1241">
              <w:rPr>
                <w:i/>
                <w:color w:val="666666"/>
                <w:sz w:val="17"/>
              </w:rPr>
              <w:t>tion/service responsible for the facility or on whose balance sheet the facility is registered</w:t>
            </w:r>
          </w:p>
          <w:p w14:paraId="6BEDEDB8" w14:textId="08A37FAB" w:rsidR="002E1241" w:rsidRPr="002E1241" w:rsidRDefault="002E1241"/>
        </w:tc>
      </w:tr>
      <w:tr w:rsidR="00EF2D22" w:rsidRPr="000D3B96" w14:paraId="77E7C953"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7B3B6B1" w14:textId="4E7049F0" w:rsidR="00EF2D22" w:rsidRDefault="000D3B96">
            <w:r w:rsidRPr="000D3B96">
              <w:rPr>
                <w:b/>
                <w:sz w:val="18"/>
              </w:rPr>
              <w:t>Implementation partners</w:t>
            </w:r>
          </w:p>
        </w:tc>
        <w:tc>
          <w:tcPr>
            <w:tcW w:w="6236" w:type="dxa"/>
            <w:tcBorders>
              <w:top w:val="single" w:sz="6" w:space="0" w:color="A6A6A6"/>
              <w:left w:val="single" w:sz="6" w:space="0" w:color="A6A6A6"/>
              <w:bottom w:val="single" w:sz="6" w:space="0" w:color="A6A6A6"/>
              <w:right w:val="single" w:sz="6" w:space="0" w:color="A6A6A6"/>
            </w:tcBorders>
          </w:tcPr>
          <w:p w14:paraId="17F58AFD" w14:textId="45203AEB" w:rsidR="00EF2D22" w:rsidRDefault="000D3B96">
            <w:pPr>
              <w:rPr>
                <w:i/>
                <w:color w:val="666666"/>
                <w:sz w:val="17"/>
              </w:rPr>
            </w:pPr>
            <w:r w:rsidRPr="000D3B96">
              <w:rPr>
                <w:i/>
                <w:color w:val="666666"/>
                <w:sz w:val="17"/>
              </w:rPr>
              <w:t>Specify project partners and their roles, including the municipality, municipal services, local communities, or relevant organ</w:t>
            </w:r>
            <w:r w:rsidR="00AA11E0">
              <w:rPr>
                <w:i/>
                <w:color w:val="666666"/>
                <w:sz w:val="17"/>
              </w:rPr>
              <w:t>iza</w:t>
            </w:r>
            <w:r w:rsidRPr="000D3B96">
              <w:rPr>
                <w:i/>
                <w:color w:val="666666"/>
                <w:sz w:val="17"/>
              </w:rPr>
              <w:t>tions</w:t>
            </w:r>
          </w:p>
          <w:p w14:paraId="1BFDEFDE" w14:textId="5E228920" w:rsidR="000D3B96" w:rsidRPr="000D3B96" w:rsidRDefault="000D3B96"/>
        </w:tc>
      </w:tr>
      <w:tr w:rsidR="00EF2D22" w:rsidRPr="00A846D3" w14:paraId="0D9C1F0A"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2236AE8" w14:textId="239D3E9A" w:rsidR="00EF2D22" w:rsidRDefault="00A846D3">
            <w:r w:rsidRPr="00A846D3">
              <w:rPr>
                <w:b/>
                <w:sz w:val="18"/>
              </w:rPr>
              <w:t>Implementation period</w:t>
            </w:r>
          </w:p>
        </w:tc>
        <w:tc>
          <w:tcPr>
            <w:tcW w:w="6236" w:type="dxa"/>
            <w:tcBorders>
              <w:top w:val="single" w:sz="6" w:space="0" w:color="A6A6A6"/>
              <w:left w:val="single" w:sz="6" w:space="0" w:color="A6A6A6"/>
              <w:bottom w:val="single" w:sz="6" w:space="0" w:color="A6A6A6"/>
              <w:right w:val="single" w:sz="6" w:space="0" w:color="A6A6A6"/>
            </w:tcBorders>
          </w:tcPr>
          <w:p w14:paraId="2A8E7E2C" w14:textId="77777777" w:rsidR="00EF2D22" w:rsidRDefault="00A846D3">
            <w:pPr>
              <w:rPr>
                <w:i/>
                <w:color w:val="666666"/>
                <w:sz w:val="17"/>
              </w:rPr>
            </w:pPr>
            <w:r w:rsidRPr="00A846D3">
              <w:rPr>
                <w:i/>
                <w:color w:val="666666"/>
                <w:sz w:val="17"/>
              </w:rPr>
              <w:t>Specify the expected start and completion dates. The project implementation period shall not exceed 10 months after signing the grant agreement.</w:t>
            </w:r>
          </w:p>
          <w:p w14:paraId="7FD79C82" w14:textId="3775DD0E" w:rsidR="00A846D3" w:rsidRPr="00A846D3" w:rsidRDefault="00A846D3"/>
        </w:tc>
      </w:tr>
    </w:tbl>
    <w:p w14:paraId="395F8731" w14:textId="2BF6CDA8" w:rsidR="00EF2D22" w:rsidRPr="00A846D3" w:rsidRDefault="00A846D3">
      <w:pPr>
        <w:pStyle w:val="1"/>
        <w:spacing w:before="200" w:after="80" w:line="240" w:lineRule="auto"/>
      </w:pPr>
      <w:r w:rsidRPr="00A846D3">
        <w:rPr>
          <w:rFonts w:ascii="Arial" w:eastAsia="Arial" w:hAnsi="Arial"/>
          <w:color w:val="1F4E79"/>
          <w:sz w:val="26"/>
        </w:rPr>
        <w:t>SECTION 3. Problem Statement and Project Justification</w:t>
      </w:r>
    </w:p>
    <w:tbl>
      <w:tblPr>
        <w:tblW w:w="0" w:type="auto"/>
        <w:jc w:val="center"/>
        <w:tblLayout w:type="fixed"/>
        <w:tblLook w:val="04A0" w:firstRow="1" w:lastRow="0" w:firstColumn="1" w:lastColumn="0" w:noHBand="0" w:noVBand="1"/>
      </w:tblPr>
      <w:tblGrid>
        <w:gridCol w:w="2948"/>
        <w:gridCol w:w="6236"/>
      </w:tblGrid>
      <w:tr w:rsidR="00EF2D22" w:rsidRPr="00B96140" w14:paraId="353735CF"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20D2445C" w14:textId="02CF2A29" w:rsidR="00EF2D22" w:rsidRDefault="00601CD9">
            <w:r w:rsidRPr="00601CD9">
              <w:rPr>
                <w:b/>
                <w:sz w:val="18"/>
              </w:rPr>
              <w:t>What problem will the project address?</w:t>
            </w:r>
          </w:p>
        </w:tc>
        <w:tc>
          <w:tcPr>
            <w:tcW w:w="6236" w:type="dxa"/>
            <w:tcBorders>
              <w:top w:val="single" w:sz="6" w:space="0" w:color="A6A6A6"/>
              <w:left w:val="single" w:sz="6" w:space="0" w:color="A6A6A6"/>
              <w:bottom w:val="single" w:sz="6" w:space="0" w:color="A6A6A6"/>
              <w:right w:val="single" w:sz="6" w:space="0" w:color="A6A6A6"/>
            </w:tcBorders>
          </w:tcPr>
          <w:p w14:paraId="3CAC487F" w14:textId="77777777" w:rsidR="00EF2D22" w:rsidRDefault="00601CD9">
            <w:pPr>
              <w:rPr>
                <w:i/>
                <w:color w:val="666666"/>
                <w:sz w:val="17"/>
              </w:rPr>
            </w:pPr>
            <w:r w:rsidRPr="00601CD9">
              <w:rPr>
                <w:i/>
                <w:color w:val="666666"/>
                <w:sz w:val="17"/>
              </w:rPr>
              <w:t xml:space="preserve">Briefly describe the problem, its scale, causes, and consequences for residents of Osh </w:t>
            </w:r>
            <w:r>
              <w:rPr>
                <w:i/>
                <w:color w:val="666666"/>
                <w:sz w:val="17"/>
              </w:rPr>
              <w:t>C</w:t>
            </w:r>
            <w:r w:rsidRPr="00601CD9">
              <w:rPr>
                <w:i/>
                <w:color w:val="666666"/>
                <w:sz w:val="17"/>
              </w:rPr>
              <w:t xml:space="preserve">ity or the specific area/facility. Where possible, provide facts, data, photographic evidence, and assessment findings. </w:t>
            </w:r>
          </w:p>
          <w:p w14:paraId="3AA58F81" w14:textId="77777777" w:rsidR="00601CD9" w:rsidRDefault="00601CD9">
            <w:pPr>
              <w:rPr>
                <w:i/>
                <w:color w:val="666666"/>
                <w:sz w:val="17"/>
              </w:rPr>
            </w:pPr>
          </w:p>
          <w:p w14:paraId="359E5828" w14:textId="77777777" w:rsidR="00601CD9" w:rsidRDefault="00601CD9">
            <w:pPr>
              <w:rPr>
                <w:i/>
                <w:color w:val="666666"/>
                <w:sz w:val="17"/>
              </w:rPr>
            </w:pPr>
          </w:p>
          <w:p w14:paraId="682D843E" w14:textId="5A149445" w:rsidR="00601CD9" w:rsidRPr="00601CD9" w:rsidRDefault="00601CD9"/>
        </w:tc>
      </w:tr>
      <w:tr w:rsidR="00EF2D22" w14:paraId="1C683366"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221826A2" w14:textId="39B7EC84" w:rsidR="00EF2D22" w:rsidRPr="00B713F6" w:rsidRDefault="00B713F6">
            <w:r w:rsidRPr="00B713F6">
              <w:rPr>
                <w:b/>
                <w:sz w:val="18"/>
              </w:rPr>
              <w:t>Linkages to climate and natural hazards</w:t>
            </w:r>
          </w:p>
        </w:tc>
        <w:tc>
          <w:tcPr>
            <w:tcW w:w="6236" w:type="dxa"/>
            <w:tcBorders>
              <w:top w:val="single" w:sz="6" w:space="0" w:color="A6A6A6"/>
              <w:left w:val="single" w:sz="6" w:space="0" w:color="A6A6A6"/>
              <w:bottom w:val="single" w:sz="6" w:space="0" w:color="A6A6A6"/>
              <w:right w:val="single" w:sz="6" w:space="0" w:color="A6A6A6"/>
            </w:tcBorders>
          </w:tcPr>
          <w:p w14:paraId="6C177D1A" w14:textId="73D2710C" w:rsidR="00EF2D22" w:rsidRPr="00B713F6" w:rsidRDefault="003A6C31">
            <w:r w:rsidRPr="00B713F6">
              <w:rPr>
                <w:sz w:val="18"/>
              </w:rPr>
              <w:t xml:space="preserve">☐ </w:t>
            </w:r>
            <w:r w:rsidR="00B713F6" w:rsidRPr="00B713F6">
              <w:rPr>
                <w:sz w:val="18"/>
              </w:rPr>
              <w:t>drought / water scarcity</w:t>
            </w:r>
          </w:p>
          <w:p w14:paraId="5C273DA3" w14:textId="619257D0" w:rsidR="00EF2D22" w:rsidRPr="00B713F6" w:rsidRDefault="003A6C31">
            <w:r w:rsidRPr="00B713F6">
              <w:rPr>
                <w:sz w:val="18"/>
              </w:rPr>
              <w:t xml:space="preserve">☐ </w:t>
            </w:r>
            <w:r w:rsidR="00B713F6" w:rsidRPr="00B713F6">
              <w:rPr>
                <w:sz w:val="18"/>
              </w:rPr>
              <w:t>extreme heat</w:t>
            </w:r>
          </w:p>
          <w:p w14:paraId="1AB7262F" w14:textId="4E6329D5" w:rsidR="00B713F6" w:rsidRPr="004D5A78" w:rsidRDefault="003A6C31">
            <w:pPr>
              <w:rPr>
                <w:sz w:val="18"/>
              </w:rPr>
            </w:pPr>
            <w:r w:rsidRPr="004D5A78">
              <w:rPr>
                <w:sz w:val="18"/>
              </w:rPr>
              <w:t xml:space="preserve">☐ </w:t>
            </w:r>
            <w:r w:rsidR="00B713F6" w:rsidRPr="00B713F6">
              <w:rPr>
                <w:sz w:val="18"/>
              </w:rPr>
              <w:t>flooding</w:t>
            </w:r>
            <w:r w:rsidR="00B713F6" w:rsidRPr="004D5A78">
              <w:rPr>
                <w:sz w:val="18"/>
              </w:rPr>
              <w:t xml:space="preserve"> / </w:t>
            </w:r>
            <w:r w:rsidR="00B713F6">
              <w:rPr>
                <w:sz w:val="18"/>
              </w:rPr>
              <w:t>flash</w:t>
            </w:r>
            <w:r w:rsidR="00B713F6" w:rsidRPr="004D5A78">
              <w:rPr>
                <w:sz w:val="18"/>
              </w:rPr>
              <w:t xml:space="preserve"> </w:t>
            </w:r>
            <w:r w:rsidR="00B713F6">
              <w:rPr>
                <w:sz w:val="18"/>
              </w:rPr>
              <w:t>floods</w:t>
            </w:r>
          </w:p>
          <w:p w14:paraId="592BF607" w14:textId="52611F5F" w:rsidR="00EF2D22" w:rsidRPr="004D5A78" w:rsidRDefault="003A6C31">
            <w:r w:rsidRPr="004D5A78">
              <w:rPr>
                <w:sz w:val="18"/>
              </w:rPr>
              <w:t xml:space="preserve">☐ </w:t>
            </w:r>
            <w:r w:rsidR="004D5A78" w:rsidRPr="004D5A78">
              <w:rPr>
                <w:sz w:val="18"/>
              </w:rPr>
              <w:t>mudflow processes</w:t>
            </w:r>
          </w:p>
          <w:p w14:paraId="5EC397CC" w14:textId="77777777" w:rsidR="004D5A78" w:rsidRDefault="003A6C31">
            <w:pPr>
              <w:rPr>
                <w:sz w:val="18"/>
              </w:rPr>
            </w:pPr>
            <w:r w:rsidRPr="004D5A78">
              <w:rPr>
                <w:sz w:val="18"/>
              </w:rPr>
              <w:t xml:space="preserve">☐ </w:t>
            </w:r>
            <w:r w:rsidR="004D5A78" w:rsidRPr="004D5A78">
              <w:rPr>
                <w:sz w:val="18"/>
              </w:rPr>
              <w:t xml:space="preserve">degradation of urban or green infrastructure </w:t>
            </w:r>
          </w:p>
          <w:p w14:paraId="04315577" w14:textId="6EEF46A4" w:rsidR="00EF2D22" w:rsidRDefault="003A6C31">
            <w:r>
              <w:rPr>
                <w:sz w:val="18"/>
              </w:rPr>
              <w:t xml:space="preserve">☐ </w:t>
            </w:r>
            <w:r w:rsidR="004D5A78">
              <w:rPr>
                <w:sz w:val="18"/>
              </w:rPr>
              <w:t>e</w:t>
            </w:r>
            <w:r w:rsidR="004D5A78" w:rsidRPr="004D5A78">
              <w:rPr>
                <w:sz w:val="18"/>
              </w:rPr>
              <w:t>nergy demand / power supply disruptions</w:t>
            </w:r>
          </w:p>
          <w:p w14:paraId="73A858EB" w14:textId="2716D89F" w:rsidR="00EF2D22" w:rsidRDefault="003A6C31">
            <w:r>
              <w:rPr>
                <w:sz w:val="18"/>
              </w:rPr>
              <w:t xml:space="preserve">☐ </w:t>
            </w:r>
            <w:r w:rsidR="004D5A78">
              <w:rPr>
                <w:sz w:val="18"/>
              </w:rPr>
              <w:t>other</w:t>
            </w:r>
            <w:r>
              <w:rPr>
                <w:sz w:val="18"/>
              </w:rPr>
              <w:t>: ____________________</w:t>
            </w:r>
          </w:p>
        </w:tc>
      </w:tr>
      <w:tr w:rsidR="00EF2D22" w:rsidRPr="00D57FD8" w14:paraId="4F4AF70F"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648885A0" w14:textId="3CCE5C26" w:rsidR="00EF2D22" w:rsidRDefault="00D57FD8">
            <w:r w:rsidRPr="00D57FD8">
              <w:rPr>
                <w:b/>
                <w:sz w:val="18"/>
              </w:rPr>
              <w:t>Project objective</w:t>
            </w:r>
          </w:p>
        </w:tc>
        <w:tc>
          <w:tcPr>
            <w:tcW w:w="6236" w:type="dxa"/>
            <w:tcBorders>
              <w:top w:val="single" w:sz="6" w:space="0" w:color="A6A6A6"/>
              <w:left w:val="single" w:sz="6" w:space="0" w:color="A6A6A6"/>
              <w:bottom w:val="single" w:sz="6" w:space="0" w:color="A6A6A6"/>
              <w:right w:val="single" w:sz="6" w:space="0" w:color="A6A6A6"/>
            </w:tcBorders>
          </w:tcPr>
          <w:p w14:paraId="0D79AA96" w14:textId="77777777" w:rsidR="00EF2D22" w:rsidRDefault="00D57FD8">
            <w:pPr>
              <w:rPr>
                <w:i/>
                <w:color w:val="666666"/>
                <w:sz w:val="17"/>
              </w:rPr>
            </w:pPr>
            <w:r w:rsidRPr="00D57FD8">
              <w:rPr>
                <w:i/>
                <w:color w:val="666666"/>
                <w:sz w:val="17"/>
              </w:rPr>
              <w:t xml:space="preserve">Formulate one main project objective. The objective should be specific and achievable within the grant implementation period. </w:t>
            </w:r>
          </w:p>
          <w:p w14:paraId="6EE0558B" w14:textId="77777777" w:rsidR="00D57FD8" w:rsidRDefault="00D57FD8">
            <w:pPr>
              <w:rPr>
                <w:i/>
                <w:color w:val="666666"/>
                <w:sz w:val="17"/>
              </w:rPr>
            </w:pPr>
          </w:p>
          <w:p w14:paraId="190AD2F0" w14:textId="023463C2" w:rsidR="00D57FD8" w:rsidRPr="00D57FD8" w:rsidRDefault="00D57FD8"/>
        </w:tc>
      </w:tr>
      <w:tr w:rsidR="00EF2D22" w:rsidRPr="00D57FD8" w14:paraId="5BD2BCC8"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09F4EB4B" w14:textId="127FF81D" w:rsidR="00EF2D22" w:rsidRDefault="00D57FD8">
            <w:r w:rsidRPr="00D57FD8">
              <w:rPr>
                <w:b/>
                <w:sz w:val="18"/>
              </w:rPr>
              <w:t>Brief project description</w:t>
            </w:r>
          </w:p>
        </w:tc>
        <w:tc>
          <w:tcPr>
            <w:tcW w:w="6236" w:type="dxa"/>
            <w:tcBorders>
              <w:top w:val="single" w:sz="6" w:space="0" w:color="A6A6A6"/>
              <w:left w:val="single" w:sz="6" w:space="0" w:color="A6A6A6"/>
              <w:bottom w:val="single" w:sz="6" w:space="0" w:color="A6A6A6"/>
              <w:right w:val="single" w:sz="6" w:space="0" w:color="A6A6A6"/>
            </w:tcBorders>
          </w:tcPr>
          <w:p w14:paraId="3D6EE8A7" w14:textId="77777777" w:rsidR="00EF2D22" w:rsidRDefault="00D57FD8">
            <w:pPr>
              <w:rPr>
                <w:i/>
                <w:color w:val="666666"/>
                <w:sz w:val="17"/>
              </w:rPr>
            </w:pPr>
            <w:r w:rsidRPr="00D57FD8">
              <w:rPr>
                <w:i/>
                <w:color w:val="666666"/>
                <w:sz w:val="17"/>
              </w:rPr>
              <w:t xml:space="preserve">Briefly describe what will be done, where, for whom, and what practical result will be achieved. </w:t>
            </w:r>
          </w:p>
          <w:p w14:paraId="4BAFDE36" w14:textId="77777777" w:rsidR="00D57FD8" w:rsidRDefault="00D57FD8">
            <w:pPr>
              <w:rPr>
                <w:i/>
                <w:color w:val="666666"/>
                <w:sz w:val="17"/>
              </w:rPr>
            </w:pPr>
          </w:p>
          <w:p w14:paraId="71E3078A" w14:textId="77777777" w:rsidR="00D57FD8" w:rsidRDefault="00D57FD8">
            <w:pPr>
              <w:rPr>
                <w:i/>
                <w:color w:val="666666"/>
                <w:sz w:val="17"/>
              </w:rPr>
            </w:pPr>
          </w:p>
          <w:p w14:paraId="47DBF1A9" w14:textId="07ACAC56" w:rsidR="00D57FD8" w:rsidRPr="00D57FD8" w:rsidRDefault="00D57FD8"/>
        </w:tc>
      </w:tr>
      <w:tr w:rsidR="00EF2D22" w:rsidRPr="00352290" w14:paraId="44A5945C"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EA11D12" w14:textId="0D2520CB" w:rsidR="00EF2D22" w:rsidRDefault="00D57FD8">
            <w:r w:rsidRPr="00D57FD8">
              <w:rPr>
                <w:b/>
                <w:sz w:val="18"/>
              </w:rPr>
              <w:lastRenderedPageBreak/>
              <w:t xml:space="preserve">Alignment with Osh </w:t>
            </w:r>
            <w:r>
              <w:rPr>
                <w:b/>
                <w:sz w:val="18"/>
              </w:rPr>
              <w:t>C</w:t>
            </w:r>
            <w:r w:rsidRPr="00D57FD8">
              <w:rPr>
                <w:b/>
                <w:sz w:val="18"/>
              </w:rPr>
              <w:t>ity priorities</w:t>
            </w:r>
          </w:p>
        </w:tc>
        <w:tc>
          <w:tcPr>
            <w:tcW w:w="6236" w:type="dxa"/>
            <w:tcBorders>
              <w:top w:val="single" w:sz="6" w:space="0" w:color="A6A6A6"/>
              <w:left w:val="single" w:sz="6" w:space="0" w:color="A6A6A6"/>
              <w:bottom w:val="single" w:sz="6" w:space="0" w:color="A6A6A6"/>
              <w:right w:val="single" w:sz="6" w:space="0" w:color="A6A6A6"/>
            </w:tcBorders>
          </w:tcPr>
          <w:p w14:paraId="0E142767" w14:textId="77777777" w:rsidR="00511D76" w:rsidRDefault="00511D76">
            <w:pPr>
              <w:rPr>
                <w:i/>
                <w:color w:val="666666"/>
                <w:sz w:val="17"/>
              </w:rPr>
            </w:pPr>
            <w:r w:rsidRPr="00511D76">
              <w:rPr>
                <w:i/>
                <w:color w:val="666666"/>
                <w:sz w:val="17"/>
              </w:rPr>
              <w:t xml:space="preserve">Specify how the project is linked to the Action Plan on Disaster Risk Reduction and Climate Change Adaptation for 2026–2030, the Osh City Socio-Economic Development Programme (SEDP), or other city priorities. </w:t>
            </w:r>
          </w:p>
          <w:p w14:paraId="026065AC" w14:textId="77777777" w:rsidR="00EF2D22" w:rsidRDefault="00EF2D22">
            <w:pPr>
              <w:rPr>
                <w:i/>
                <w:color w:val="666666"/>
                <w:sz w:val="17"/>
              </w:rPr>
            </w:pPr>
          </w:p>
          <w:p w14:paraId="3DEB8F31" w14:textId="77777777" w:rsidR="00511D76" w:rsidRPr="00511D76" w:rsidRDefault="00511D76"/>
          <w:p w14:paraId="4729183A" w14:textId="77777777" w:rsidR="00EF2D22" w:rsidRPr="00F97C2B" w:rsidRDefault="00EF2D22"/>
          <w:p w14:paraId="0E935160" w14:textId="77777777" w:rsidR="00EF2D22" w:rsidRPr="00F97C2B" w:rsidRDefault="00EF2D22"/>
        </w:tc>
      </w:tr>
    </w:tbl>
    <w:p w14:paraId="1F396803" w14:textId="21C21444" w:rsidR="00EF2D22" w:rsidRPr="00511D76" w:rsidRDefault="00511D76">
      <w:pPr>
        <w:pStyle w:val="1"/>
        <w:spacing w:before="200" w:after="80" w:line="240" w:lineRule="auto"/>
      </w:pPr>
      <w:r w:rsidRPr="00511D76">
        <w:rPr>
          <w:rFonts w:ascii="Arial" w:eastAsia="Arial" w:hAnsi="Arial"/>
          <w:color w:val="1F4E79"/>
          <w:sz w:val="26"/>
        </w:rPr>
        <w:t>SECTION 4. Project Technical Solution (Key Section)</w:t>
      </w:r>
    </w:p>
    <w:p w14:paraId="785805B7" w14:textId="37A1985D" w:rsidR="00EF2D22" w:rsidRPr="009C2521" w:rsidRDefault="009C2521">
      <w:pPr>
        <w:spacing w:after="80" w:line="240" w:lineRule="auto"/>
      </w:pPr>
      <w:r w:rsidRPr="009C2521">
        <w:rPr>
          <w:i/>
          <w:color w:val="5A5A5A"/>
          <w:sz w:val="17"/>
        </w:rPr>
        <w:t>This section is critical for the assessment of the application. The technical solution must be clear, realistic, linked to a specific facility, and supported by relevant documentation.</w:t>
      </w:r>
    </w:p>
    <w:tbl>
      <w:tblPr>
        <w:tblW w:w="0" w:type="auto"/>
        <w:jc w:val="center"/>
        <w:tblLayout w:type="fixed"/>
        <w:tblLook w:val="04A0" w:firstRow="1" w:lastRow="0" w:firstColumn="1" w:lastColumn="0" w:noHBand="0" w:noVBand="1"/>
      </w:tblPr>
      <w:tblGrid>
        <w:gridCol w:w="2948"/>
        <w:gridCol w:w="6236"/>
      </w:tblGrid>
      <w:tr w:rsidR="00EF2D22" w:rsidRPr="0048505A" w14:paraId="4323EFC9"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
              <w:gridCol w:w="2081"/>
            </w:tblGrid>
            <w:tr w:rsidR="0048505A" w:rsidRPr="0048505A" w14:paraId="68924AEF" w14:textId="77777777">
              <w:trPr>
                <w:tblCellSpacing w:w="15" w:type="dxa"/>
              </w:trPr>
              <w:tc>
                <w:tcPr>
                  <w:tcW w:w="524" w:type="dxa"/>
                  <w:vAlign w:val="center"/>
                  <w:hideMark/>
                </w:tcPr>
                <w:p w14:paraId="60058EB7" w14:textId="77777777" w:rsidR="0048505A" w:rsidRPr="0048505A" w:rsidRDefault="0048505A" w:rsidP="0048505A">
                  <w:pPr>
                    <w:rPr>
                      <w:b/>
                      <w:sz w:val="18"/>
                      <w:lang w:val="ru-RU"/>
                    </w:rPr>
                  </w:pPr>
                  <w:r w:rsidRPr="0048505A">
                    <w:rPr>
                      <w:b/>
                      <w:sz w:val="18"/>
                      <w:lang w:val="ru-RU"/>
                    </w:rPr>
                    <w:t>Field</w:t>
                  </w:r>
                </w:p>
              </w:tc>
              <w:tc>
                <w:tcPr>
                  <w:tcW w:w="2036" w:type="dxa"/>
                  <w:vAlign w:val="center"/>
                  <w:hideMark/>
                </w:tcPr>
                <w:p w14:paraId="5040FF63" w14:textId="77777777" w:rsidR="0048505A" w:rsidRPr="0048505A" w:rsidRDefault="0048505A" w:rsidP="0048505A">
                  <w:pPr>
                    <w:rPr>
                      <w:b/>
                      <w:sz w:val="18"/>
                      <w:lang w:val="ru-RU"/>
                    </w:rPr>
                  </w:pPr>
                  <w:r w:rsidRPr="0048505A">
                    <w:rPr>
                      <w:b/>
                      <w:sz w:val="18"/>
                      <w:lang w:val="ru-RU"/>
                    </w:rPr>
                    <w:t>Information required</w:t>
                  </w:r>
                </w:p>
              </w:tc>
            </w:tr>
          </w:tbl>
          <w:p w14:paraId="4F51A816" w14:textId="77777777" w:rsidR="0048505A" w:rsidRPr="0048505A" w:rsidRDefault="0048505A" w:rsidP="0048505A">
            <w:pPr>
              <w:rPr>
                <w:b/>
                <w:vanish/>
                <w:sz w:val="18"/>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70"/>
            </w:tblGrid>
            <w:tr w:rsidR="0048505A" w:rsidRPr="0048505A" w14:paraId="3F36E455" w14:textId="77777777">
              <w:trPr>
                <w:tblCellSpacing w:w="15" w:type="dxa"/>
              </w:trPr>
              <w:tc>
                <w:tcPr>
                  <w:tcW w:w="3710" w:type="dxa"/>
                  <w:vAlign w:val="center"/>
                  <w:hideMark/>
                </w:tcPr>
                <w:p w14:paraId="0AAA381A" w14:textId="77777777" w:rsidR="0048505A" w:rsidRPr="0048505A" w:rsidRDefault="0048505A" w:rsidP="0048505A">
                  <w:pPr>
                    <w:rPr>
                      <w:b/>
                      <w:sz w:val="18"/>
                    </w:rPr>
                  </w:pPr>
                  <w:r w:rsidRPr="0048505A">
                    <w:rPr>
                      <w:b/>
                      <w:bCs/>
                      <w:sz w:val="18"/>
                    </w:rPr>
                    <w:t>Description of the technical solution</w:t>
                  </w:r>
                </w:p>
              </w:tc>
            </w:tr>
          </w:tbl>
          <w:p w14:paraId="63E03A62" w14:textId="10928503" w:rsidR="00EF2D22" w:rsidRDefault="00EF2D22"/>
        </w:tc>
        <w:tc>
          <w:tcPr>
            <w:tcW w:w="6236" w:type="dxa"/>
            <w:tcBorders>
              <w:top w:val="single" w:sz="6" w:space="0" w:color="A6A6A6"/>
              <w:left w:val="single" w:sz="6" w:space="0" w:color="A6A6A6"/>
              <w:bottom w:val="single" w:sz="6" w:space="0" w:color="A6A6A6"/>
              <w:right w:val="single" w:sz="6" w:space="0" w:color="A6A6A6"/>
            </w:tcBorders>
          </w:tcPr>
          <w:p w14:paraId="6AD70797" w14:textId="77777777" w:rsidR="00EF2D22" w:rsidRDefault="0048505A">
            <w:pPr>
              <w:rPr>
                <w:i/>
                <w:color w:val="666666"/>
                <w:sz w:val="17"/>
              </w:rPr>
            </w:pPr>
            <w:r w:rsidRPr="0048505A">
              <w:rPr>
                <w:i/>
                <w:color w:val="666666"/>
                <w:sz w:val="17"/>
              </w:rPr>
              <w:t xml:space="preserve">Describe what exactly will be constructed, rehabilitated, installed, purchased, or introduced. Specify the main types of works, quantities, equipment/materials, and the expected technical outcome. </w:t>
            </w:r>
          </w:p>
          <w:p w14:paraId="1CC94E7E" w14:textId="77777777" w:rsidR="0048505A" w:rsidRDefault="0048505A">
            <w:pPr>
              <w:rPr>
                <w:i/>
                <w:color w:val="666666"/>
                <w:sz w:val="17"/>
              </w:rPr>
            </w:pPr>
          </w:p>
          <w:p w14:paraId="11B917C2" w14:textId="77777777" w:rsidR="0048505A" w:rsidRDefault="0048505A">
            <w:pPr>
              <w:rPr>
                <w:i/>
                <w:color w:val="666666"/>
                <w:sz w:val="17"/>
              </w:rPr>
            </w:pPr>
          </w:p>
          <w:p w14:paraId="6925DD10" w14:textId="77777777" w:rsidR="0048505A" w:rsidRDefault="0048505A">
            <w:pPr>
              <w:rPr>
                <w:i/>
                <w:color w:val="666666"/>
                <w:sz w:val="17"/>
              </w:rPr>
            </w:pPr>
          </w:p>
          <w:p w14:paraId="1EF7BAC4" w14:textId="77777777" w:rsidR="0048505A" w:rsidRDefault="0048505A">
            <w:pPr>
              <w:rPr>
                <w:i/>
                <w:color w:val="666666"/>
                <w:sz w:val="17"/>
              </w:rPr>
            </w:pPr>
          </w:p>
          <w:p w14:paraId="340DEBF4" w14:textId="77777777" w:rsidR="0048505A" w:rsidRDefault="0048505A">
            <w:pPr>
              <w:rPr>
                <w:i/>
                <w:color w:val="666666"/>
                <w:sz w:val="17"/>
              </w:rPr>
            </w:pPr>
          </w:p>
          <w:p w14:paraId="3012250B" w14:textId="214EF1D5" w:rsidR="0048505A" w:rsidRPr="0048505A" w:rsidRDefault="0048505A"/>
        </w:tc>
      </w:tr>
      <w:tr w:rsidR="00EF2D22" w:rsidRPr="00692808" w14:paraId="7669BE36"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54B2D539" w14:textId="114FBA96" w:rsidR="00EF2D22" w:rsidRDefault="0048505A">
            <w:r w:rsidRPr="0048505A">
              <w:rPr>
                <w:b/>
                <w:sz w:val="18"/>
              </w:rPr>
              <w:t>Source of the technical solution</w:t>
            </w:r>
          </w:p>
        </w:tc>
        <w:tc>
          <w:tcPr>
            <w:tcW w:w="6236" w:type="dxa"/>
            <w:tcBorders>
              <w:top w:val="single" w:sz="6" w:space="0" w:color="A6A6A6"/>
              <w:left w:val="single" w:sz="6" w:space="0" w:color="A6A6A6"/>
              <w:bottom w:val="single" w:sz="6" w:space="0" w:color="A6A6A6"/>
              <w:right w:val="single" w:sz="6" w:space="0" w:color="A6A6A6"/>
            </w:tcBorders>
          </w:tcPr>
          <w:p w14:paraId="143DBCF2" w14:textId="474AF177" w:rsidR="00EF2D22" w:rsidRPr="0048505A" w:rsidRDefault="003A6C31">
            <w:r w:rsidRPr="0048505A">
              <w:rPr>
                <w:sz w:val="18"/>
              </w:rPr>
              <w:t xml:space="preserve">☐ </w:t>
            </w:r>
            <w:r w:rsidR="0048505A" w:rsidRPr="0048505A">
              <w:rPr>
                <w:sz w:val="18"/>
              </w:rPr>
              <w:t>Osh City Mayor’s Office</w:t>
            </w:r>
          </w:p>
          <w:p w14:paraId="1F864065" w14:textId="20A16D65" w:rsidR="00EF2D22" w:rsidRPr="0048505A" w:rsidRDefault="003A6C31">
            <w:r w:rsidRPr="0048505A">
              <w:rPr>
                <w:sz w:val="18"/>
              </w:rPr>
              <w:t xml:space="preserve">☐ </w:t>
            </w:r>
            <w:r w:rsidR="0048505A">
              <w:rPr>
                <w:sz w:val="18"/>
              </w:rPr>
              <w:t>municipal services</w:t>
            </w:r>
          </w:p>
          <w:p w14:paraId="7C612A2B" w14:textId="367566FE" w:rsidR="00EF2D22" w:rsidRPr="00703C92" w:rsidRDefault="003A6C31">
            <w:r w:rsidRPr="00703C92">
              <w:rPr>
                <w:sz w:val="18"/>
              </w:rPr>
              <w:t xml:space="preserve">☐ </w:t>
            </w:r>
            <w:r w:rsidR="00703C92" w:rsidRPr="00703C92">
              <w:rPr>
                <w:sz w:val="18"/>
              </w:rPr>
              <w:t>Ministry of Emergency Situations of the Kyrgyz Republic (MES KR)</w:t>
            </w:r>
          </w:p>
          <w:p w14:paraId="369BBEC4" w14:textId="204D95FC" w:rsidR="00EF2D22" w:rsidRPr="00703C92" w:rsidRDefault="003A6C31">
            <w:r w:rsidRPr="00703C92">
              <w:rPr>
                <w:sz w:val="18"/>
              </w:rPr>
              <w:t xml:space="preserve">☐ </w:t>
            </w:r>
            <w:r w:rsidR="00703C92" w:rsidRPr="00703C92">
              <w:rPr>
                <w:sz w:val="18"/>
              </w:rPr>
              <w:t>speciali</w:t>
            </w:r>
            <w:r w:rsidR="009548CD">
              <w:rPr>
                <w:sz w:val="18"/>
              </w:rPr>
              <w:t>z</w:t>
            </w:r>
            <w:r w:rsidR="00703C92" w:rsidRPr="00703C92">
              <w:rPr>
                <w:sz w:val="18"/>
              </w:rPr>
              <w:t>ed technical organ</w:t>
            </w:r>
            <w:r w:rsidR="00AA11E0">
              <w:rPr>
                <w:sz w:val="18"/>
              </w:rPr>
              <w:t>iza</w:t>
            </w:r>
            <w:r w:rsidR="00703C92" w:rsidRPr="00703C92">
              <w:rPr>
                <w:sz w:val="18"/>
              </w:rPr>
              <w:t>tion</w:t>
            </w:r>
          </w:p>
          <w:p w14:paraId="0FF22485" w14:textId="031692BF" w:rsidR="00EF2D22" w:rsidRPr="00703C92" w:rsidRDefault="003A6C31">
            <w:r w:rsidRPr="00703C92">
              <w:rPr>
                <w:sz w:val="18"/>
              </w:rPr>
              <w:t xml:space="preserve">☐ </w:t>
            </w:r>
            <w:r w:rsidR="00703C92" w:rsidRPr="00703C92">
              <w:rPr>
                <w:sz w:val="18"/>
              </w:rPr>
              <w:t>developed by the applicant with involvement of a specialist</w:t>
            </w:r>
          </w:p>
          <w:p w14:paraId="576FC873" w14:textId="1D73EBE0" w:rsidR="00EF2D22" w:rsidRPr="00692808" w:rsidRDefault="003A6C31">
            <w:pPr>
              <w:rPr>
                <w:lang w:val="ru-RU"/>
              </w:rPr>
            </w:pPr>
            <w:r w:rsidRPr="00692808">
              <w:rPr>
                <w:sz w:val="18"/>
                <w:lang w:val="ru-RU"/>
              </w:rPr>
              <w:t xml:space="preserve">☐ </w:t>
            </w:r>
            <w:r w:rsidR="00703C92">
              <w:rPr>
                <w:sz w:val="18"/>
              </w:rPr>
              <w:t>other</w:t>
            </w:r>
            <w:r w:rsidRPr="00692808">
              <w:rPr>
                <w:sz w:val="18"/>
                <w:lang w:val="ru-RU"/>
              </w:rPr>
              <w:t>: ____________________</w:t>
            </w:r>
          </w:p>
        </w:tc>
      </w:tr>
      <w:tr w:rsidR="00EF2D22" w14:paraId="386A6AA4"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51B32709" w14:textId="78C13BE5" w:rsidR="00EF2D22" w:rsidRDefault="00EC523D">
            <w:r w:rsidRPr="00EC523D">
              <w:rPr>
                <w:b/>
                <w:sz w:val="18"/>
              </w:rPr>
              <w:t>Project readiness</w:t>
            </w:r>
          </w:p>
        </w:tc>
        <w:tc>
          <w:tcPr>
            <w:tcW w:w="6236" w:type="dxa"/>
            <w:tcBorders>
              <w:top w:val="single" w:sz="6" w:space="0" w:color="A6A6A6"/>
              <w:left w:val="single" w:sz="6" w:space="0" w:color="A6A6A6"/>
              <w:bottom w:val="single" w:sz="6" w:space="0" w:color="A6A6A6"/>
              <w:right w:val="single" w:sz="6" w:space="0" w:color="A6A6A6"/>
            </w:tcBorders>
          </w:tcPr>
          <w:p w14:paraId="0E03A10E" w14:textId="33545C5F" w:rsidR="00EF2D22" w:rsidRPr="00D6232B" w:rsidRDefault="003A6C31">
            <w:r w:rsidRPr="00D6232B">
              <w:rPr>
                <w:sz w:val="18"/>
              </w:rPr>
              <w:t xml:space="preserve">☐ </w:t>
            </w:r>
            <w:r w:rsidR="008D6585" w:rsidRPr="008D6585">
              <w:rPr>
                <w:sz w:val="18"/>
              </w:rPr>
              <w:t>fully ready for implementation</w:t>
            </w:r>
          </w:p>
          <w:p w14:paraId="3C463D6D" w14:textId="6BCF87DF" w:rsidR="00EF2D22" w:rsidRPr="00D6232B" w:rsidRDefault="003A6C31">
            <w:r w:rsidRPr="00D6232B">
              <w:rPr>
                <w:sz w:val="18"/>
              </w:rPr>
              <w:t xml:space="preserve">☐ </w:t>
            </w:r>
            <w:r w:rsidR="00D6232B" w:rsidRPr="00D6232B">
              <w:rPr>
                <w:sz w:val="18"/>
              </w:rPr>
              <w:t>requires minor technical adjustments</w:t>
            </w:r>
          </w:p>
          <w:p w14:paraId="6DAF3FEF" w14:textId="0859DA6F" w:rsidR="00EF2D22" w:rsidRPr="00D6232B" w:rsidRDefault="003A6C31">
            <w:r w:rsidRPr="00D6232B">
              <w:rPr>
                <w:sz w:val="18"/>
              </w:rPr>
              <w:t xml:space="preserve">☐ </w:t>
            </w:r>
            <w:r w:rsidR="00D6232B" w:rsidRPr="00D6232B">
              <w:rPr>
                <w:sz w:val="18"/>
              </w:rPr>
              <w:t>requires clarification of the cost estimate or scope of works</w:t>
            </w:r>
          </w:p>
          <w:p w14:paraId="77349CA5" w14:textId="3A203E40" w:rsidR="00EF2D22" w:rsidRDefault="003A6C31">
            <w:r>
              <w:rPr>
                <w:sz w:val="18"/>
              </w:rPr>
              <w:t xml:space="preserve">☐ </w:t>
            </w:r>
            <w:r w:rsidR="00D6232B">
              <w:rPr>
                <w:sz w:val="18"/>
              </w:rPr>
              <w:t>other</w:t>
            </w:r>
            <w:r>
              <w:rPr>
                <w:sz w:val="18"/>
              </w:rPr>
              <w:t>: ____________________</w:t>
            </w:r>
          </w:p>
        </w:tc>
      </w:tr>
      <w:tr w:rsidR="00EF2D22" w14:paraId="7283A1B8"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6589E36D" w14:textId="552E509E" w:rsidR="00EF2D22" w:rsidRDefault="00D6232B">
            <w:r w:rsidRPr="00D6232B">
              <w:rPr>
                <w:b/>
                <w:sz w:val="18"/>
              </w:rPr>
              <w:t>Supporting technical documents</w:t>
            </w:r>
          </w:p>
        </w:tc>
        <w:tc>
          <w:tcPr>
            <w:tcW w:w="6236" w:type="dxa"/>
            <w:tcBorders>
              <w:top w:val="single" w:sz="6" w:space="0" w:color="A6A6A6"/>
              <w:left w:val="single" w:sz="6" w:space="0" w:color="A6A6A6"/>
              <w:bottom w:val="single" w:sz="6" w:space="0" w:color="A6A6A6"/>
              <w:right w:val="single" w:sz="6" w:space="0" w:color="A6A6A6"/>
            </w:tcBorders>
          </w:tcPr>
          <w:p w14:paraId="30B65861" w14:textId="4464E7DE" w:rsidR="00EF2D22" w:rsidRPr="00D6232B" w:rsidRDefault="003A6C31">
            <w:r w:rsidRPr="00D6232B">
              <w:rPr>
                <w:sz w:val="18"/>
              </w:rPr>
              <w:t xml:space="preserve">☐ </w:t>
            </w:r>
            <w:r w:rsidR="00D6232B" w:rsidRPr="00D6232B">
              <w:rPr>
                <w:sz w:val="18"/>
              </w:rPr>
              <w:t>design and estimate documentation (DED)</w:t>
            </w:r>
          </w:p>
          <w:p w14:paraId="5E696052" w14:textId="6438C8A0" w:rsidR="00EF2D22" w:rsidRPr="00CC7F59" w:rsidRDefault="003A6C31">
            <w:r w:rsidRPr="00CC7F59">
              <w:rPr>
                <w:sz w:val="18"/>
              </w:rPr>
              <w:lastRenderedPageBreak/>
              <w:t xml:space="preserve">☐ </w:t>
            </w:r>
            <w:r w:rsidR="00D6232B" w:rsidRPr="00D6232B">
              <w:rPr>
                <w:sz w:val="18"/>
              </w:rPr>
              <w:t>preliminary cost estimate</w:t>
            </w:r>
          </w:p>
          <w:p w14:paraId="0BA116E3" w14:textId="44B4998E" w:rsidR="00EF2D22" w:rsidRPr="00CC7F59" w:rsidRDefault="003A6C31">
            <w:r w:rsidRPr="00CC7F59">
              <w:rPr>
                <w:sz w:val="18"/>
              </w:rPr>
              <w:t xml:space="preserve">☐ </w:t>
            </w:r>
            <w:r w:rsidR="00CC7F59" w:rsidRPr="00CC7F59">
              <w:rPr>
                <w:sz w:val="18"/>
              </w:rPr>
              <w:t>bill of quantities (BoQ)</w:t>
            </w:r>
          </w:p>
          <w:p w14:paraId="65BD912F" w14:textId="08A51AE0" w:rsidR="00EF2D22" w:rsidRPr="00CC7F59" w:rsidRDefault="003A6C31">
            <w:r w:rsidRPr="00CC7F59">
              <w:rPr>
                <w:sz w:val="18"/>
              </w:rPr>
              <w:t xml:space="preserve">☐ </w:t>
            </w:r>
            <w:r w:rsidR="00CC7F59" w:rsidRPr="00CC7F59">
              <w:rPr>
                <w:sz w:val="18"/>
              </w:rPr>
              <w:t>technical scheme / drawing / site plan</w:t>
            </w:r>
          </w:p>
          <w:p w14:paraId="347799DB" w14:textId="66E7B565" w:rsidR="00EF2D22" w:rsidRPr="00CC7F59" w:rsidRDefault="003A6C31">
            <w:r w:rsidRPr="00CC7F59">
              <w:rPr>
                <w:sz w:val="18"/>
              </w:rPr>
              <w:t xml:space="preserve">☐ </w:t>
            </w:r>
            <w:r w:rsidR="00CC7F59" w:rsidRPr="00CC7F59">
              <w:rPr>
                <w:sz w:val="18"/>
              </w:rPr>
              <w:t>engineering assessment / inspection report</w:t>
            </w:r>
          </w:p>
          <w:p w14:paraId="6B5641F8" w14:textId="0BE15E16" w:rsidR="00EF2D22" w:rsidRPr="00CC7F59" w:rsidRDefault="003A6C31">
            <w:r w:rsidRPr="00CC7F59">
              <w:rPr>
                <w:sz w:val="18"/>
              </w:rPr>
              <w:t xml:space="preserve">☐ </w:t>
            </w:r>
            <w:r w:rsidR="00CC7F59" w:rsidRPr="00CC7F59">
              <w:rPr>
                <w:sz w:val="18"/>
              </w:rPr>
              <w:t>letter of support / approval from the owner or entity responsible for the facility</w:t>
            </w:r>
          </w:p>
          <w:p w14:paraId="672DB802" w14:textId="41BE70C0" w:rsidR="00EF2D22" w:rsidRPr="00CC7F59" w:rsidRDefault="003A6C31">
            <w:r w:rsidRPr="00CC7F59">
              <w:rPr>
                <w:sz w:val="18"/>
              </w:rPr>
              <w:t xml:space="preserve">☐ </w:t>
            </w:r>
            <w:r w:rsidR="00CC7F59" w:rsidRPr="00CC7F59">
              <w:rPr>
                <w:sz w:val="18"/>
              </w:rPr>
              <w:t>price lists / commercial quotations for equipment or materials</w:t>
            </w:r>
          </w:p>
          <w:p w14:paraId="5FF91ABD" w14:textId="07EB4512" w:rsidR="00EF2D22" w:rsidRDefault="003A6C31">
            <w:r>
              <w:rPr>
                <w:sz w:val="18"/>
              </w:rPr>
              <w:t xml:space="preserve">☐ </w:t>
            </w:r>
            <w:r w:rsidR="00CC7F59">
              <w:rPr>
                <w:sz w:val="18"/>
              </w:rPr>
              <w:t>Other</w:t>
            </w:r>
            <w:r>
              <w:rPr>
                <w:sz w:val="18"/>
              </w:rPr>
              <w:t>: ____________________</w:t>
            </w:r>
          </w:p>
        </w:tc>
      </w:tr>
      <w:tr w:rsidR="00EF2D22" w:rsidRPr="00352290" w14:paraId="5712A0C1"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EE0009C" w14:textId="3F4A96DF" w:rsidR="00EF2D22" w:rsidRDefault="00BC1E88">
            <w:r w:rsidRPr="00BC1E88">
              <w:rPr>
                <w:b/>
                <w:sz w:val="18"/>
              </w:rPr>
              <w:lastRenderedPageBreak/>
              <w:t>Technical specialist / engineer</w:t>
            </w:r>
          </w:p>
        </w:tc>
        <w:tc>
          <w:tcPr>
            <w:tcW w:w="6236" w:type="dxa"/>
            <w:tcBorders>
              <w:top w:val="single" w:sz="6" w:space="0" w:color="A6A6A6"/>
              <w:left w:val="single" w:sz="6" w:space="0" w:color="A6A6A6"/>
              <w:bottom w:val="single" w:sz="6" w:space="0" w:color="A6A6A6"/>
              <w:right w:val="single" w:sz="6" w:space="0" w:color="A6A6A6"/>
            </w:tcBorders>
          </w:tcPr>
          <w:p w14:paraId="59FCA909" w14:textId="77777777" w:rsidR="00EF2D22" w:rsidRDefault="00BC1E88">
            <w:pPr>
              <w:rPr>
                <w:i/>
                <w:color w:val="666666"/>
                <w:sz w:val="17"/>
              </w:rPr>
            </w:pPr>
            <w:r w:rsidRPr="00BC1E88">
              <w:rPr>
                <w:i/>
                <w:color w:val="666666"/>
                <w:sz w:val="17"/>
              </w:rPr>
              <w:t>Specify full name, professional qualification, role in the project, and work experience. Attach a CV and documents confirming qualifications, if available.</w:t>
            </w:r>
            <w:r w:rsidRPr="00BC1E88">
              <w:rPr>
                <w:i/>
                <w:color w:val="666666"/>
                <w:sz w:val="17"/>
                <w:lang w:val="ru-RU"/>
              </w:rPr>
              <w:t xml:space="preserve"> </w:t>
            </w:r>
          </w:p>
          <w:p w14:paraId="5394E8F6" w14:textId="77777777" w:rsidR="00BC1E88" w:rsidRDefault="00BC1E88">
            <w:pPr>
              <w:rPr>
                <w:i/>
                <w:color w:val="666666"/>
                <w:sz w:val="17"/>
              </w:rPr>
            </w:pPr>
          </w:p>
          <w:p w14:paraId="0640D1C1" w14:textId="77777777" w:rsidR="00BC1E88" w:rsidRDefault="00BC1E88">
            <w:pPr>
              <w:rPr>
                <w:i/>
                <w:color w:val="666666"/>
                <w:sz w:val="17"/>
              </w:rPr>
            </w:pPr>
          </w:p>
          <w:p w14:paraId="71153EAF" w14:textId="25D6B433" w:rsidR="00BC1E88" w:rsidRPr="00BC1E88" w:rsidRDefault="00BC1E88"/>
        </w:tc>
      </w:tr>
    </w:tbl>
    <w:p w14:paraId="00ADFC96" w14:textId="25A7D33A" w:rsidR="00EF2D22" w:rsidRPr="00BC1E88" w:rsidRDefault="00BC1E88">
      <w:pPr>
        <w:pStyle w:val="1"/>
        <w:spacing w:before="200" w:after="80" w:line="240" w:lineRule="auto"/>
      </w:pPr>
      <w:r w:rsidRPr="00BC1E88">
        <w:rPr>
          <w:rFonts w:ascii="Arial" w:eastAsia="Arial" w:hAnsi="Arial"/>
          <w:color w:val="1F4E79"/>
          <w:sz w:val="26"/>
        </w:rPr>
        <w:t>SECTION 5. Project Team and Applicant Experience</w:t>
      </w:r>
    </w:p>
    <w:p w14:paraId="2DBFAC42" w14:textId="64F48EBD" w:rsidR="00EF2D22" w:rsidRPr="00F35B09" w:rsidRDefault="00F35B09">
      <w:pPr>
        <w:spacing w:after="80" w:line="240" w:lineRule="auto"/>
      </w:pPr>
      <w:r w:rsidRPr="00F35B09">
        <w:rPr>
          <w:i/>
          <w:color w:val="5A5A5A"/>
          <w:sz w:val="17"/>
        </w:rPr>
        <w:t>Please include only key staff members and specialists who will be directly involved in the implementation of the grant project.</w:t>
      </w:r>
    </w:p>
    <w:tbl>
      <w:tblPr>
        <w:tblW w:w="0" w:type="auto"/>
        <w:jc w:val="center"/>
        <w:tblLook w:val="04A0" w:firstRow="1" w:lastRow="0" w:firstColumn="1" w:lastColumn="0" w:noHBand="0" w:noVBand="1"/>
      </w:tblPr>
      <w:tblGrid>
        <w:gridCol w:w="2037"/>
        <w:gridCol w:w="2038"/>
        <w:gridCol w:w="2039"/>
        <w:gridCol w:w="2038"/>
        <w:gridCol w:w="2038"/>
      </w:tblGrid>
      <w:tr w:rsidR="00EF2D22" w14:paraId="26197874" w14:textId="77777777" w:rsidTr="00AF4AF0">
        <w:trPr>
          <w:jc w:val="center"/>
        </w:trPr>
        <w:tc>
          <w:tcPr>
            <w:tcW w:w="2037" w:type="dxa"/>
            <w:tcBorders>
              <w:top w:val="single" w:sz="6" w:space="0" w:color="A6A6A6"/>
              <w:left w:val="single" w:sz="6" w:space="0" w:color="A6A6A6"/>
              <w:bottom w:val="single" w:sz="6" w:space="0" w:color="A6A6A6"/>
              <w:right w:val="single" w:sz="6" w:space="0" w:color="A6A6A6"/>
            </w:tcBorders>
            <w:shd w:val="clear" w:color="auto" w:fill="1F4E79"/>
          </w:tcPr>
          <w:p w14:paraId="2D40286F" w14:textId="0A01EDA6" w:rsidR="00EF2D22" w:rsidRDefault="00F35B09">
            <w:pPr>
              <w:jc w:val="center"/>
            </w:pPr>
            <w:r>
              <w:rPr>
                <w:b/>
                <w:color w:val="FFFFFF"/>
                <w:sz w:val="17"/>
              </w:rPr>
              <w:t>Full name</w:t>
            </w:r>
          </w:p>
        </w:tc>
        <w:tc>
          <w:tcPr>
            <w:tcW w:w="2038" w:type="dxa"/>
            <w:tcBorders>
              <w:top w:val="single" w:sz="6" w:space="0" w:color="A6A6A6"/>
              <w:left w:val="single" w:sz="6" w:space="0" w:color="A6A6A6"/>
              <w:bottom w:val="single" w:sz="6" w:space="0" w:color="A6A6A6"/>
              <w:right w:val="single" w:sz="6" w:space="0" w:color="A6A6A6"/>
            </w:tcBorders>
            <w:shd w:val="clear" w:color="auto" w:fill="1F4E79"/>
          </w:tcPr>
          <w:p w14:paraId="115C021B" w14:textId="102B7174" w:rsidR="00EF2D22" w:rsidRDefault="00F35B09">
            <w:pPr>
              <w:jc w:val="center"/>
            </w:pPr>
            <w:r w:rsidRPr="00F35B09">
              <w:rPr>
                <w:b/>
                <w:color w:val="FFFFFF"/>
                <w:sz w:val="17"/>
              </w:rPr>
              <w:t>Position / role in the project</w:t>
            </w:r>
          </w:p>
        </w:tc>
        <w:tc>
          <w:tcPr>
            <w:tcW w:w="2039" w:type="dxa"/>
            <w:tcBorders>
              <w:top w:val="single" w:sz="6" w:space="0" w:color="A6A6A6"/>
              <w:left w:val="single" w:sz="6" w:space="0" w:color="A6A6A6"/>
              <w:bottom w:val="single" w:sz="6" w:space="0" w:color="A6A6A6"/>
              <w:right w:val="single" w:sz="6" w:space="0" w:color="A6A6A6"/>
            </w:tcBorders>
            <w:shd w:val="clear" w:color="auto" w:fill="1F4E79"/>
          </w:tcPr>
          <w:p w14:paraId="11C9847D" w14:textId="3D105A77" w:rsidR="00EF2D22" w:rsidRDefault="00F35B09">
            <w:pPr>
              <w:jc w:val="center"/>
            </w:pPr>
            <w:r w:rsidRPr="00F35B09">
              <w:rPr>
                <w:b/>
                <w:color w:val="FFFFFF"/>
                <w:sz w:val="17"/>
              </w:rPr>
              <w:t>Qualification / area of expertise</w:t>
            </w:r>
          </w:p>
        </w:tc>
        <w:tc>
          <w:tcPr>
            <w:tcW w:w="2038" w:type="dxa"/>
            <w:tcBorders>
              <w:top w:val="single" w:sz="6" w:space="0" w:color="A6A6A6"/>
              <w:left w:val="single" w:sz="6" w:space="0" w:color="A6A6A6"/>
              <w:bottom w:val="single" w:sz="6" w:space="0" w:color="A6A6A6"/>
              <w:right w:val="single" w:sz="6" w:space="0" w:color="A6A6A6"/>
            </w:tcBorders>
            <w:shd w:val="clear" w:color="auto" w:fill="1F4E79"/>
          </w:tcPr>
          <w:p w14:paraId="7AEC73DB" w14:textId="6DB9C66D" w:rsidR="00EF2D22" w:rsidRDefault="00F35B09">
            <w:pPr>
              <w:jc w:val="center"/>
            </w:pPr>
            <w:r>
              <w:rPr>
                <w:b/>
                <w:color w:val="FFFFFF"/>
                <w:sz w:val="17"/>
              </w:rPr>
              <w:t>Years of experience</w:t>
            </w:r>
          </w:p>
        </w:tc>
        <w:tc>
          <w:tcPr>
            <w:tcW w:w="2038" w:type="dxa"/>
            <w:tcBorders>
              <w:top w:val="single" w:sz="6" w:space="0" w:color="A6A6A6"/>
              <w:left w:val="single" w:sz="6" w:space="0" w:color="A6A6A6"/>
              <w:bottom w:val="single" w:sz="6" w:space="0" w:color="A6A6A6"/>
              <w:right w:val="single" w:sz="6" w:space="0" w:color="A6A6A6"/>
            </w:tcBorders>
            <w:shd w:val="clear" w:color="auto" w:fill="1F4E79"/>
          </w:tcPr>
          <w:p w14:paraId="5C2582D8" w14:textId="57B7F056" w:rsidR="00EF2D22" w:rsidRDefault="00F35B09">
            <w:pPr>
              <w:jc w:val="center"/>
            </w:pPr>
            <w:r>
              <w:rPr>
                <w:b/>
                <w:color w:val="FFFFFF"/>
                <w:sz w:val="17"/>
              </w:rPr>
              <w:t>CV attached</w:t>
            </w:r>
          </w:p>
        </w:tc>
      </w:tr>
      <w:tr w:rsidR="00EF2D22" w14:paraId="44E0D4D8" w14:textId="77777777" w:rsidTr="00AF4AF0">
        <w:trPr>
          <w:jc w:val="center"/>
        </w:trPr>
        <w:tc>
          <w:tcPr>
            <w:tcW w:w="2037" w:type="dxa"/>
            <w:tcBorders>
              <w:top w:val="single" w:sz="6" w:space="0" w:color="A6A6A6"/>
              <w:left w:val="single" w:sz="6" w:space="0" w:color="A6A6A6"/>
              <w:bottom w:val="single" w:sz="6" w:space="0" w:color="A6A6A6"/>
              <w:right w:val="single" w:sz="6" w:space="0" w:color="A6A6A6"/>
            </w:tcBorders>
          </w:tcPr>
          <w:p w14:paraId="3A2EC7C4" w14:textId="77777777" w:rsidR="00EF2D22" w:rsidRDefault="00EF2D22"/>
          <w:p w14:paraId="2FB28AF0"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6F88DFC4" w14:textId="77777777" w:rsidR="00EF2D22" w:rsidRDefault="00EF2D22"/>
          <w:p w14:paraId="70FD6673" w14:textId="77777777" w:rsidR="00EF2D22" w:rsidRDefault="00EF2D22"/>
        </w:tc>
        <w:tc>
          <w:tcPr>
            <w:tcW w:w="2039" w:type="dxa"/>
            <w:tcBorders>
              <w:top w:val="single" w:sz="6" w:space="0" w:color="A6A6A6"/>
              <w:left w:val="single" w:sz="6" w:space="0" w:color="A6A6A6"/>
              <w:bottom w:val="single" w:sz="6" w:space="0" w:color="A6A6A6"/>
              <w:right w:val="single" w:sz="6" w:space="0" w:color="A6A6A6"/>
            </w:tcBorders>
          </w:tcPr>
          <w:p w14:paraId="44503A8B" w14:textId="77777777" w:rsidR="00EF2D22" w:rsidRDefault="00EF2D22"/>
          <w:p w14:paraId="54E2CE92"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1C1B9C58" w14:textId="77777777" w:rsidR="00EF2D22" w:rsidRDefault="00EF2D22"/>
          <w:p w14:paraId="6A49A59F"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2663B3CF" w14:textId="77777777" w:rsidR="00EF2D22" w:rsidRDefault="00EF2D22"/>
          <w:p w14:paraId="59F5C704" w14:textId="77777777" w:rsidR="00EF2D22" w:rsidRDefault="00EF2D22"/>
        </w:tc>
      </w:tr>
      <w:tr w:rsidR="00EF2D22" w14:paraId="0E0D8035" w14:textId="77777777" w:rsidTr="00AF4AF0">
        <w:trPr>
          <w:jc w:val="center"/>
        </w:trPr>
        <w:tc>
          <w:tcPr>
            <w:tcW w:w="2037" w:type="dxa"/>
            <w:tcBorders>
              <w:top w:val="single" w:sz="6" w:space="0" w:color="A6A6A6"/>
              <w:left w:val="single" w:sz="6" w:space="0" w:color="A6A6A6"/>
              <w:bottom w:val="single" w:sz="6" w:space="0" w:color="A6A6A6"/>
              <w:right w:val="single" w:sz="6" w:space="0" w:color="A6A6A6"/>
            </w:tcBorders>
          </w:tcPr>
          <w:p w14:paraId="00524DFF" w14:textId="77777777" w:rsidR="00EF2D22" w:rsidRDefault="00EF2D22"/>
          <w:p w14:paraId="7086D5D9"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7FC6D818" w14:textId="77777777" w:rsidR="00EF2D22" w:rsidRDefault="00EF2D22"/>
          <w:p w14:paraId="0A5D1F76" w14:textId="77777777" w:rsidR="00EF2D22" w:rsidRDefault="00EF2D22"/>
        </w:tc>
        <w:tc>
          <w:tcPr>
            <w:tcW w:w="2039" w:type="dxa"/>
            <w:tcBorders>
              <w:top w:val="single" w:sz="6" w:space="0" w:color="A6A6A6"/>
              <w:left w:val="single" w:sz="6" w:space="0" w:color="A6A6A6"/>
              <w:bottom w:val="single" w:sz="6" w:space="0" w:color="A6A6A6"/>
              <w:right w:val="single" w:sz="6" w:space="0" w:color="A6A6A6"/>
            </w:tcBorders>
          </w:tcPr>
          <w:p w14:paraId="318CA665" w14:textId="77777777" w:rsidR="00EF2D22" w:rsidRDefault="00EF2D22"/>
          <w:p w14:paraId="7BD830D4"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2FD62170" w14:textId="77777777" w:rsidR="00EF2D22" w:rsidRDefault="00EF2D22"/>
          <w:p w14:paraId="44CD993C"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1E7C5A95" w14:textId="77777777" w:rsidR="00EF2D22" w:rsidRDefault="00EF2D22"/>
          <w:p w14:paraId="23ABBA0E" w14:textId="77777777" w:rsidR="00EF2D22" w:rsidRDefault="00EF2D22"/>
        </w:tc>
      </w:tr>
      <w:tr w:rsidR="00EF2D22" w14:paraId="24C53BF1" w14:textId="77777777" w:rsidTr="00AF4AF0">
        <w:trPr>
          <w:jc w:val="center"/>
        </w:trPr>
        <w:tc>
          <w:tcPr>
            <w:tcW w:w="2037" w:type="dxa"/>
            <w:tcBorders>
              <w:top w:val="single" w:sz="6" w:space="0" w:color="A6A6A6"/>
              <w:left w:val="single" w:sz="6" w:space="0" w:color="A6A6A6"/>
              <w:bottom w:val="single" w:sz="6" w:space="0" w:color="A6A6A6"/>
              <w:right w:val="single" w:sz="6" w:space="0" w:color="A6A6A6"/>
            </w:tcBorders>
          </w:tcPr>
          <w:p w14:paraId="36FC31EB" w14:textId="77777777" w:rsidR="00EF2D22" w:rsidRDefault="00EF2D22"/>
          <w:p w14:paraId="0413D4D9"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07D93F75" w14:textId="77777777" w:rsidR="00EF2D22" w:rsidRDefault="00EF2D22"/>
          <w:p w14:paraId="34642EF1" w14:textId="77777777" w:rsidR="00EF2D22" w:rsidRDefault="00EF2D22"/>
        </w:tc>
        <w:tc>
          <w:tcPr>
            <w:tcW w:w="2039" w:type="dxa"/>
            <w:tcBorders>
              <w:top w:val="single" w:sz="6" w:space="0" w:color="A6A6A6"/>
              <w:left w:val="single" w:sz="6" w:space="0" w:color="A6A6A6"/>
              <w:bottom w:val="single" w:sz="6" w:space="0" w:color="A6A6A6"/>
              <w:right w:val="single" w:sz="6" w:space="0" w:color="A6A6A6"/>
            </w:tcBorders>
          </w:tcPr>
          <w:p w14:paraId="02699950" w14:textId="77777777" w:rsidR="00EF2D22" w:rsidRDefault="00EF2D22"/>
          <w:p w14:paraId="282B49A9"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1FB5A9B2" w14:textId="77777777" w:rsidR="00EF2D22" w:rsidRDefault="00EF2D22"/>
          <w:p w14:paraId="173BDF38"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6EEF1ABE" w14:textId="77777777" w:rsidR="00EF2D22" w:rsidRDefault="00EF2D22"/>
          <w:p w14:paraId="65E1DC17" w14:textId="77777777" w:rsidR="00EF2D22" w:rsidRDefault="00EF2D22"/>
        </w:tc>
      </w:tr>
      <w:tr w:rsidR="00EF2D22" w14:paraId="19507E87" w14:textId="77777777" w:rsidTr="00AF4AF0">
        <w:trPr>
          <w:jc w:val="center"/>
        </w:trPr>
        <w:tc>
          <w:tcPr>
            <w:tcW w:w="2037" w:type="dxa"/>
            <w:tcBorders>
              <w:top w:val="single" w:sz="6" w:space="0" w:color="A6A6A6"/>
              <w:left w:val="single" w:sz="6" w:space="0" w:color="A6A6A6"/>
              <w:bottom w:val="single" w:sz="6" w:space="0" w:color="A6A6A6"/>
              <w:right w:val="single" w:sz="6" w:space="0" w:color="A6A6A6"/>
            </w:tcBorders>
          </w:tcPr>
          <w:p w14:paraId="3D99615F" w14:textId="77777777" w:rsidR="00EF2D22" w:rsidRDefault="00EF2D22"/>
          <w:p w14:paraId="403944AA"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700C0EB6" w14:textId="77777777" w:rsidR="00EF2D22" w:rsidRDefault="00EF2D22"/>
          <w:p w14:paraId="199D5DF8" w14:textId="77777777" w:rsidR="00EF2D22" w:rsidRDefault="00EF2D22"/>
        </w:tc>
        <w:tc>
          <w:tcPr>
            <w:tcW w:w="2039" w:type="dxa"/>
            <w:tcBorders>
              <w:top w:val="single" w:sz="6" w:space="0" w:color="A6A6A6"/>
              <w:left w:val="single" w:sz="6" w:space="0" w:color="A6A6A6"/>
              <w:bottom w:val="single" w:sz="6" w:space="0" w:color="A6A6A6"/>
              <w:right w:val="single" w:sz="6" w:space="0" w:color="A6A6A6"/>
            </w:tcBorders>
          </w:tcPr>
          <w:p w14:paraId="452AC4B1" w14:textId="77777777" w:rsidR="00EF2D22" w:rsidRDefault="00EF2D22"/>
          <w:p w14:paraId="14C88CBA"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6CCB678D" w14:textId="77777777" w:rsidR="00EF2D22" w:rsidRDefault="00EF2D22"/>
          <w:p w14:paraId="52507DF7" w14:textId="77777777" w:rsidR="00EF2D22" w:rsidRDefault="00EF2D22"/>
        </w:tc>
        <w:tc>
          <w:tcPr>
            <w:tcW w:w="2038" w:type="dxa"/>
            <w:tcBorders>
              <w:top w:val="single" w:sz="6" w:space="0" w:color="A6A6A6"/>
              <w:left w:val="single" w:sz="6" w:space="0" w:color="A6A6A6"/>
              <w:bottom w:val="single" w:sz="6" w:space="0" w:color="A6A6A6"/>
              <w:right w:val="single" w:sz="6" w:space="0" w:color="A6A6A6"/>
            </w:tcBorders>
          </w:tcPr>
          <w:p w14:paraId="74FD3C60" w14:textId="77777777" w:rsidR="00EF2D22" w:rsidRDefault="00EF2D22"/>
          <w:p w14:paraId="3202324D" w14:textId="77777777" w:rsidR="00EF2D22" w:rsidRDefault="00EF2D22"/>
        </w:tc>
      </w:tr>
    </w:tbl>
    <w:p w14:paraId="4012D09E" w14:textId="2CD3C604" w:rsidR="00EF2D22" w:rsidRPr="00AF4AF0" w:rsidRDefault="00AF4AF0">
      <w:pPr>
        <w:spacing w:after="80" w:line="240" w:lineRule="auto"/>
      </w:pPr>
      <w:r w:rsidRPr="00AF4AF0">
        <w:rPr>
          <w:i/>
          <w:color w:val="5A5A5A"/>
          <w:sz w:val="17"/>
        </w:rPr>
        <w:t>Previous experience of the organ</w:t>
      </w:r>
      <w:r w:rsidR="00AA11E0">
        <w:rPr>
          <w:i/>
          <w:color w:val="5A5A5A"/>
          <w:sz w:val="17"/>
        </w:rPr>
        <w:t>iza</w:t>
      </w:r>
      <w:r w:rsidRPr="00AF4AF0">
        <w:rPr>
          <w:i/>
          <w:color w:val="5A5A5A"/>
          <w:sz w:val="17"/>
        </w:rPr>
        <w:t>tion in similar projects:</w:t>
      </w:r>
    </w:p>
    <w:tbl>
      <w:tblPr>
        <w:tblW w:w="0" w:type="auto"/>
        <w:jc w:val="center"/>
        <w:tblLook w:val="04A0" w:firstRow="1" w:lastRow="0" w:firstColumn="1" w:lastColumn="0" w:noHBand="0" w:noVBand="1"/>
      </w:tblPr>
      <w:tblGrid>
        <w:gridCol w:w="1699"/>
        <w:gridCol w:w="1699"/>
        <w:gridCol w:w="1698"/>
        <w:gridCol w:w="1698"/>
        <w:gridCol w:w="1698"/>
        <w:gridCol w:w="1698"/>
      </w:tblGrid>
      <w:tr w:rsidR="00EF2D22" w14:paraId="64A7356C" w14:textId="77777777" w:rsidTr="00FE425F">
        <w:trPr>
          <w:jc w:val="center"/>
        </w:trPr>
        <w:tc>
          <w:tcPr>
            <w:tcW w:w="1699" w:type="dxa"/>
            <w:tcBorders>
              <w:top w:val="single" w:sz="6" w:space="0" w:color="A6A6A6"/>
              <w:left w:val="single" w:sz="6" w:space="0" w:color="A6A6A6"/>
              <w:bottom w:val="single" w:sz="6" w:space="0" w:color="A6A6A6"/>
              <w:right w:val="single" w:sz="6" w:space="0" w:color="A6A6A6"/>
            </w:tcBorders>
            <w:shd w:val="clear" w:color="auto" w:fill="1F4E79"/>
          </w:tcPr>
          <w:p w14:paraId="2CDA137E" w14:textId="168FD99A" w:rsidR="00EF2D22" w:rsidRDefault="00AF4AF0">
            <w:pPr>
              <w:jc w:val="center"/>
            </w:pPr>
            <w:r w:rsidRPr="00AF4AF0">
              <w:rPr>
                <w:b/>
                <w:color w:val="FFFFFF"/>
                <w:sz w:val="17"/>
              </w:rPr>
              <w:t>Project title</w:t>
            </w:r>
          </w:p>
        </w:tc>
        <w:tc>
          <w:tcPr>
            <w:tcW w:w="1699" w:type="dxa"/>
            <w:tcBorders>
              <w:top w:val="single" w:sz="6" w:space="0" w:color="A6A6A6"/>
              <w:left w:val="single" w:sz="6" w:space="0" w:color="A6A6A6"/>
              <w:bottom w:val="single" w:sz="6" w:space="0" w:color="A6A6A6"/>
              <w:right w:val="single" w:sz="6" w:space="0" w:color="A6A6A6"/>
            </w:tcBorders>
            <w:shd w:val="clear" w:color="auto" w:fill="1F4E79"/>
          </w:tcPr>
          <w:p w14:paraId="452A974C" w14:textId="0C52CB6E" w:rsidR="00EF2D22" w:rsidRDefault="00AF4AF0">
            <w:pPr>
              <w:jc w:val="center"/>
            </w:pPr>
            <w:r w:rsidRPr="00AF4AF0">
              <w:rPr>
                <w:b/>
                <w:color w:val="FFFFFF"/>
                <w:sz w:val="17"/>
              </w:rPr>
              <w:t>Thematic area / sector</w:t>
            </w:r>
          </w:p>
        </w:tc>
        <w:tc>
          <w:tcPr>
            <w:tcW w:w="1698" w:type="dxa"/>
            <w:tcBorders>
              <w:top w:val="single" w:sz="6" w:space="0" w:color="A6A6A6"/>
              <w:left w:val="single" w:sz="6" w:space="0" w:color="A6A6A6"/>
              <w:bottom w:val="single" w:sz="6" w:space="0" w:color="A6A6A6"/>
              <w:right w:val="single" w:sz="6" w:space="0" w:color="A6A6A6"/>
            </w:tcBorders>
            <w:shd w:val="clear" w:color="auto" w:fill="1F4E79"/>
          </w:tcPr>
          <w:p w14:paraId="0DFB263D" w14:textId="3A961C27" w:rsidR="00EF2D22" w:rsidRDefault="00AF4AF0">
            <w:pPr>
              <w:jc w:val="center"/>
            </w:pPr>
            <w:r w:rsidRPr="00AF4AF0">
              <w:rPr>
                <w:b/>
                <w:color w:val="FFFFFF"/>
                <w:sz w:val="17"/>
              </w:rPr>
              <w:t>Donor / partner</w:t>
            </w:r>
          </w:p>
        </w:tc>
        <w:tc>
          <w:tcPr>
            <w:tcW w:w="1698" w:type="dxa"/>
            <w:tcBorders>
              <w:top w:val="single" w:sz="6" w:space="0" w:color="A6A6A6"/>
              <w:left w:val="single" w:sz="6" w:space="0" w:color="A6A6A6"/>
              <w:bottom w:val="single" w:sz="6" w:space="0" w:color="A6A6A6"/>
              <w:right w:val="single" w:sz="6" w:space="0" w:color="A6A6A6"/>
            </w:tcBorders>
            <w:shd w:val="clear" w:color="auto" w:fill="1F4E79"/>
          </w:tcPr>
          <w:p w14:paraId="76F6ADA6" w14:textId="42FEDBB3" w:rsidR="00EF2D22" w:rsidRDefault="00AF4AF0">
            <w:pPr>
              <w:jc w:val="center"/>
            </w:pPr>
            <w:r w:rsidRPr="00AF4AF0">
              <w:rPr>
                <w:b/>
                <w:color w:val="FFFFFF"/>
                <w:sz w:val="17"/>
              </w:rPr>
              <w:t>Period</w:t>
            </w:r>
          </w:p>
        </w:tc>
        <w:tc>
          <w:tcPr>
            <w:tcW w:w="1698" w:type="dxa"/>
            <w:tcBorders>
              <w:top w:val="single" w:sz="6" w:space="0" w:color="A6A6A6"/>
              <w:left w:val="single" w:sz="6" w:space="0" w:color="A6A6A6"/>
              <w:bottom w:val="single" w:sz="6" w:space="0" w:color="A6A6A6"/>
              <w:right w:val="single" w:sz="6" w:space="0" w:color="A6A6A6"/>
            </w:tcBorders>
            <w:shd w:val="clear" w:color="auto" w:fill="1F4E79"/>
          </w:tcPr>
          <w:p w14:paraId="7070C20C" w14:textId="63162EB3" w:rsidR="00EF2D22" w:rsidRDefault="00AF4AF0">
            <w:pPr>
              <w:jc w:val="center"/>
            </w:pPr>
            <w:r w:rsidRPr="00AF4AF0">
              <w:rPr>
                <w:b/>
                <w:color w:val="FFFFFF"/>
                <w:sz w:val="17"/>
              </w:rPr>
              <w:t>Budget</w:t>
            </w:r>
          </w:p>
        </w:tc>
        <w:tc>
          <w:tcPr>
            <w:tcW w:w="1698" w:type="dxa"/>
            <w:tcBorders>
              <w:top w:val="single" w:sz="6" w:space="0" w:color="A6A6A6"/>
              <w:left w:val="single" w:sz="6" w:space="0" w:color="A6A6A6"/>
              <w:bottom w:val="single" w:sz="6" w:space="0" w:color="A6A6A6"/>
              <w:right w:val="single" w:sz="6" w:space="0" w:color="A6A6A6"/>
            </w:tcBorders>
            <w:shd w:val="clear" w:color="auto" w:fill="1F4E79"/>
          </w:tcPr>
          <w:p w14:paraId="30D1333B" w14:textId="47963989" w:rsidR="00EF2D22" w:rsidRDefault="00FE425F">
            <w:pPr>
              <w:jc w:val="center"/>
            </w:pPr>
            <w:r w:rsidRPr="00FE425F">
              <w:rPr>
                <w:b/>
                <w:color w:val="FFFFFF"/>
                <w:sz w:val="17"/>
              </w:rPr>
              <w:t>Brief results</w:t>
            </w:r>
          </w:p>
        </w:tc>
      </w:tr>
      <w:tr w:rsidR="00EF2D22" w14:paraId="6A475523" w14:textId="77777777" w:rsidTr="00FE425F">
        <w:trPr>
          <w:jc w:val="center"/>
        </w:trPr>
        <w:tc>
          <w:tcPr>
            <w:tcW w:w="1699" w:type="dxa"/>
            <w:tcBorders>
              <w:top w:val="single" w:sz="6" w:space="0" w:color="A6A6A6"/>
              <w:left w:val="single" w:sz="6" w:space="0" w:color="A6A6A6"/>
              <w:bottom w:val="single" w:sz="6" w:space="0" w:color="A6A6A6"/>
              <w:right w:val="single" w:sz="6" w:space="0" w:color="A6A6A6"/>
            </w:tcBorders>
          </w:tcPr>
          <w:p w14:paraId="7DB96C03" w14:textId="77777777" w:rsidR="00EF2D22" w:rsidRDefault="00EF2D22"/>
          <w:p w14:paraId="4D71B1FD" w14:textId="77777777" w:rsidR="00EF2D22" w:rsidRDefault="00EF2D22"/>
        </w:tc>
        <w:tc>
          <w:tcPr>
            <w:tcW w:w="1699" w:type="dxa"/>
            <w:tcBorders>
              <w:top w:val="single" w:sz="6" w:space="0" w:color="A6A6A6"/>
              <w:left w:val="single" w:sz="6" w:space="0" w:color="A6A6A6"/>
              <w:bottom w:val="single" w:sz="6" w:space="0" w:color="A6A6A6"/>
              <w:right w:val="single" w:sz="6" w:space="0" w:color="A6A6A6"/>
            </w:tcBorders>
          </w:tcPr>
          <w:p w14:paraId="1DC61D57" w14:textId="77777777" w:rsidR="00EF2D22" w:rsidRDefault="00EF2D22"/>
          <w:p w14:paraId="546051B2"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0E2AF142" w14:textId="77777777" w:rsidR="00EF2D22" w:rsidRDefault="00EF2D22"/>
          <w:p w14:paraId="2076316B"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71529170" w14:textId="77777777" w:rsidR="00EF2D22" w:rsidRDefault="00EF2D22"/>
          <w:p w14:paraId="07A25F0A"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7B24C517" w14:textId="77777777" w:rsidR="00EF2D22" w:rsidRDefault="00EF2D22"/>
          <w:p w14:paraId="4CAA07FA"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3200EF24" w14:textId="77777777" w:rsidR="00EF2D22" w:rsidRDefault="00EF2D22"/>
          <w:p w14:paraId="68E31271" w14:textId="77777777" w:rsidR="00EF2D22" w:rsidRDefault="00EF2D22"/>
        </w:tc>
      </w:tr>
      <w:tr w:rsidR="00EF2D22" w14:paraId="5D4D3C47" w14:textId="77777777" w:rsidTr="00FE425F">
        <w:trPr>
          <w:jc w:val="center"/>
        </w:trPr>
        <w:tc>
          <w:tcPr>
            <w:tcW w:w="1699" w:type="dxa"/>
            <w:tcBorders>
              <w:top w:val="single" w:sz="6" w:space="0" w:color="A6A6A6"/>
              <w:left w:val="single" w:sz="6" w:space="0" w:color="A6A6A6"/>
              <w:bottom w:val="single" w:sz="6" w:space="0" w:color="A6A6A6"/>
              <w:right w:val="single" w:sz="6" w:space="0" w:color="A6A6A6"/>
            </w:tcBorders>
          </w:tcPr>
          <w:p w14:paraId="4D9A029F" w14:textId="77777777" w:rsidR="00EF2D22" w:rsidRDefault="00EF2D22"/>
          <w:p w14:paraId="28635E9C" w14:textId="77777777" w:rsidR="00EF2D22" w:rsidRDefault="00EF2D22"/>
        </w:tc>
        <w:tc>
          <w:tcPr>
            <w:tcW w:w="1699" w:type="dxa"/>
            <w:tcBorders>
              <w:top w:val="single" w:sz="6" w:space="0" w:color="A6A6A6"/>
              <w:left w:val="single" w:sz="6" w:space="0" w:color="A6A6A6"/>
              <w:bottom w:val="single" w:sz="6" w:space="0" w:color="A6A6A6"/>
              <w:right w:val="single" w:sz="6" w:space="0" w:color="A6A6A6"/>
            </w:tcBorders>
          </w:tcPr>
          <w:p w14:paraId="07316024" w14:textId="77777777" w:rsidR="00EF2D22" w:rsidRDefault="00EF2D22"/>
          <w:p w14:paraId="0C41F3E9"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5936F946" w14:textId="77777777" w:rsidR="00EF2D22" w:rsidRDefault="00EF2D22"/>
          <w:p w14:paraId="2D05E525"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563499CD" w14:textId="77777777" w:rsidR="00EF2D22" w:rsidRDefault="00EF2D22"/>
          <w:p w14:paraId="3AFD33C0"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1EB72445" w14:textId="77777777" w:rsidR="00EF2D22" w:rsidRDefault="00EF2D22"/>
          <w:p w14:paraId="72F72489"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0E4181D3" w14:textId="77777777" w:rsidR="00EF2D22" w:rsidRDefault="00EF2D22"/>
          <w:p w14:paraId="021E3E6B" w14:textId="77777777" w:rsidR="00EF2D22" w:rsidRDefault="00EF2D22"/>
        </w:tc>
      </w:tr>
      <w:tr w:rsidR="00EF2D22" w14:paraId="34DAFF0C" w14:textId="77777777" w:rsidTr="00FE425F">
        <w:trPr>
          <w:jc w:val="center"/>
        </w:trPr>
        <w:tc>
          <w:tcPr>
            <w:tcW w:w="1699" w:type="dxa"/>
            <w:tcBorders>
              <w:top w:val="single" w:sz="6" w:space="0" w:color="A6A6A6"/>
              <w:left w:val="single" w:sz="6" w:space="0" w:color="A6A6A6"/>
              <w:bottom w:val="single" w:sz="6" w:space="0" w:color="A6A6A6"/>
              <w:right w:val="single" w:sz="6" w:space="0" w:color="A6A6A6"/>
            </w:tcBorders>
          </w:tcPr>
          <w:p w14:paraId="770E4C7B" w14:textId="77777777" w:rsidR="00EF2D22" w:rsidRDefault="00EF2D22"/>
          <w:p w14:paraId="7A98EF9C" w14:textId="77777777" w:rsidR="00EF2D22" w:rsidRDefault="00EF2D22"/>
        </w:tc>
        <w:tc>
          <w:tcPr>
            <w:tcW w:w="1699" w:type="dxa"/>
            <w:tcBorders>
              <w:top w:val="single" w:sz="6" w:space="0" w:color="A6A6A6"/>
              <w:left w:val="single" w:sz="6" w:space="0" w:color="A6A6A6"/>
              <w:bottom w:val="single" w:sz="6" w:space="0" w:color="A6A6A6"/>
              <w:right w:val="single" w:sz="6" w:space="0" w:color="A6A6A6"/>
            </w:tcBorders>
          </w:tcPr>
          <w:p w14:paraId="582D2749" w14:textId="77777777" w:rsidR="00EF2D22" w:rsidRDefault="00EF2D22"/>
          <w:p w14:paraId="5748FFD9"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268C09FD" w14:textId="77777777" w:rsidR="00EF2D22" w:rsidRDefault="00EF2D22"/>
          <w:p w14:paraId="656806CD"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62D9C2C8" w14:textId="77777777" w:rsidR="00EF2D22" w:rsidRDefault="00EF2D22"/>
          <w:p w14:paraId="57126A77"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788B4213" w14:textId="77777777" w:rsidR="00EF2D22" w:rsidRDefault="00EF2D22"/>
          <w:p w14:paraId="1172D3DB" w14:textId="77777777" w:rsidR="00EF2D22" w:rsidRDefault="00EF2D22"/>
        </w:tc>
        <w:tc>
          <w:tcPr>
            <w:tcW w:w="1698" w:type="dxa"/>
            <w:tcBorders>
              <w:top w:val="single" w:sz="6" w:space="0" w:color="A6A6A6"/>
              <w:left w:val="single" w:sz="6" w:space="0" w:color="A6A6A6"/>
              <w:bottom w:val="single" w:sz="6" w:space="0" w:color="A6A6A6"/>
              <w:right w:val="single" w:sz="6" w:space="0" w:color="A6A6A6"/>
            </w:tcBorders>
          </w:tcPr>
          <w:p w14:paraId="7D364342" w14:textId="77777777" w:rsidR="00EF2D22" w:rsidRDefault="00EF2D22"/>
          <w:p w14:paraId="25BF3EDA" w14:textId="77777777" w:rsidR="00EF2D22" w:rsidRDefault="00EF2D22"/>
        </w:tc>
      </w:tr>
    </w:tbl>
    <w:p w14:paraId="50773EA2" w14:textId="7EDEFDE0" w:rsidR="00EF2D22" w:rsidRPr="00FE425F" w:rsidRDefault="00FE425F">
      <w:pPr>
        <w:pStyle w:val="1"/>
        <w:spacing w:before="200" w:after="80" w:line="240" w:lineRule="auto"/>
      </w:pPr>
      <w:r w:rsidRPr="00FE425F">
        <w:rPr>
          <w:rFonts w:ascii="Arial" w:eastAsia="Arial" w:hAnsi="Arial"/>
          <w:color w:val="1F4E79"/>
          <w:sz w:val="26"/>
        </w:rPr>
        <w:t>SECTION 6. Target Groups and Benefits for the Population</w:t>
      </w:r>
    </w:p>
    <w:tbl>
      <w:tblPr>
        <w:tblW w:w="0" w:type="auto"/>
        <w:jc w:val="center"/>
        <w:tblLayout w:type="fixed"/>
        <w:tblLook w:val="04A0" w:firstRow="1" w:lastRow="0" w:firstColumn="1" w:lastColumn="0" w:noHBand="0" w:noVBand="1"/>
      </w:tblPr>
      <w:tblGrid>
        <w:gridCol w:w="2948"/>
        <w:gridCol w:w="6236"/>
      </w:tblGrid>
      <w:tr w:rsidR="00EF2D22" w:rsidRPr="00FE425F" w14:paraId="424A4957"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09AAAD70" w14:textId="09E75112" w:rsidR="00EF2D22" w:rsidRPr="00FE425F" w:rsidRDefault="00FE425F">
            <w:r w:rsidRPr="00FE425F">
              <w:rPr>
                <w:b/>
                <w:sz w:val="18"/>
              </w:rPr>
              <w:t>Who will benefit from the project?</w:t>
            </w:r>
          </w:p>
        </w:tc>
        <w:tc>
          <w:tcPr>
            <w:tcW w:w="6236" w:type="dxa"/>
            <w:tcBorders>
              <w:top w:val="single" w:sz="6" w:space="0" w:color="A6A6A6"/>
              <w:left w:val="single" w:sz="6" w:space="0" w:color="A6A6A6"/>
              <w:bottom w:val="single" w:sz="6" w:space="0" w:color="A6A6A6"/>
              <w:right w:val="single" w:sz="6" w:space="0" w:color="A6A6A6"/>
            </w:tcBorders>
          </w:tcPr>
          <w:p w14:paraId="079DDF12" w14:textId="77777777" w:rsidR="00EF2D22" w:rsidRDefault="00FE425F">
            <w:pPr>
              <w:rPr>
                <w:i/>
                <w:color w:val="666666"/>
                <w:sz w:val="17"/>
              </w:rPr>
            </w:pPr>
            <w:r w:rsidRPr="00FE425F">
              <w:rPr>
                <w:i/>
                <w:color w:val="666666"/>
                <w:sz w:val="17"/>
              </w:rPr>
              <w:t xml:space="preserve">Specify direct and indirect beneficiaries: residents, facility users, women, youth, older people, persons with disabilities, municipal services, and other groups. </w:t>
            </w:r>
          </w:p>
          <w:p w14:paraId="2174DABB" w14:textId="77777777" w:rsidR="00FE425F" w:rsidRDefault="00FE425F">
            <w:pPr>
              <w:rPr>
                <w:i/>
                <w:color w:val="666666"/>
                <w:sz w:val="17"/>
              </w:rPr>
            </w:pPr>
          </w:p>
          <w:p w14:paraId="38A3B80D" w14:textId="77777777" w:rsidR="00FE425F" w:rsidRDefault="00FE425F">
            <w:pPr>
              <w:rPr>
                <w:i/>
                <w:color w:val="666666"/>
                <w:sz w:val="17"/>
              </w:rPr>
            </w:pPr>
          </w:p>
          <w:p w14:paraId="48E63349" w14:textId="1415A36B" w:rsidR="00FE425F" w:rsidRPr="00FE425F" w:rsidRDefault="00FE425F"/>
        </w:tc>
      </w:tr>
      <w:tr w:rsidR="00EF2D22" w:rsidRPr="00F6589A" w14:paraId="5A748C66"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5E741858" w14:textId="670F442E" w:rsidR="00EF2D22" w:rsidRDefault="00F6589A">
            <w:r w:rsidRPr="00F6589A">
              <w:rPr>
                <w:b/>
                <w:sz w:val="18"/>
              </w:rPr>
              <w:t>Consideration of the needs of vulnerable groups</w:t>
            </w:r>
          </w:p>
        </w:tc>
        <w:tc>
          <w:tcPr>
            <w:tcW w:w="6236" w:type="dxa"/>
            <w:tcBorders>
              <w:top w:val="single" w:sz="6" w:space="0" w:color="A6A6A6"/>
              <w:left w:val="single" w:sz="6" w:space="0" w:color="A6A6A6"/>
              <w:bottom w:val="single" w:sz="6" w:space="0" w:color="A6A6A6"/>
              <w:right w:val="single" w:sz="6" w:space="0" w:color="A6A6A6"/>
            </w:tcBorders>
          </w:tcPr>
          <w:p w14:paraId="0C95C1A8" w14:textId="77777777" w:rsidR="00EF2D22" w:rsidRDefault="00F6589A">
            <w:pPr>
              <w:rPr>
                <w:i/>
                <w:color w:val="666666"/>
                <w:sz w:val="17"/>
              </w:rPr>
            </w:pPr>
            <w:r w:rsidRPr="00F6589A">
              <w:rPr>
                <w:i/>
                <w:color w:val="666666"/>
                <w:sz w:val="17"/>
              </w:rPr>
              <w:t xml:space="preserve">Describe how the project addresses the needs of women, youth, older people, persons with disabilities, and other vulnerable groups. </w:t>
            </w:r>
          </w:p>
          <w:p w14:paraId="067C3E2E" w14:textId="77777777" w:rsidR="00F6589A" w:rsidRDefault="00F6589A">
            <w:pPr>
              <w:rPr>
                <w:i/>
                <w:color w:val="666666"/>
                <w:sz w:val="17"/>
              </w:rPr>
            </w:pPr>
          </w:p>
          <w:p w14:paraId="1C00817E" w14:textId="5515D87E" w:rsidR="00F6589A" w:rsidRPr="00F6589A" w:rsidRDefault="00F6589A"/>
        </w:tc>
      </w:tr>
    </w:tbl>
    <w:p w14:paraId="443B05CA" w14:textId="748A574C" w:rsidR="00EF2D22" w:rsidRPr="00F6589A" w:rsidRDefault="00F6589A">
      <w:pPr>
        <w:pStyle w:val="1"/>
        <w:spacing w:before="200" w:after="80" w:line="240" w:lineRule="auto"/>
      </w:pPr>
      <w:r w:rsidRPr="00F6589A">
        <w:rPr>
          <w:rFonts w:ascii="Arial" w:eastAsia="Arial" w:hAnsi="Arial"/>
          <w:color w:val="1F4E79"/>
          <w:sz w:val="26"/>
        </w:rPr>
        <w:t>SECTION 7. Expected Results and Activities</w:t>
      </w:r>
    </w:p>
    <w:p w14:paraId="2759DCF8" w14:textId="2CBA3147" w:rsidR="00EF2D22" w:rsidRPr="00F6589A" w:rsidRDefault="00F6589A">
      <w:pPr>
        <w:spacing w:after="80" w:line="240" w:lineRule="auto"/>
      </w:pPr>
      <w:r w:rsidRPr="00F6589A">
        <w:rPr>
          <w:i/>
          <w:color w:val="5A5A5A"/>
          <w:sz w:val="17"/>
        </w:rPr>
        <w:t xml:space="preserve">The results must be specific and measurable. Activities must correspond to the </w:t>
      </w:r>
      <w:r w:rsidR="00F56CE7">
        <w:rPr>
          <w:i/>
          <w:color w:val="5A5A5A"/>
          <w:sz w:val="17"/>
        </w:rPr>
        <w:t>T</w:t>
      </w:r>
      <w:r w:rsidRPr="00F6589A">
        <w:rPr>
          <w:i/>
          <w:color w:val="5A5A5A"/>
          <w:sz w:val="17"/>
        </w:rPr>
        <w:t xml:space="preserve">echnical </w:t>
      </w:r>
      <w:r w:rsidR="00F56CE7">
        <w:rPr>
          <w:i/>
          <w:color w:val="5A5A5A"/>
          <w:sz w:val="17"/>
        </w:rPr>
        <w:t>S</w:t>
      </w:r>
      <w:r w:rsidRPr="00F6589A">
        <w:rPr>
          <w:i/>
          <w:color w:val="5A5A5A"/>
          <w:sz w:val="17"/>
        </w:rPr>
        <w:t xml:space="preserve">olution, </w:t>
      </w:r>
      <w:r w:rsidR="00F56CE7">
        <w:rPr>
          <w:i/>
          <w:color w:val="5A5A5A"/>
          <w:sz w:val="17"/>
        </w:rPr>
        <w:t>I</w:t>
      </w:r>
      <w:r>
        <w:rPr>
          <w:i/>
          <w:color w:val="5A5A5A"/>
          <w:sz w:val="17"/>
        </w:rPr>
        <w:t xml:space="preserve">mplementation </w:t>
      </w:r>
      <w:r w:rsidR="00F56CE7">
        <w:rPr>
          <w:i/>
          <w:color w:val="5A5A5A"/>
          <w:sz w:val="17"/>
        </w:rPr>
        <w:t>S</w:t>
      </w:r>
      <w:r>
        <w:rPr>
          <w:i/>
          <w:color w:val="5A5A5A"/>
          <w:sz w:val="17"/>
        </w:rPr>
        <w:t>chedule</w:t>
      </w:r>
      <w:r w:rsidRPr="00F6589A">
        <w:rPr>
          <w:i/>
          <w:color w:val="5A5A5A"/>
          <w:sz w:val="17"/>
        </w:rPr>
        <w:t xml:space="preserve">, and </w:t>
      </w:r>
      <w:r w:rsidR="00F56CE7">
        <w:rPr>
          <w:i/>
          <w:color w:val="5A5A5A"/>
          <w:sz w:val="17"/>
        </w:rPr>
        <w:t>B</w:t>
      </w:r>
      <w:r w:rsidRPr="00F6589A">
        <w:rPr>
          <w:i/>
          <w:color w:val="5A5A5A"/>
          <w:sz w:val="17"/>
        </w:rPr>
        <w:t>udget.</w:t>
      </w:r>
    </w:p>
    <w:tbl>
      <w:tblPr>
        <w:tblW w:w="0" w:type="auto"/>
        <w:jc w:val="center"/>
        <w:tblLook w:val="04A0" w:firstRow="1" w:lastRow="0" w:firstColumn="1" w:lastColumn="0" w:noHBand="0" w:noVBand="1"/>
      </w:tblPr>
      <w:tblGrid>
        <w:gridCol w:w="2547"/>
        <w:gridCol w:w="2547"/>
        <w:gridCol w:w="2548"/>
        <w:gridCol w:w="2548"/>
      </w:tblGrid>
      <w:tr w:rsidR="00EF2D22" w14:paraId="691E0AD1" w14:textId="77777777" w:rsidTr="003271A0">
        <w:trPr>
          <w:jc w:val="center"/>
        </w:trPr>
        <w:tc>
          <w:tcPr>
            <w:tcW w:w="2547" w:type="dxa"/>
            <w:tcBorders>
              <w:top w:val="single" w:sz="6" w:space="0" w:color="A6A6A6"/>
              <w:left w:val="single" w:sz="6" w:space="0" w:color="A6A6A6"/>
              <w:bottom w:val="single" w:sz="6" w:space="0" w:color="A6A6A6"/>
              <w:right w:val="single" w:sz="6" w:space="0" w:color="A6A6A6"/>
            </w:tcBorders>
            <w:shd w:val="clear" w:color="auto" w:fill="1F4E79"/>
          </w:tcPr>
          <w:p w14:paraId="3D7ECD9E" w14:textId="4FCFB924" w:rsidR="00EF2D22" w:rsidRDefault="003271A0">
            <w:pPr>
              <w:jc w:val="center"/>
            </w:pPr>
            <w:r w:rsidRPr="003271A0">
              <w:rPr>
                <w:b/>
                <w:color w:val="FFFFFF"/>
                <w:sz w:val="17"/>
              </w:rPr>
              <w:t>Expected result</w:t>
            </w:r>
          </w:p>
        </w:tc>
        <w:tc>
          <w:tcPr>
            <w:tcW w:w="2547" w:type="dxa"/>
            <w:tcBorders>
              <w:top w:val="single" w:sz="6" w:space="0" w:color="A6A6A6"/>
              <w:left w:val="single" w:sz="6" w:space="0" w:color="A6A6A6"/>
              <w:bottom w:val="single" w:sz="6" w:space="0" w:color="A6A6A6"/>
              <w:right w:val="single" w:sz="6" w:space="0" w:color="A6A6A6"/>
            </w:tcBorders>
            <w:shd w:val="clear" w:color="auto" w:fill="1F4E79"/>
          </w:tcPr>
          <w:p w14:paraId="44A2F0BA" w14:textId="48CD43EF" w:rsidR="00EF2D22" w:rsidRDefault="003271A0">
            <w:pPr>
              <w:jc w:val="center"/>
            </w:pPr>
            <w:r>
              <w:rPr>
                <w:b/>
                <w:color w:val="FFFFFF"/>
                <w:sz w:val="17"/>
              </w:rPr>
              <w:t>Key activities</w:t>
            </w:r>
          </w:p>
        </w:tc>
        <w:tc>
          <w:tcPr>
            <w:tcW w:w="2548" w:type="dxa"/>
            <w:tcBorders>
              <w:top w:val="single" w:sz="6" w:space="0" w:color="A6A6A6"/>
              <w:left w:val="single" w:sz="6" w:space="0" w:color="A6A6A6"/>
              <w:bottom w:val="single" w:sz="6" w:space="0" w:color="A6A6A6"/>
              <w:right w:val="single" w:sz="6" w:space="0" w:color="A6A6A6"/>
            </w:tcBorders>
            <w:shd w:val="clear" w:color="auto" w:fill="1F4E79"/>
          </w:tcPr>
          <w:p w14:paraId="39F9F09A" w14:textId="180DC570" w:rsidR="00EF2D22" w:rsidRDefault="003271A0">
            <w:pPr>
              <w:jc w:val="center"/>
            </w:pPr>
            <w:r>
              <w:rPr>
                <w:b/>
                <w:color w:val="FFFFFF"/>
                <w:sz w:val="17"/>
              </w:rPr>
              <w:t>Performance indicators</w:t>
            </w:r>
          </w:p>
        </w:tc>
        <w:tc>
          <w:tcPr>
            <w:tcW w:w="2548" w:type="dxa"/>
            <w:tcBorders>
              <w:top w:val="single" w:sz="6" w:space="0" w:color="A6A6A6"/>
              <w:left w:val="single" w:sz="6" w:space="0" w:color="A6A6A6"/>
              <w:bottom w:val="single" w:sz="6" w:space="0" w:color="A6A6A6"/>
              <w:right w:val="single" w:sz="6" w:space="0" w:color="A6A6A6"/>
            </w:tcBorders>
            <w:shd w:val="clear" w:color="auto" w:fill="1F4E79"/>
          </w:tcPr>
          <w:p w14:paraId="44902667" w14:textId="6769F2A2" w:rsidR="00EF2D22" w:rsidRDefault="003271A0">
            <w:pPr>
              <w:jc w:val="center"/>
            </w:pPr>
            <w:r w:rsidRPr="003271A0">
              <w:rPr>
                <w:b/>
                <w:color w:val="FFFFFF"/>
                <w:sz w:val="17"/>
              </w:rPr>
              <w:t>Supporting documents / source of verification</w:t>
            </w:r>
          </w:p>
        </w:tc>
      </w:tr>
      <w:tr w:rsidR="00EF2D22" w14:paraId="426E48FC" w14:textId="77777777" w:rsidTr="003271A0">
        <w:trPr>
          <w:jc w:val="center"/>
        </w:trPr>
        <w:tc>
          <w:tcPr>
            <w:tcW w:w="2547" w:type="dxa"/>
            <w:tcBorders>
              <w:top w:val="single" w:sz="6" w:space="0" w:color="A6A6A6"/>
              <w:left w:val="single" w:sz="6" w:space="0" w:color="A6A6A6"/>
              <w:bottom w:val="single" w:sz="6" w:space="0" w:color="A6A6A6"/>
              <w:right w:val="single" w:sz="6" w:space="0" w:color="A6A6A6"/>
            </w:tcBorders>
          </w:tcPr>
          <w:p w14:paraId="4091E61E" w14:textId="77777777" w:rsidR="00EF2D22" w:rsidRDefault="00EF2D22"/>
          <w:p w14:paraId="3835DFD8" w14:textId="77777777" w:rsidR="00EF2D22" w:rsidRDefault="00EF2D22"/>
        </w:tc>
        <w:tc>
          <w:tcPr>
            <w:tcW w:w="2547" w:type="dxa"/>
            <w:tcBorders>
              <w:top w:val="single" w:sz="6" w:space="0" w:color="A6A6A6"/>
              <w:left w:val="single" w:sz="6" w:space="0" w:color="A6A6A6"/>
              <w:bottom w:val="single" w:sz="6" w:space="0" w:color="A6A6A6"/>
              <w:right w:val="single" w:sz="6" w:space="0" w:color="A6A6A6"/>
            </w:tcBorders>
          </w:tcPr>
          <w:p w14:paraId="05D93E3C" w14:textId="77777777" w:rsidR="00EF2D22" w:rsidRDefault="00EF2D22"/>
          <w:p w14:paraId="7A353253" w14:textId="77777777" w:rsidR="00EF2D22" w:rsidRDefault="00EF2D22"/>
        </w:tc>
        <w:tc>
          <w:tcPr>
            <w:tcW w:w="2548" w:type="dxa"/>
            <w:tcBorders>
              <w:top w:val="single" w:sz="6" w:space="0" w:color="A6A6A6"/>
              <w:left w:val="single" w:sz="6" w:space="0" w:color="A6A6A6"/>
              <w:bottom w:val="single" w:sz="6" w:space="0" w:color="A6A6A6"/>
              <w:right w:val="single" w:sz="6" w:space="0" w:color="A6A6A6"/>
            </w:tcBorders>
          </w:tcPr>
          <w:p w14:paraId="65D892A3" w14:textId="77777777" w:rsidR="00EF2D22" w:rsidRDefault="00EF2D22"/>
          <w:p w14:paraId="407E540D" w14:textId="77777777" w:rsidR="00EF2D22" w:rsidRDefault="00EF2D22"/>
        </w:tc>
        <w:tc>
          <w:tcPr>
            <w:tcW w:w="2548" w:type="dxa"/>
            <w:tcBorders>
              <w:top w:val="single" w:sz="6" w:space="0" w:color="A6A6A6"/>
              <w:left w:val="single" w:sz="6" w:space="0" w:color="A6A6A6"/>
              <w:bottom w:val="single" w:sz="6" w:space="0" w:color="A6A6A6"/>
              <w:right w:val="single" w:sz="6" w:space="0" w:color="A6A6A6"/>
            </w:tcBorders>
          </w:tcPr>
          <w:p w14:paraId="496B5296" w14:textId="77777777" w:rsidR="00EF2D22" w:rsidRDefault="00EF2D22"/>
          <w:p w14:paraId="354C127E" w14:textId="77777777" w:rsidR="00EF2D22" w:rsidRDefault="00EF2D22"/>
        </w:tc>
      </w:tr>
      <w:tr w:rsidR="00EF2D22" w14:paraId="0D6D7BBC" w14:textId="77777777" w:rsidTr="003271A0">
        <w:trPr>
          <w:jc w:val="center"/>
        </w:trPr>
        <w:tc>
          <w:tcPr>
            <w:tcW w:w="2547" w:type="dxa"/>
            <w:tcBorders>
              <w:top w:val="single" w:sz="6" w:space="0" w:color="A6A6A6"/>
              <w:left w:val="single" w:sz="6" w:space="0" w:color="A6A6A6"/>
              <w:bottom w:val="single" w:sz="6" w:space="0" w:color="A6A6A6"/>
              <w:right w:val="single" w:sz="6" w:space="0" w:color="A6A6A6"/>
            </w:tcBorders>
          </w:tcPr>
          <w:p w14:paraId="1BF2C3E4" w14:textId="77777777" w:rsidR="00EF2D22" w:rsidRDefault="00EF2D22"/>
          <w:p w14:paraId="4B51BB39" w14:textId="77777777" w:rsidR="00EF2D22" w:rsidRDefault="00EF2D22"/>
        </w:tc>
        <w:tc>
          <w:tcPr>
            <w:tcW w:w="2547" w:type="dxa"/>
            <w:tcBorders>
              <w:top w:val="single" w:sz="6" w:space="0" w:color="A6A6A6"/>
              <w:left w:val="single" w:sz="6" w:space="0" w:color="A6A6A6"/>
              <w:bottom w:val="single" w:sz="6" w:space="0" w:color="A6A6A6"/>
              <w:right w:val="single" w:sz="6" w:space="0" w:color="A6A6A6"/>
            </w:tcBorders>
          </w:tcPr>
          <w:p w14:paraId="198858CB" w14:textId="77777777" w:rsidR="00EF2D22" w:rsidRDefault="00EF2D22"/>
          <w:p w14:paraId="1EC32A7B" w14:textId="77777777" w:rsidR="00EF2D22" w:rsidRDefault="00EF2D22"/>
        </w:tc>
        <w:tc>
          <w:tcPr>
            <w:tcW w:w="2548" w:type="dxa"/>
            <w:tcBorders>
              <w:top w:val="single" w:sz="6" w:space="0" w:color="A6A6A6"/>
              <w:left w:val="single" w:sz="6" w:space="0" w:color="A6A6A6"/>
              <w:bottom w:val="single" w:sz="6" w:space="0" w:color="A6A6A6"/>
              <w:right w:val="single" w:sz="6" w:space="0" w:color="A6A6A6"/>
            </w:tcBorders>
          </w:tcPr>
          <w:p w14:paraId="40417624" w14:textId="77777777" w:rsidR="00EF2D22" w:rsidRDefault="00EF2D22"/>
          <w:p w14:paraId="2A5E2B88" w14:textId="77777777" w:rsidR="00EF2D22" w:rsidRDefault="00EF2D22"/>
        </w:tc>
        <w:tc>
          <w:tcPr>
            <w:tcW w:w="2548" w:type="dxa"/>
            <w:tcBorders>
              <w:top w:val="single" w:sz="6" w:space="0" w:color="A6A6A6"/>
              <w:left w:val="single" w:sz="6" w:space="0" w:color="A6A6A6"/>
              <w:bottom w:val="single" w:sz="6" w:space="0" w:color="A6A6A6"/>
              <w:right w:val="single" w:sz="6" w:space="0" w:color="A6A6A6"/>
            </w:tcBorders>
          </w:tcPr>
          <w:p w14:paraId="79B8BBD2" w14:textId="77777777" w:rsidR="00EF2D22" w:rsidRDefault="00EF2D22"/>
          <w:p w14:paraId="3F0A6911" w14:textId="77777777" w:rsidR="00EF2D22" w:rsidRDefault="00EF2D22"/>
        </w:tc>
      </w:tr>
      <w:tr w:rsidR="00EF2D22" w14:paraId="542AA4A5" w14:textId="77777777" w:rsidTr="003271A0">
        <w:trPr>
          <w:jc w:val="center"/>
        </w:trPr>
        <w:tc>
          <w:tcPr>
            <w:tcW w:w="2547" w:type="dxa"/>
            <w:tcBorders>
              <w:top w:val="single" w:sz="6" w:space="0" w:color="A6A6A6"/>
              <w:left w:val="single" w:sz="6" w:space="0" w:color="A6A6A6"/>
              <w:bottom w:val="single" w:sz="6" w:space="0" w:color="A6A6A6"/>
              <w:right w:val="single" w:sz="6" w:space="0" w:color="A6A6A6"/>
            </w:tcBorders>
          </w:tcPr>
          <w:p w14:paraId="3C308482" w14:textId="77777777" w:rsidR="00EF2D22" w:rsidRDefault="00EF2D22"/>
          <w:p w14:paraId="2C584552" w14:textId="77777777" w:rsidR="00EF2D22" w:rsidRDefault="00EF2D22"/>
        </w:tc>
        <w:tc>
          <w:tcPr>
            <w:tcW w:w="2547" w:type="dxa"/>
            <w:tcBorders>
              <w:top w:val="single" w:sz="6" w:space="0" w:color="A6A6A6"/>
              <w:left w:val="single" w:sz="6" w:space="0" w:color="A6A6A6"/>
              <w:bottom w:val="single" w:sz="6" w:space="0" w:color="A6A6A6"/>
              <w:right w:val="single" w:sz="6" w:space="0" w:color="A6A6A6"/>
            </w:tcBorders>
          </w:tcPr>
          <w:p w14:paraId="51682950" w14:textId="77777777" w:rsidR="00EF2D22" w:rsidRDefault="00EF2D22"/>
          <w:p w14:paraId="2405C9B1" w14:textId="77777777" w:rsidR="00EF2D22" w:rsidRDefault="00EF2D22"/>
        </w:tc>
        <w:tc>
          <w:tcPr>
            <w:tcW w:w="2548" w:type="dxa"/>
            <w:tcBorders>
              <w:top w:val="single" w:sz="6" w:space="0" w:color="A6A6A6"/>
              <w:left w:val="single" w:sz="6" w:space="0" w:color="A6A6A6"/>
              <w:bottom w:val="single" w:sz="6" w:space="0" w:color="A6A6A6"/>
              <w:right w:val="single" w:sz="6" w:space="0" w:color="A6A6A6"/>
            </w:tcBorders>
          </w:tcPr>
          <w:p w14:paraId="0D1746CC" w14:textId="77777777" w:rsidR="00EF2D22" w:rsidRDefault="00EF2D22"/>
          <w:p w14:paraId="5103BC20" w14:textId="77777777" w:rsidR="00EF2D22" w:rsidRDefault="00EF2D22"/>
        </w:tc>
        <w:tc>
          <w:tcPr>
            <w:tcW w:w="2548" w:type="dxa"/>
            <w:tcBorders>
              <w:top w:val="single" w:sz="6" w:space="0" w:color="A6A6A6"/>
              <w:left w:val="single" w:sz="6" w:space="0" w:color="A6A6A6"/>
              <w:bottom w:val="single" w:sz="6" w:space="0" w:color="A6A6A6"/>
              <w:right w:val="single" w:sz="6" w:space="0" w:color="A6A6A6"/>
            </w:tcBorders>
          </w:tcPr>
          <w:p w14:paraId="1755046C" w14:textId="77777777" w:rsidR="00EF2D22" w:rsidRDefault="00EF2D22"/>
          <w:p w14:paraId="3397732F" w14:textId="77777777" w:rsidR="00EF2D22" w:rsidRDefault="00EF2D22"/>
        </w:tc>
      </w:tr>
      <w:tr w:rsidR="00EF2D22" w14:paraId="343841DC" w14:textId="77777777" w:rsidTr="003271A0">
        <w:trPr>
          <w:jc w:val="center"/>
        </w:trPr>
        <w:tc>
          <w:tcPr>
            <w:tcW w:w="2547" w:type="dxa"/>
            <w:tcBorders>
              <w:top w:val="single" w:sz="6" w:space="0" w:color="A6A6A6"/>
              <w:left w:val="single" w:sz="6" w:space="0" w:color="A6A6A6"/>
              <w:bottom w:val="single" w:sz="6" w:space="0" w:color="A6A6A6"/>
              <w:right w:val="single" w:sz="6" w:space="0" w:color="A6A6A6"/>
            </w:tcBorders>
          </w:tcPr>
          <w:p w14:paraId="02FB2E3A" w14:textId="77777777" w:rsidR="00EF2D22" w:rsidRDefault="00EF2D22"/>
          <w:p w14:paraId="79292A34" w14:textId="77777777" w:rsidR="00EF2D22" w:rsidRDefault="00EF2D22"/>
        </w:tc>
        <w:tc>
          <w:tcPr>
            <w:tcW w:w="2547" w:type="dxa"/>
            <w:tcBorders>
              <w:top w:val="single" w:sz="6" w:space="0" w:color="A6A6A6"/>
              <w:left w:val="single" w:sz="6" w:space="0" w:color="A6A6A6"/>
              <w:bottom w:val="single" w:sz="6" w:space="0" w:color="A6A6A6"/>
              <w:right w:val="single" w:sz="6" w:space="0" w:color="A6A6A6"/>
            </w:tcBorders>
          </w:tcPr>
          <w:p w14:paraId="3B450381" w14:textId="77777777" w:rsidR="00EF2D22" w:rsidRDefault="00EF2D22"/>
          <w:p w14:paraId="61A44AF2" w14:textId="77777777" w:rsidR="00EF2D22" w:rsidRDefault="00EF2D22"/>
        </w:tc>
        <w:tc>
          <w:tcPr>
            <w:tcW w:w="2548" w:type="dxa"/>
            <w:tcBorders>
              <w:top w:val="single" w:sz="6" w:space="0" w:color="A6A6A6"/>
              <w:left w:val="single" w:sz="6" w:space="0" w:color="A6A6A6"/>
              <w:bottom w:val="single" w:sz="6" w:space="0" w:color="A6A6A6"/>
              <w:right w:val="single" w:sz="6" w:space="0" w:color="A6A6A6"/>
            </w:tcBorders>
          </w:tcPr>
          <w:p w14:paraId="76DC1302" w14:textId="77777777" w:rsidR="00EF2D22" w:rsidRDefault="00EF2D22"/>
          <w:p w14:paraId="73D21F8C" w14:textId="77777777" w:rsidR="00EF2D22" w:rsidRDefault="00EF2D22"/>
        </w:tc>
        <w:tc>
          <w:tcPr>
            <w:tcW w:w="2548" w:type="dxa"/>
            <w:tcBorders>
              <w:top w:val="single" w:sz="6" w:space="0" w:color="A6A6A6"/>
              <w:left w:val="single" w:sz="6" w:space="0" w:color="A6A6A6"/>
              <w:bottom w:val="single" w:sz="6" w:space="0" w:color="A6A6A6"/>
              <w:right w:val="single" w:sz="6" w:space="0" w:color="A6A6A6"/>
            </w:tcBorders>
          </w:tcPr>
          <w:p w14:paraId="5F112662" w14:textId="77777777" w:rsidR="00EF2D22" w:rsidRDefault="00EF2D22"/>
          <w:p w14:paraId="2FFA666D" w14:textId="77777777" w:rsidR="00EF2D22" w:rsidRDefault="00EF2D22"/>
        </w:tc>
      </w:tr>
      <w:tr w:rsidR="00EF2D22" w14:paraId="0AC8B18A" w14:textId="77777777" w:rsidTr="003271A0">
        <w:trPr>
          <w:jc w:val="center"/>
        </w:trPr>
        <w:tc>
          <w:tcPr>
            <w:tcW w:w="2547" w:type="dxa"/>
            <w:tcBorders>
              <w:top w:val="single" w:sz="6" w:space="0" w:color="A6A6A6"/>
              <w:left w:val="single" w:sz="6" w:space="0" w:color="A6A6A6"/>
              <w:bottom w:val="single" w:sz="6" w:space="0" w:color="A6A6A6"/>
              <w:right w:val="single" w:sz="6" w:space="0" w:color="A6A6A6"/>
            </w:tcBorders>
          </w:tcPr>
          <w:p w14:paraId="6D435BBA" w14:textId="77777777" w:rsidR="00EF2D22" w:rsidRDefault="00EF2D22"/>
          <w:p w14:paraId="4C22E15C" w14:textId="77777777" w:rsidR="00EF2D22" w:rsidRDefault="00EF2D22"/>
        </w:tc>
        <w:tc>
          <w:tcPr>
            <w:tcW w:w="2547" w:type="dxa"/>
            <w:tcBorders>
              <w:top w:val="single" w:sz="6" w:space="0" w:color="A6A6A6"/>
              <w:left w:val="single" w:sz="6" w:space="0" w:color="A6A6A6"/>
              <w:bottom w:val="single" w:sz="6" w:space="0" w:color="A6A6A6"/>
              <w:right w:val="single" w:sz="6" w:space="0" w:color="A6A6A6"/>
            </w:tcBorders>
          </w:tcPr>
          <w:p w14:paraId="712C6AC0" w14:textId="77777777" w:rsidR="00EF2D22" w:rsidRDefault="00EF2D22"/>
          <w:p w14:paraId="500829E8" w14:textId="77777777" w:rsidR="00EF2D22" w:rsidRDefault="00EF2D22"/>
        </w:tc>
        <w:tc>
          <w:tcPr>
            <w:tcW w:w="2548" w:type="dxa"/>
            <w:tcBorders>
              <w:top w:val="single" w:sz="6" w:space="0" w:color="A6A6A6"/>
              <w:left w:val="single" w:sz="6" w:space="0" w:color="A6A6A6"/>
              <w:bottom w:val="single" w:sz="6" w:space="0" w:color="A6A6A6"/>
              <w:right w:val="single" w:sz="6" w:space="0" w:color="A6A6A6"/>
            </w:tcBorders>
          </w:tcPr>
          <w:p w14:paraId="643C8152" w14:textId="77777777" w:rsidR="00EF2D22" w:rsidRDefault="00EF2D22"/>
          <w:p w14:paraId="003A110B" w14:textId="77777777" w:rsidR="00EF2D22" w:rsidRDefault="00EF2D22"/>
        </w:tc>
        <w:tc>
          <w:tcPr>
            <w:tcW w:w="2548" w:type="dxa"/>
            <w:tcBorders>
              <w:top w:val="single" w:sz="6" w:space="0" w:color="A6A6A6"/>
              <w:left w:val="single" w:sz="6" w:space="0" w:color="A6A6A6"/>
              <w:bottom w:val="single" w:sz="6" w:space="0" w:color="A6A6A6"/>
              <w:right w:val="single" w:sz="6" w:space="0" w:color="A6A6A6"/>
            </w:tcBorders>
          </w:tcPr>
          <w:p w14:paraId="4EAC75D6" w14:textId="77777777" w:rsidR="00EF2D22" w:rsidRDefault="00EF2D22"/>
          <w:p w14:paraId="49317E57" w14:textId="77777777" w:rsidR="00EF2D22" w:rsidRDefault="00EF2D22"/>
        </w:tc>
      </w:tr>
    </w:tbl>
    <w:p w14:paraId="504FBE1E" w14:textId="4F102B97" w:rsidR="00EF2D22" w:rsidRPr="003271A0" w:rsidRDefault="003271A0">
      <w:pPr>
        <w:pStyle w:val="1"/>
        <w:spacing w:before="200" w:after="80" w:line="240" w:lineRule="auto"/>
        <w:rPr>
          <w:lang w:val="ru-RU"/>
        </w:rPr>
      </w:pPr>
      <w:r w:rsidRPr="003271A0">
        <w:rPr>
          <w:rFonts w:ascii="Arial" w:eastAsia="Arial" w:hAnsi="Arial"/>
          <w:color w:val="1F4E79"/>
          <w:sz w:val="26"/>
          <w:lang w:val="ru-RU"/>
        </w:rPr>
        <w:lastRenderedPageBreak/>
        <w:t>SECTION 8. Sustainability, Operation and Maintenance</w:t>
      </w:r>
    </w:p>
    <w:tbl>
      <w:tblPr>
        <w:tblW w:w="0" w:type="auto"/>
        <w:jc w:val="center"/>
        <w:tblLayout w:type="fixed"/>
        <w:tblLook w:val="04A0" w:firstRow="1" w:lastRow="0" w:firstColumn="1" w:lastColumn="0" w:noHBand="0" w:noVBand="1"/>
      </w:tblPr>
      <w:tblGrid>
        <w:gridCol w:w="2948"/>
        <w:gridCol w:w="6236"/>
      </w:tblGrid>
      <w:tr w:rsidR="00EF2D22" w:rsidRPr="009D25B7" w14:paraId="0308774A"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E3D6D93" w14:textId="7C951C87" w:rsidR="00EF2D22" w:rsidRDefault="009D25B7">
            <w:r w:rsidRPr="009D25B7">
              <w:rPr>
                <w:b/>
                <w:sz w:val="18"/>
              </w:rPr>
              <w:t>How will the results be sustained?</w:t>
            </w:r>
          </w:p>
        </w:tc>
        <w:tc>
          <w:tcPr>
            <w:tcW w:w="6236" w:type="dxa"/>
            <w:tcBorders>
              <w:top w:val="single" w:sz="6" w:space="0" w:color="A6A6A6"/>
              <w:left w:val="single" w:sz="6" w:space="0" w:color="A6A6A6"/>
              <w:bottom w:val="single" w:sz="6" w:space="0" w:color="A6A6A6"/>
              <w:right w:val="single" w:sz="6" w:space="0" w:color="A6A6A6"/>
            </w:tcBorders>
          </w:tcPr>
          <w:p w14:paraId="559433AC" w14:textId="77777777" w:rsidR="00EF2D22" w:rsidRDefault="009D25B7">
            <w:pPr>
              <w:rPr>
                <w:i/>
                <w:color w:val="666666"/>
                <w:sz w:val="17"/>
              </w:rPr>
            </w:pPr>
            <w:r w:rsidRPr="009D25B7">
              <w:rPr>
                <w:i/>
                <w:color w:val="666666"/>
                <w:sz w:val="17"/>
              </w:rPr>
              <w:t>Describe who will be responsible for operation, maintenance, repairs, and care of the equipment/infrastructure or green areas after project completion.</w:t>
            </w:r>
          </w:p>
          <w:p w14:paraId="4E4D3574" w14:textId="5AC45DA9" w:rsidR="009D25B7" w:rsidRPr="009D25B7" w:rsidRDefault="009D25B7"/>
        </w:tc>
      </w:tr>
      <w:tr w:rsidR="00EF2D22" w:rsidRPr="00726A33" w14:paraId="39F54F45"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76D504AE" w14:textId="5EFF1003" w:rsidR="00EF2D22" w:rsidRDefault="009D25B7">
            <w:r w:rsidRPr="009D25B7">
              <w:rPr>
                <w:b/>
                <w:sz w:val="18"/>
              </w:rPr>
              <w:t>Mechanism for transfer / acceptance of results</w:t>
            </w:r>
          </w:p>
        </w:tc>
        <w:tc>
          <w:tcPr>
            <w:tcW w:w="6236" w:type="dxa"/>
            <w:tcBorders>
              <w:top w:val="single" w:sz="6" w:space="0" w:color="A6A6A6"/>
              <w:left w:val="single" w:sz="6" w:space="0" w:color="A6A6A6"/>
              <w:bottom w:val="single" w:sz="6" w:space="0" w:color="A6A6A6"/>
              <w:right w:val="single" w:sz="6" w:space="0" w:color="A6A6A6"/>
            </w:tcBorders>
          </w:tcPr>
          <w:p w14:paraId="4EB4B174" w14:textId="77777777" w:rsidR="00EF2D22" w:rsidRDefault="00726A33">
            <w:pPr>
              <w:rPr>
                <w:i/>
                <w:color w:val="666666"/>
                <w:sz w:val="17"/>
              </w:rPr>
            </w:pPr>
            <w:r w:rsidRPr="00726A33">
              <w:rPr>
                <w:i/>
                <w:color w:val="666666"/>
                <w:sz w:val="17"/>
              </w:rPr>
              <w:t xml:space="preserve">Specify who will accept the completed works, which acceptance certificates or documents will be prepared, and who will be the future user or entity responsible for the facility. </w:t>
            </w:r>
          </w:p>
          <w:p w14:paraId="55AF1CEB" w14:textId="4D789056" w:rsidR="00726A33" w:rsidRPr="00726A33" w:rsidRDefault="00726A33"/>
        </w:tc>
      </w:tr>
      <w:tr w:rsidR="00EF2D22" w:rsidRPr="00726A33" w14:paraId="36FFF782"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2EED320" w14:textId="3E404A99" w:rsidR="00EF2D22" w:rsidRPr="00726A33" w:rsidRDefault="00726A33">
            <w:r w:rsidRPr="00726A33">
              <w:rPr>
                <w:b/>
                <w:sz w:val="18"/>
              </w:rPr>
              <w:t>Risks and risk mitigation measures</w:t>
            </w:r>
          </w:p>
        </w:tc>
        <w:tc>
          <w:tcPr>
            <w:tcW w:w="6236" w:type="dxa"/>
            <w:tcBorders>
              <w:top w:val="single" w:sz="6" w:space="0" w:color="A6A6A6"/>
              <w:left w:val="single" w:sz="6" w:space="0" w:color="A6A6A6"/>
              <w:bottom w:val="single" w:sz="6" w:space="0" w:color="A6A6A6"/>
              <w:right w:val="single" w:sz="6" w:space="0" w:color="A6A6A6"/>
            </w:tcBorders>
          </w:tcPr>
          <w:p w14:paraId="769CDDD6" w14:textId="32987665" w:rsidR="00EF2D22" w:rsidRDefault="00726A33">
            <w:pPr>
              <w:rPr>
                <w:i/>
                <w:color w:val="666666"/>
                <w:sz w:val="17"/>
              </w:rPr>
            </w:pPr>
            <w:r w:rsidRPr="00726A33">
              <w:rPr>
                <w:i/>
                <w:color w:val="666666"/>
                <w:sz w:val="17"/>
              </w:rPr>
              <w:t>Specify the main project implementation risks and measures to mitigate them: technical, financial, weather-related, social, and organ</w:t>
            </w:r>
            <w:r w:rsidR="00AA11E0">
              <w:rPr>
                <w:i/>
                <w:color w:val="666666"/>
                <w:sz w:val="17"/>
              </w:rPr>
              <w:t>iza</w:t>
            </w:r>
            <w:r w:rsidRPr="00726A33">
              <w:rPr>
                <w:i/>
                <w:color w:val="666666"/>
                <w:sz w:val="17"/>
              </w:rPr>
              <w:t xml:space="preserve">tional risks. </w:t>
            </w:r>
          </w:p>
          <w:p w14:paraId="7BF343E8" w14:textId="77777777" w:rsidR="00726A33" w:rsidRDefault="00726A33"/>
          <w:p w14:paraId="385F31A2" w14:textId="51B98F21" w:rsidR="00726A33" w:rsidRPr="00726A33" w:rsidRDefault="00726A33"/>
        </w:tc>
      </w:tr>
    </w:tbl>
    <w:p w14:paraId="14C70009" w14:textId="36AB53CA" w:rsidR="00EF2D22" w:rsidRPr="00726A33" w:rsidRDefault="00726A33">
      <w:pPr>
        <w:pStyle w:val="1"/>
        <w:spacing w:before="200" w:after="80" w:line="240" w:lineRule="auto"/>
      </w:pPr>
      <w:r w:rsidRPr="00726A33">
        <w:rPr>
          <w:rFonts w:ascii="Arial" w:eastAsia="Arial" w:hAnsi="Arial"/>
          <w:color w:val="1F4E79"/>
          <w:sz w:val="26"/>
        </w:rPr>
        <w:t>SECTION 9. Budget Information</w:t>
      </w:r>
    </w:p>
    <w:p w14:paraId="31590986" w14:textId="10191A32" w:rsidR="00EF2D22" w:rsidRPr="00726A33" w:rsidRDefault="00726A33">
      <w:pPr>
        <w:spacing w:after="80" w:line="240" w:lineRule="auto"/>
      </w:pPr>
      <w:r w:rsidRPr="00726A33">
        <w:rPr>
          <w:i/>
          <w:color w:val="5A5A5A"/>
          <w:sz w:val="17"/>
        </w:rPr>
        <w:t>The detailed budget shall be completed separately in Annex 4. This section shall include only brief financial information.</w:t>
      </w:r>
    </w:p>
    <w:tbl>
      <w:tblPr>
        <w:tblW w:w="0" w:type="auto"/>
        <w:jc w:val="center"/>
        <w:tblLayout w:type="fixed"/>
        <w:tblLook w:val="04A0" w:firstRow="1" w:lastRow="0" w:firstColumn="1" w:lastColumn="0" w:noHBand="0" w:noVBand="1"/>
      </w:tblPr>
      <w:tblGrid>
        <w:gridCol w:w="2948"/>
        <w:gridCol w:w="6236"/>
      </w:tblGrid>
      <w:tr w:rsidR="00EF2D22" w:rsidRPr="00FB11EA" w14:paraId="008462C5"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FCF329F" w14:textId="6E1C5C2F" w:rsidR="00EF2D22" w:rsidRDefault="00FB11EA">
            <w:r w:rsidRPr="00FB11EA">
              <w:rPr>
                <w:b/>
                <w:sz w:val="18"/>
              </w:rPr>
              <w:t>Requested grant amount</w:t>
            </w:r>
          </w:p>
        </w:tc>
        <w:tc>
          <w:tcPr>
            <w:tcW w:w="6236" w:type="dxa"/>
            <w:tcBorders>
              <w:top w:val="single" w:sz="6" w:space="0" w:color="A6A6A6"/>
              <w:left w:val="single" w:sz="6" w:space="0" w:color="A6A6A6"/>
              <w:bottom w:val="single" w:sz="6" w:space="0" w:color="A6A6A6"/>
              <w:right w:val="single" w:sz="6" w:space="0" w:color="A6A6A6"/>
            </w:tcBorders>
          </w:tcPr>
          <w:p w14:paraId="116B9C41" w14:textId="77777777" w:rsidR="00EF2D22" w:rsidRDefault="00FB11EA">
            <w:pPr>
              <w:rPr>
                <w:i/>
                <w:color w:val="666666"/>
                <w:sz w:val="17"/>
              </w:rPr>
            </w:pPr>
            <w:r w:rsidRPr="00FB11EA">
              <w:rPr>
                <w:i/>
                <w:color w:val="666666"/>
                <w:sz w:val="17"/>
              </w:rPr>
              <w:t xml:space="preserve">Specify the amount in US dollars and its equivalent in Kyrgyz soms based on the UN exchange rate applicable on the date of application preparation. </w:t>
            </w:r>
          </w:p>
          <w:p w14:paraId="467B3A9D" w14:textId="66DA16B4" w:rsidR="00FB11EA" w:rsidRPr="00FB11EA" w:rsidRDefault="00FB11EA"/>
        </w:tc>
      </w:tr>
      <w:tr w:rsidR="00EF2D22" w:rsidRPr="00FB11EA" w14:paraId="19133088"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71CDC8D9" w14:textId="108B4851" w:rsidR="00EF2D22" w:rsidRDefault="00FB11EA">
            <w:r w:rsidRPr="00FB11EA">
              <w:rPr>
                <w:b/>
                <w:sz w:val="18"/>
              </w:rPr>
              <w:t>Co-financing</w:t>
            </w:r>
          </w:p>
        </w:tc>
        <w:tc>
          <w:tcPr>
            <w:tcW w:w="6236" w:type="dxa"/>
            <w:tcBorders>
              <w:top w:val="single" w:sz="6" w:space="0" w:color="A6A6A6"/>
              <w:left w:val="single" w:sz="6" w:space="0" w:color="A6A6A6"/>
              <w:bottom w:val="single" w:sz="6" w:space="0" w:color="A6A6A6"/>
              <w:right w:val="single" w:sz="6" w:space="0" w:color="A6A6A6"/>
            </w:tcBorders>
          </w:tcPr>
          <w:p w14:paraId="5E13F911" w14:textId="77777777" w:rsidR="00EF2D22" w:rsidRDefault="00FB11EA">
            <w:pPr>
              <w:rPr>
                <w:i/>
                <w:color w:val="666666"/>
                <w:sz w:val="17"/>
              </w:rPr>
            </w:pPr>
            <w:r w:rsidRPr="00FB11EA">
              <w:rPr>
                <w:i/>
                <w:color w:val="666666"/>
                <w:sz w:val="17"/>
              </w:rPr>
              <w:t xml:space="preserve">Specify the amount and form of co-financing. Co-financing may be provided in cash or in kind. The recommended level is at least 20% of the requested grant amount, unless otherwise specified in the call for proposals guidelines. </w:t>
            </w:r>
          </w:p>
          <w:p w14:paraId="1DCB48ED" w14:textId="77777777" w:rsidR="00FB11EA" w:rsidRDefault="00FB11EA">
            <w:pPr>
              <w:rPr>
                <w:i/>
                <w:color w:val="666666"/>
                <w:sz w:val="17"/>
              </w:rPr>
            </w:pPr>
          </w:p>
          <w:p w14:paraId="13540367" w14:textId="4A5D2378" w:rsidR="00FB11EA" w:rsidRPr="00FB11EA" w:rsidRDefault="00FB11EA"/>
        </w:tc>
      </w:tr>
      <w:tr w:rsidR="00EF2D22" w14:paraId="3FE88C88"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0398808" w14:textId="1577CFA4" w:rsidR="00EF2D22" w:rsidRDefault="00FB11EA">
            <w:r w:rsidRPr="00FB11EA">
              <w:rPr>
                <w:b/>
                <w:sz w:val="18"/>
              </w:rPr>
              <w:t>Total project cost</w:t>
            </w:r>
          </w:p>
        </w:tc>
        <w:tc>
          <w:tcPr>
            <w:tcW w:w="6236" w:type="dxa"/>
            <w:tcBorders>
              <w:top w:val="single" w:sz="6" w:space="0" w:color="A6A6A6"/>
              <w:left w:val="single" w:sz="6" w:space="0" w:color="A6A6A6"/>
              <w:bottom w:val="single" w:sz="6" w:space="0" w:color="A6A6A6"/>
              <w:right w:val="single" w:sz="6" w:space="0" w:color="A6A6A6"/>
            </w:tcBorders>
          </w:tcPr>
          <w:p w14:paraId="016974C1" w14:textId="77777777" w:rsidR="00EF2D22" w:rsidRDefault="00FB11EA">
            <w:pPr>
              <w:rPr>
                <w:i/>
                <w:color w:val="666666"/>
                <w:sz w:val="17"/>
              </w:rPr>
            </w:pPr>
            <w:r w:rsidRPr="00FB11EA">
              <w:rPr>
                <w:i/>
                <w:color w:val="666666"/>
                <w:sz w:val="17"/>
              </w:rPr>
              <w:t xml:space="preserve">Requested grant amount + co-financing. </w:t>
            </w:r>
          </w:p>
          <w:p w14:paraId="30441BBA" w14:textId="3ED3BF68" w:rsidR="00FB11EA" w:rsidRDefault="00FB11EA"/>
        </w:tc>
      </w:tr>
    </w:tbl>
    <w:p w14:paraId="57640EB4" w14:textId="6321924D" w:rsidR="00EF2D22" w:rsidRPr="00F56CE7" w:rsidRDefault="00F56CE7">
      <w:pPr>
        <w:spacing w:after="80" w:line="240" w:lineRule="auto"/>
      </w:pPr>
      <w:r w:rsidRPr="00F56CE7">
        <w:rPr>
          <w:i/>
          <w:color w:val="5A5A5A"/>
          <w:sz w:val="17"/>
        </w:rPr>
        <w:t xml:space="preserve">Administrative costs are eligible only if they are directly related to project implementation and do not exceed the limit established under the call for proposals. All costs must be linked to the activities included in the </w:t>
      </w:r>
      <w:r>
        <w:rPr>
          <w:i/>
          <w:color w:val="5A5A5A"/>
          <w:sz w:val="17"/>
        </w:rPr>
        <w:t>Implementation Schedule.</w:t>
      </w:r>
    </w:p>
    <w:p w14:paraId="3494EC4D" w14:textId="631EF936" w:rsidR="00EF2D22" w:rsidRPr="00197524" w:rsidRDefault="00197524">
      <w:pPr>
        <w:pStyle w:val="1"/>
        <w:spacing w:before="200" w:after="80" w:line="240" w:lineRule="auto"/>
      </w:pPr>
      <w:r w:rsidRPr="00197524">
        <w:rPr>
          <w:rFonts w:ascii="Arial" w:eastAsia="Arial" w:hAnsi="Arial"/>
          <w:color w:val="1F4E79"/>
          <w:sz w:val="26"/>
        </w:rPr>
        <w:t>SECTION 10. Monitoring, Reporting and Acknowledgement of Project Support</w:t>
      </w:r>
    </w:p>
    <w:tbl>
      <w:tblPr>
        <w:tblW w:w="0" w:type="auto"/>
        <w:jc w:val="center"/>
        <w:tblLayout w:type="fixed"/>
        <w:tblLook w:val="04A0" w:firstRow="1" w:lastRow="0" w:firstColumn="1" w:lastColumn="0" w:noHBand="0" w:noVBand="1"/>
      </w:tblPr>
      <w:tblGrid>
        <w:gridCol w:w="2948"/>
        <w:gridCol w:w="6236"/>
      </w:tblGrid>
      <w:tr w:rsidR="00EF2D22" w:rsidRPr="00197524" w14:paraId="3423363E"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503A28CD" w14:textId="54018BAE" w:rsidR="00EF2D22" w:rsidRDefault="00197524">
            <w:r w:rsidRPr="00197524">
              <w:rPr>
                <w:b/>
                <w:sz w:val="18"/>
              </w:rPr>
              <w:t>Quality and results monitoring</w:t>
            </w:r>
          </w:p>
        </w:tc>
        <w:tc>
          <w:tcPr>
            <w:tcW w:w="6236" w:type="dxa"/>
            <w:tcBorders>
              <w:top w:val="single" w:sz="6" w:space="0" w:color="A6A6A6"/>
              <w:left w:val="single" w:sz="6" w:space="0" w:color="A6A6A6"/>
              <w:bottom w:val="single" w:sz="6" w:space="0" w:color="A6A6A6"/>
              <w:right w:val="single" w:sz="6" w:space="0" w:color="A6A6A6"/>
            </w:tcBorders>
          </w:tcPr>
          <w:p w14:paraId="6C566A7C" w14:textId="6CBD59A3" w:rsidR="00EF2D22" w:rsidRDefault="00197524">
            <w:pPr>
              <w:rPr>
                <w:i/>
                <w:color w:val="666666"/>
                <w:sz w:val="17"/>
              </w:rPr>
            </w:pPr>
            <w:r w:rsidRPr="00197524">
              <w:rPr>
                <w:i/>
                <w:color w:val="666666"/>
                <w:sz w:val="17"/>
              </w:rPr>
              <w:t>Describe how the organ</w:t>
            </w:r>
            <w:r w:rsidR="00AA11E0">
              <w:rPr>
                <w:i/>
                <w:color w:val="666666"/>
                <w:sz w:val="17"/>
              </w:rPr>
              <w:t>iza</w:t>
            </w:r>
            <w:r w:rsidRPr="00197524">
              <w:rPr>
                <w:i/>
                <w:color w:val="666666"/>
                <w:sz w:val="17"/>
              </w:rPr>
              <w:t xml:space="preserve">tion will monitor the quality of works, compliance with the implementation schedule, achievement of results, and use of grant funds. </w:t>
            </w:r>
          </w:p>
          <w:p w14:paraId="13DAB144" w14:textId="77777777" w:rsidR="00197524" w:rsidRDefault="00197524">
            <w:pPr>
              <w:rPr>
                <w:i/>
                <w:color w:val="666666"/>
                <w:sz w:val="17"/>
              </w:rPr>
            </w:pPr>
          </w:p>
          <w:p w14:paraId="714872C5" w14:textId="77777777" w:rsidR="00197524" w:rsidRDefault="00197524">
            <w:pPr>
              <w:rPr>
                <w:i/>
                <w:color w:val="666666"/>
                <w:sz w:val="17"/>
              </w:rPr>
            </w:pPr>
          </w:p>
          <w:p w14:paraId="31D78557" w14:textId="3A0481AF" w:rsidR="00197524" w:rsidRPr="00197524" w:rsidRDefault="00197524"/>
        </w:tc>
      </w:tr>
      <w:tr w:rsidR="00EF2D22" w:rsidRPr="00F553BE" w14:paraId="7F0BCB3B"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45E4C7FB" w14:textId="41EDE532" w:rsidR="00EF2D22" w:rsidRDefault="00197524">
            <w:r w:rsidRPr="00197524">
              <w:rPr>
                <w:b/>
                <w:sz w:val="18"/>
              </w:rPr>
              <w:t>Reporting and supporting documents</w:t>
            </w:r>
          </w:p>
        </w:tc>
        <w:tc>
          <w:tcPr>
            <w:tcW w:w="6236" w:type="dxa"/>
            <w:tcBorders>
              <w:top w:val="single" w:sz="6" w:space="0" w:color="A6A6A6"/>
              <w:left w:val="single" w:sz="6" w:space="0" w:color="A6A6A6"/>
              <w:bottom w:val="single" w:sz="6" w:space="0" w:color="A6A6A6"/>
              <w:right w:val="single" w:sz="6" w:space="0" w:color="A6A6A6"/>
            </w:tcBorders>
          </w:tcPr>
          <w:p w14:paraId="5E15E866" w14:textId="77777777" w:rsidR="00EF2D22" w:rsidRDefault="00F553BE">
            <w:pPr>
              <w:rPr>
                <w:i/>
                <w:color w:val="666666"/>
                <w:sz w:val="17"/>
              </w:rPr>
            </w:pPr>
            <w:r w:rsidRPr="00F553BE">
              <w:rPr>
                <w:i/>
                <w:color w:val="666666"/>
                <w:sz w:val="17"/>
              </w:rPr>
              <w:t xml:space="preserve">Specify which documents will be used to verify results: photos, videos, completion certificates, invoices, records, reports, participant lists, and other relevant documents. </w:t>
            </w:r>
          </w:p>
          <w:p w14:paraId="48ABD9CC" w14:textId="77777777" w:rsidR="00F553BE" w:rsidRDefault="00F553BE">
            <w:pPr>
              <w:rPr>
                <w:i/>
                <w:color w:val="666666"/>
                <w:sz w:val="17"/>
              </w:rPr>
            </w:pPr>
          </w:p>
          <w:p w14:paraId="5D89804C" w14:textId="0EDD1226" w:rsidR="00F553BE" w:rsidRPr="00F553BE" w:rsidRDefault="00F553BE"/>
        </w:tc>
      </w:tr>
      <w:tr w:rsidR="00EF2D22" w14:paraId="7141C011"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02809EA8" w14:textId="508C4761" w:rsidR="00EF2D22" w:rsidRDefault="00F553BE">
            <w:r w:rsidRPr="00F553BE">
              <w:rPr>
                <w:b/>
                <w:sz w:val="18"/>
              </w:rPr>
              <w:lastRenderedPageBreak/>
              <w:t>Acknowledgement of project support</w:t>
            </w:r>
          </w:p>
        </w:tc>
        <w:tc>
          <w:tcPr>
            <w:tcW w:w="6236" w:type="dxa"/>
            <w:tcBorders>
              <w:top w:val="single" w:sz="6" w:space="0" w:color="A6A6A6"/>
              <w:left w:val="single" w:sz="6" w:space="0" w:color="A6A6A6"/>
              <w:bottom w:val="single" w:sz="6" w:space="0" w:color="A6A6A6"/>
              <w:right w:val="single" w:sz="6" w:space="0" w:color="A6A6A6"/>
            </w:tcBorders>
          </w:tcPr>
          <w:p w14:paraId="5E735500" w14:textId="77777777" w:rsidR="00EF2D22" w:rsidRDefault="00F553BE">
            <w:pPr>
              <w:rPr>
                <w:i/>
                <w:color w:val="666666"/>
                <w:sz w:val="17"/>
              </w:rPr>
            </w:pPr>
            <w:r w:rsidRPr="00F553BE">
              <w:rPr>
                <w:i/>
                <w:color w:val="666666"/>
                <w:sz w:val="17"/>
              </w:rPr>
              <w:t xml:space="preserve">In all public materials, events, publications, photo, video and information products prepared within the framework of the grant project, the grantee shall indicate that the project is implemented with the support of the Government of Japan and UNDP. The use of logos and public materials shall be coordinated with UNDP. </w:t>
            </w:r>
          </w:p>
          <w:p w14:paraId="156741B7" w14:textId="77777777" w:rsidR="00F553BE" w:rsidRDefault="00F553BE">
            <w:pPr>
              <w:rPr>
                <w:i/>
                <w:color w:val="666666"/>
                <w:sz w:val="17"/>
              </w:rPr>
            </w:pPr>
          </w:p>
          <w:p w14:paraId="250FFBF6" w14:textId="44315296" w:rsidR="00F553BE" w:rsidRDefault="00F553BE"/>
        </w:tc>
      </w:tr>
    </w:tbl>
    <w:p w14:paraId="027232C2" w14:textId="774400C8" w:rsidR="00EF2D22" w:rsidRDefault="00F553BE">
      <w:pPr>
        <w:pStyle w:val="1"/>
        <w:spacing w:before="200" w:after="80" w:line="240" w:lineRule="auto"/>
      </w:pPr>
      <w:r w:rsidRPr="00F553BE">
        <w:rPr>
          <w:rFonts w:ascii="Arial" w:eastAsia="Arial" w:hAnsi="Arial"/>
          <w:color w:val="1F4E79"/>
          <w:sz w:val="26"/>
        </w:rPr>
        <w:t>SECTION 11. List of Application Annexes</w:t>
      </w:r>
    </w:p>
    <w:tbl>
      <w:tblPr>
        <w:tblW w:w="0" w:type="auto"/>
        <w:jc w:val="center"/>
        <w:tblLook w:val="04A0" w:firstRow="1" w:lastRow="0" w:firstColumn="1" w:lastColumn="0" w:noHBand="0" w:noVBand="1"/>
      </w:tblPr>
      <w:tblGrid>
        <w:gridCol w:w="10190"/>
      </w:tblGrid>
      <w:tr w:rsidR="00EF2D22" w:rsidRPr="00DD495F" w14:paraId="33468B4D" w14:textId="77777777" w:rsidTr="00992077">
        <w:trPr>
          <w:jc w:val="center"/>
        </w:trPr>
        <w:tc>
          <w:tcPr>
            <w:tcW w:w="10190" w:type="dxa"/>
            <w:tcBorders>
              <w:top w:val="single" w:sz="6" w:space="0" w:color="A6A6A6"/>
              <w:left w:val="single" w:sz="6" w:space="0" w:color="A6A6A6"/>
              <w:bottom w:val="single" w:sz="6" w:space="0" w:color="A6A6A6"/>
              <w:right w:val="single" w:sz="6" w:space="0" w:color="A6A6A6"/>
            </w:tcBorders>
            <w:shd w:val="clear" w:color="auto" w:fill="D9EAF7"/>
          </w:tcPr>
          <w:p w14:paraId="7211E336" w14:textId="35C20D06" w:rsidR="00EF2D22" w:rsidRPr="00DD495F" w:rsidRDefault="00DD495F">
            <w:r w:rsidRPr="00DD495F">
              <w:rPr>
                <w:b/>
                <w:sz w:val="18"/>
              </w:rPr>
              <w:t>Please tick the documents attached to the application:</w:t>
            </w:r>
          </w:p>
        </w:tc>
      </w:tr>
      <w:tr w:rsidR="00EF2D22" w:rsidRPr="00234964" w14:paraId="15A65683" w14:textId="77777777" w:rsidTr="00992077">
        <w:trPr>
          <w:jc w:val="center"/>
        </w:trPr>
        <w:tc>
          <w:tcPr>
            <w:tcW w:w="10190" w:type="dxa"/>
          </w:tcPr>
          <w:p w14:paraId="345ADD1E" w14:textId="77777777" w:rsidR="00EF2D22" w:rsidRPr="00DD495F" w:rsidRDefault="00EF2D22"/>
          <w:p w14:paraId="1CE1A111" w14:textId="17609D80" w:rsidR="00EF2D22" w:rsidRPr="007D6ACB" w:rsidRDefault="003A6C31">
            <w:r w:rsidRPr="007D6ACB">
              <w:rPr>
                <w:sz w:val="18"/>
              </w:rPr>
              <w:t xml:space="preserve">☐ </w:t>
            </w:r>
            <w:r w:rsidR="007D6ACB" w:rsidRPr="007D6ACB">
              <w:rPr>
                <w:sz w:val="18"/>
              </w:rPr>
              <w:t xml:space="preserve">Completed </w:t>
            </w:r>
            <w:r w:rsidR="007D6ACB">
              <w:rPr>
                <w:sz w:val="18"/>
              </w:rPr>
              <w:t>A</w:t>
            </w:r>
            <w:r w:rsidR="007D6ACB" w:rsidRPr="007D6ACB">
              <w:rPr>
                <w:sz w:val="18"/>
              </w:rPr>
              <w:t xml:space="preserve">pplication </w:t>
            </w:r>
            <w:r w:rsidR="007D6ACB">
              <w:rPr>
                <w:sz w:val="18"/>
              </w:rPr>
              <w:t>F</w:t>
            </w:r>
            <w:r w:rsidR="007D6ACB" w:rsidRPr="007D6ACB">
              <w:rPr>
                <w:sz w:val="18"/>
              </w:rPr>
              <w:t>orm (Annex 2)</w:t>
            </w:r>
          </w:p>
          <w:p w14:paraId="16ECC280" w14:textId="596F5DC9" w:rsidR="00EF2D22" w:rsidRPr="007D6ACB" w:rsidRDefault="003A6C31">
            <w:r w:rsidRPr="007D6ACB">
              <w:rPr>
                <w:sz w:val="18"/>
              </w:rPr>
              <w:t xml:space="preserve">☐ </w:t>
            </w:r>
            <w:r w:rsidR="007D6ACB" w:rsidRPr="007D6ACB">
              <w:rPr>
                <w:sz w:val="18"/>
              </w:rPr>
              <w:t xml:space="preserve">Project </w:t>
            </w:r>
            <w:r w:rsidR="007D6ACB">
              <w:rPr>
                <w:sz w:val="18"/>
              </w:rPr>
              <w:t>I</w:t>
            </w:r>
            <w:r w:rsidR="007D6ACB" w:rsidRPr="007D6ACB">
              <w:rPr>
                <w:sz w:val="18"/>
              </w:rPr>
              <w:t xml:space="preserve">mplementation </w:t>
            </w:r>
            <w:r w:rsidR="007D6ACB">
              <w:rPr>
                <w:sz w:val="18"/>
              </w:rPr>
              <w:t>Schedule</w:t>
            </w:r>
            <w:r w:rsidR="007D6ACB" w:rsidRPr="007D6ACB">
              <w:rPr>
                <w:sz w:val="18"/>
              </w:rPr>
              <w:t xml:space="preserve"> (Annex 3)</w:t>
            </w:r>
          </w:p>
          <w:p w14:paraId="13EE5A41" w14:textId="5549C1C9" w:rsidR="00EF2D22" w:rsidRPr="00A20619" w:rsidRDefault="003A6C31">
            <w:r w:rsidRPr="00A20619">
              <w:rPr>
                <w:sz w:val="18"/>
              </w:rPr>
              <w:t xml:space="preserve">☐ </w:t>
            </w:r>
            <w:r w:rsidR="00A20619" w:rsidRPr="00A20619">
              <w:rPr>
                <w:sz w:val="18"/>
              </w:rPr>
              <w:t xml:space="preserve">Project </w:t>
            </w:r>
            <w:r w:rsidR="00A20619">
              <w:rPr>
                <w:sz w:val="18"/>
              </w:rPr>
              <w:t>B</w:t>
            </w:r>
            <w:r w:rsidR="00A20619" w:rsidRPr="00A20619">
              <w:rPr>
                <w:sz w:val="18"/>
              </w:rPr>
              <w:t>udget (Annex 4)</w:t>
            </w:r>
          </w:p>
          <w:p w14:paraId="3A093A78" w14:textId="25AB4925" w:rsidR="00EF2D22" w:rsidRPr="00A20619" w:rsidRDefault="003A6C31">
            <w:r w:rsidRPr="00A20619">
              <w:rPr>
                <w:sz w:val="18"/>
              </w:rPr>
              <w:t xml:space="preserve">☐ </w:t>
            </w:r>
            <w:r w:rsidR="00A20619" w:rsidRPr="00A20619">
              <w:rPr>
                <w:sz w:val="18"/>
              </w:rPr>
              <w:t xml:space="preserve">Copy of the </w:t>
            </w:r>
            <w:r w:rsidR="00992077">
              <w:rPr>
                <w:sz w:val="18"/>
              </w:rPr>
              <w:t>o</w:t>
            </w:r>
            <w:r w:rsidR="00A20619" w:rsidRPr="00A20619">
              <w:rPr>
                <w:sz w:val="18"/>
              </w:rPr>
              <w:t>rgani</w:t>
            </w:r>
            <w:r w:rsidR="00A20619">
              <w:rPr>
                <w:sz w:val="18"/>
              </w:rPr>
              <w:t>z</w:t>
            </w:r>
            <w:r w:rsidR="00A20619" w:rsidRPr="00A20619">
              <w:rPr>
                <w:sz w:val="18"/>
              </w:rPr>
              <w:t xml:space="preserve">ation’s </w:t>
            </w:r>
            <w:r w:rsidR="00992077">
              <w:rPr>
                <w:sz w:val="18"/>
              </w:rPr>
              <w:t>r</w:t>
            </w:r>
            <w:r w:rsidR="00A20619" w:rsidRPr="00A20619">
              <w:rPr>
                <w:sz w:val="18"/>
              </w:rPr>
              <w:t xml:space="preserve">egistration </w:t>
            </w:r>
            <w:r w:rsidR="00992077">
              <w:rPr>
                <w:sz w:val="18"/>
              </w:rPr>
              <w:t>c</w:t>
            </w:r>
            <w:r w:rsidR="00A20619" w:rsidRPr="00A20619">
              <w:rPr>
                <w:sz w:val="18"/>
              </w:rPr>
              <w:t>ertificate</w:t>
            </w:r>
          </w:p>
          <w:p w14:paraId="0F14D2AE" w14:textId="64FBBAD3" w:rsidR="00EF2D22" w:rsidRPr="00A20619" w:rsidRDefault="003A6C31">
            <w:r w:rsidRPr="00A20619">
              <w:rPr>
                <w:sz w:val="18"/>
              </w:rPr>
              <w:t xml:space="preserve">☐ </w:t>
            </w:r>
            <w:r w:rsidR="00A20619" w:rsidRPr="00A20619">
              <w:rPr>
                <w:sz w:val="18"/>
              </w:rPr>
              <w:t xml:space="preserve">Copies of the </w:t>
            </w:r>
            <w:r w:rsidR="00992077">
              <w:rPr>
                <w:sz w:val="18"/>
              </w:rPr>
              <w:t>o</w:t>
            </w:r>
            <w:r w:rsidR="00A20619" w:rsidRPr="00A20619">
              <w:rPr>
                <w:sz w:val="18"/>
              </w:rPr>
              <w:t>rgani</w:t>
            </w:r>
            <w:r w:rsidR="00A20619">
              <w:rPr>
                <w:sz w:val="18"/>
              </w:rPr>
              <w:t>z</w:t>
            </w:r>
            <w:r w:rsidR="00A20619" w:rsidRPr="00A20619">
              <w:rPr>
                <w:sz w:val="18"/>
              </w:rPr>
              <w:t xml:space="preserve">ation’s </w:t>
            </w:r>
            <w:r w:rsidR="00992077">
              <w:rPr>
                <w:sz w:val="18"/>
              </w:rPr>
              <w:t>c</w:t>
            </w:r>
            <w:r w:rsidR="00A20619" w:rsidRPr="00A20619">
              <w:rPr>
                <w:sz w:val="18"/>
              </w:rPr>
              <w:t xml:space="preserve">onstituent </w:t>
            </w:r>
            <w:r w:rsidR="00992077">
              <w:rPr>
                <w:sz w:val="18"/>
              </w:rPr>
              <w:t>d</w:t>
            </w:r>
            <w:r w:rsidR="00A20619" w:rsidRPr="00A20619">
              <w:rPr>
                <w:sz w:val="18"/>
              </w:rPr>
              <w:t>ocuments</w:t>
            </w:r>
          </w:p>
          <w:p w14:paraId="2CE322D2" w14:textId="6543CEC9" w:rsidR="00EF2D22" w:rsidRPr="009422D1" w:rsidRDefault="003A6C31">
            <w:r w:rsidRPr="009422D1">
              <w:rPr>
                <w:sz w:val="18"/>
              </w:rPr>
              <w:t xml:space="preserve">☐ </w:t>
            </w:r>
            <w:r w:rsidR="009422D1" w:rsidRPr="009422D1">
              <w:rPr>
                <w:sz w:val="18"/>
              </w:rPr>
              <w:t xml:space="preserve">Bank </w:t>
            </w:r>
            <w:r w:rsidR="00234964">
              <w:rPr>
                <w:sz w:val="18"/>
              </w:rPr>
              <w:t>c</w:t>
            </w:r>
            <w:r w:rsidR="009422D1" w:rsidRPr="009422D1">
              <w:rPr>
                <w:sz w:val="18"/>
              </w:rPr>
              <w:t>ertificate indicating the bank account / banking details</w:t>
            </w:r>
          </w:p>
          <w:p w14:paraId="20BBA251" w14:textId="0452CB95" w:rsidR="00EF2D22" w:rsidRPr="009422D1" w:rsidRDefault="003A6C31">
            <w:r w:rsidRPr="009422D1">
              <w:rPr>
                <w:sz w:val="18"/>
              </w:rPr>
              <w:t xml:space="preserve">☐ </w:t>
            </w:r>
            <w:r w:rsidR="009422D1" w:rsidRPr="009422D1">
              <w:rPr>
                <w:sz w:val="18"/>
              </w:rPr>
              <w:t>Certificate confirming the absence of outstanding tax and fee liabilities</w:t>
            </w:r>
          </w:p>
          <w:p w14:paraId="594EB09A" w14:textId="2DE52CA3" w:rsidR="00EF2D22" w:rsidRPr="009422D1" w:rsidRDefault="003A6C31">
            <w:r w:rsidRPr="009422D1">
              <w:rPr>
                <w:sz w:val="18"/>
              </w:rPr>
              <w:t xml:space="preserve">☐ </w:t>
            </w:r>
            <w:r w:rsidR="009422D1" w:rsidRPr="009422D1">
              <w:rPr>
                <w:sz w:val="18"/>
              </w:rPr>
              <w:t>CVs of the project manager and key specialists</w:t>
            </w:r>
          </w:p>
          <w:p w14:paraId="3A35E088" w14:textId="77777777" w:rsidR="009422D1" w:rsidRDefault="003A6C31">
            <w:pPr>
              <w:rPr>
                <w:sz w:val="18"/>
              </w:rPr>
            </w:pPr>
            <w:r w:rsidRPr="009422D1">
              <w:rPr>
                <w:sz w:val="18"/>
              </w:rPr>
              <w:t xml:space="preserve">☐ </w:t>
            </w:r>
            <w:r w:rsidR="009422D1" w:rsidRPr="009422D1">
              <w:rPr>
                <w:sz w:val="18"/>
              </w:rPr>
              <w:t xml:space="preserve">CV of the technical specialist / engineer or confirmation of engagement of such expertise </w:t>
            </w:r>
          </w:p>
          <w:p w14:paraId="537755AE" w14:textId="1DD1609C" w:rsidR="00EF2D22" w:rsidRPr="00EE769D" w:rsidRDefault="003A6C31">
            <w:r w:rsidRPr="00EE769D">
              <w:rPr>
                <w:sz w:val="18"/>
              </w:rPr>
              <w:t xml:space="preserve">☐ </w:t>
            </w:r>
            <w:r w:rsidR="00EE769D" w:rsidRPr="00EE769D">
              <w:rPr>
                <w:sz w:val="18"/>
              </w:rPr>
              <w:t>Technical documents: design and estimate documentation (DED), cost estimate, bill of quantities, defect report, scheme, technical assessment, or other relevant documents</w:t>
            </w:r>
          </w:p>
          <w:p w14:paraId="241EE74E" w14:textId="0D113517" w:rsidR="00EF2D22" w:rsidRPr="00EE769D" w:rsidRDefault="003A6C31">
            <w:r w:rsidRPr="00EE769D">
              <w:rPr>
                <w:sz w:val="18"/>
              </w:rPr>
              <w:t xml:space="preserve">☐ </w:t>
            </w:r>
            <w:r w:rsidR="00EE769D" w:rsidRPr="00EE769D">
              <w:rPr>
                <w:sz w:val="18"/>
              </w:rPr>
              <w:t>Letter of support / approval from the owner or entity responsible for the facility</w:t>
            </w:r>
          </w:p>
          <w:p w14:paraId="509C4ED0" w14:textId="2684BBFB" w:rsidR="00EF2D22" w:rsidRPr="00EE769D" w:rsidRDefault="003A6C31">
            <w:r w:rsidRPr="00EE769D">
              <w:rPr>
                <w:sz w:val="18"/>
              </w:rPr>
              <w:t xml:space="preserve">☐ </w:t>
            </w:r>
            <w:r w:rsidR="00EE769D" w:rsidRPr="00EE769D">
              <w:rPr>
                <w:sz w:val="18"/>
              </w:rPr>
              <w:t>Confirmation of co-financing, if applicable</w:t>
            </w:r>
          </w:p>
          <w:p w14:paraId="1788533D" w14:textId="1BF66434" w:rsidR="00EF2D22" w:rsidRPr="00234964" w:rsidRDefault="003A6C31">
            <w:r w:rsidRPr="00234964">
              <w:rPr>
                <w:sz w:val="18"/>
              </w:rPr>
              <w:t xml:space="preserve">☐ </w:t>
            </w:r>
            <w:r w:rsidR="00234964" w:rsidRPr="00234964">
              <w:rPr>
                <w:sz w:val="18"/>
              </w:rPr>
              <w:t>Price lists / commercial quotations for equipment, materials, or services, if procurement is planned</w:t>
            </w:r>
          </w:p>
          <w:p w14:paraId="63EDFE2F" w14:textId="1C97A996" w:rsidR="00EF2D22" w:rsidRPr="00234964" w:rsidRDefault="003A6C31">
            <w:r w:rsidRPr="00234964">
              <w:rPr>
                <w:sz w:val="18"/>
              </w:rPr>
              <w:t xml:space="preserve">☐ </w:t>
            </w:r>
            <w:r w:rsidR="00234964" w:rsidRPr="00234964">
              <w:rPr>
                <w:sz w:val="18"/>
              </w:rPr>
              <w:t>Documents confirming the organi</w:t>
            </w:r>
            <w:r w:rsidR="00234964">
              <w:rPr>
                <w:sz w:val="18"/>
              </w:rPr>
              <w:t>z</w:t>
            </w:r>
            <w:r w:rsidR="00234964" w:rsidRPr="00234964">
              <w:rPr>
                <w:sz w:val="18"/>
              </w:rPr>
              <w:t>ation’s relevant experience, if applicable</w:t>
            </w:r>
          </w:p>
          <w:p w14:paraId="3C3D45AA" w14:textId="0BE9390B" w:rsidR="00EF2D22" w:rsidRPr="00234964" w:rsidRDefault="003A6C31">
            <w:r w:rsidRPr="00234964">
              <w:rPr>
                <w:sz w:val="18"/>
              </w:rPr>
              <w:t xml:space="preserve">☐ </w:t>
            </w:r>
            <w:r w:rsidR="00234964" w:rsidRPr="00234964">
              <w:rPr>
                <w:sz w:val="18"/>
              </w:rPr>
              <w:t>Other documents confirming the project’s readiness for implementation</w:t>
            </w:r>
          </w:p>
        </w:tc>
      </w:tr>
    </w:tbl>
    <w:p w14:paraId="18910F28" w14:textId="77777777" w:rsidR="00B16A76" w:rsidRDefault="00B16A76">
      <w:pPr>
        <w:pStyle w:val="1"/>
        <w:spacing w:before="200" w:after="80" w:line="240" w:lineRule="auto"/>
        <w:rPr>
          <w:rFonts w:ascii="Arial" w:eastAsia="Arial" w:hAnsi="Arial"/>
          <w:color w:val="1F4E79"/>
          <w:sz w:val="26"/>
        </w:rPr>
      </w:pPr>
    </w:p>
    <w:p w14:paraId="2951AB92" w14:textId="1C237D77" w:rsidR="00EF2D22" w:rsidRPr="00012331" w:rsidRDefault="00992077">
      <w:pPr>
        <w:pStyle w:val="1"/>
        <w:spacing w:before="200" w:after="80" w:line="240" w:lineRule="auto"/>
      </w:pPr>
      <w:r w:rsidRPr="00012331">
        <w:rPr>
          <w:rFonts w:ascii="Arial" w:eastAsia="Arial" w:hAnsi="Arial"/>
          <w:color w:val="1F4E79"/>
          <w:sz w:val="26"/>
        </w:rPr>
        <w:t>SECTION 12. Applicant’s Declaration</w:t>
      </w:r>
    </w:p>
    <w:p w14:paraId="3D2FBA8F" w14:textId="4843A460" w:rsidR="00EF2D22" w:rsidRPr="00012331" w:rsidRDefault="00012331">
      <w:pPr>
        <w:spacing w:after="80" w:line="240" w:lineRule="auto"/>
      </w:pPr>
      <w:r w:rsidRPr="00012331">
        <w:rPr>
          <w:b/>
        </w:rPr>
        <w:t>Confirmation of Accuracy of Information</w:t>
      </w:r>
    </w:p>
    <w:p w14:paraId="6B14D477" w14:textId="76008011" w:rsidR="00EF2D22" w:rsidRPr="00012331" w:rsidRDefault="00012331">
      <w:pPr>
        <w:spacing w:after="80" w:line="240" w:lineRule="auto"/>
      </w:pPr>
      <w:r w:rsidRPr="00012331">
        <w:rPr>
          <w:sz w:val="19"/>
        </w:rPr>
        <w:t>I, the undersigned, hereby confirm that the information provided in this application form and its annexes is accurate and complete. I understand that the provision of false or misleading information may result in the rejection of the application or termination of the grant agreement.</w:t>
      </w:r>
    </w:p>
    <w:p w14:paraId="1927D53D" w14:textId="539980EF" w:rsidR="00EF2D22" w:rsidRPr="00012331" w:rsidRDefault="00012331">
      <w:pPr>
        <w:spacing w:after="80" w:line="240" w:lineRule="auto"/>
      </w:pPr>
      <w:r w:rsidRPr="00012331">
        <w:rPr>
          <w:b/>
        </w:rPr>
        <w:t>Anti-Corruption Commitment</w:t>
      </w:r>
    </w:p>
    <w:p w14:paraId="282C5051" w14:textId="0C31C867" w:rsidR="00EF2D22" w:rsidRPr="00012331" w:rsidRDefault="00012331">
      <w:pPr>
        <w:spacing w:after="80" w:line="240" w:lineRule="auto"/>
      </w:pPr>
      <w:r w:rsidRPr="00012331">
        <w:rPr>
          <w:sz w:val="19"/>
        </w:rPr>
        <w:t>The organi</w:t>
      </w:r>
      <w:r>
        <w:rPr>
          <w:sz w:val="19"/>
        </w:rPr>
        <w:t>z</w:t>
      </w:r>
      <w:r w:rsidRPr="00012331">
        <w:rPr>
          <w:sz w:val="19"/>
        </w:rPr>
        <w:t>ation confirms that, during the preparation of the application and implementation of the grant project, it will not offer, provide, or accept any unlawful payments, gifts, rewards, or benefits related to the selection process, conclusion, or implementation of the grant agreement.</w:t>
      </w:r>
    </w:p>
    <w:p w14:paraId="4711EE05" w14:textId="301DE51A" w:rsidR="00EF2D22" w:rsidRPr="00AA11E0" w:rsidRDefault="00AA11E0">
      <w:pPr>
        <w:spacing w:after="80" w:line="240" w:lineRule="auto"/>
      </w:pPr>
      <w:r w:rsidRPr="00AA11E0">
        <w:rPr>
          <w:b/>
        </w:rPr>
        <w:t>Non-Discrimination Commitment</w:t>
      </w:r>
    </w:p>
    <w:p w14:paraId="15E5114F" w14:textId="18A7F02B" w:rsidR="00EF2D22" w:rsidRDefault="00AA11E0">
      <w:pPr>
        <w:spacing w:after="80" w:line="240" w:lineRule="auto"/>
        <w:rPr>
          <w:sz w:val="19"/>
        </w:rPr>
      </w:pPr>
      <w:r w:rsidRPr="00AA11E0">
        <w:rPr>
          <w:sz w:val="19"/>
        </w:rPr>
        <w:t>The organ</w:t>
      </w:r>
      <w:r>
        <w:rPr>
          <w:sz w:val="19"/>
        </w:rPr>
        <w:t>iza</w:t>
      </w:r>
      <w:r w:rsidRPr="00AA11E0">
        <w:rPr>
          <w:sz w:val="19"/>
        </w:rPr>
        <w:t>tion confirms that it will implement the project without discrimination based on gender, age, ethnic origin, disability, religion, social status, or any other grounds, and will ensure consideration of the principles of social inclusion and equal access to project results.</w:t>
      </w:r>
    </w:p>
    <w:p w14:paraId="795333BF" w14:textId="77777777" w:rsidR="00EF3DBF" w:rsidRDefault="00EF3DBF">
      <w:pPr>
        <w:spacing w:after="80" w:line="240" w:lineRule="auto"/>
        <w:rPr>
          <w:sz w:val="19"/>
        </w:rPr>
      </w:pPr>
    </w:p>
    <w:p w14:paraId="627A44BD" w14:textId="77777777" w:rsidR="00EF3DBF" w:rsidRDefault="00EF3DBF">
      <w:pPr>
        <w:spacing w:after="80" w:line="240" w:lineRule="auto"/>
        <w:rPr>
          <w:sz w:val="19"/>
        </w:rPr>
      </w:pPr>
    </w:p>
    <w:p w14:paraId="6B4E57F3" w14:textId="3790F55F" w:rsidR="00EF3DBF" w:rsidRPr="00AA11E0" w:rsidRDefault="00EF3DBF">
      <w:pPr>
        <w:spacing w:after="80" w:line="240" w:lineRule="auto"/>
      </w:pPr>
      <w:r>
        <w:rPr>
          <w:sz w:val="19"/>
        </w:rPr>
        <w:tab/>
      </w:r>
    </w:p>
    <w:tbl>
      <w:tblPr>
        <w:tblW w:w="0" w:type="auto"/>
        <w:tblLook w:val="04A0" w:firstRow="1" w:lastRow="0" w:firstColumn="1" w:lastColumn="0" w:noHBand="0" w:noVBand="1"/>
      </w:tblPr>
      <w:tblGrid>
        <w:gridCol w:w="5096"/>
        <w:gridCol w:w="5094"/>
      </w:tblGrid>
      <w:tr w:rsidR="00EF2D22" w14:paraId="447530F9" w14:textId="77777777">
        <w:tc>
          <w:tcPr>
            <w:tcW w:w="5103" w:type="dxa"/>
            <w:tcBorders>
              <w:top w:val="single" w:sz="6" w:space="0" w:color="A6A6A6"/>
              <w:left w:val="single" w:sz="6" w:space="0" w:color="A6A6A6"/>
              <w:bottom w:val="single" w:sz="6" w:space="0" w:color="A6A6A6"/>
              <w:right w:val="single" w:sz="6" w:space="0" w:color="A6A6A6"/>
            </w:tcBorders>
            <w:shd w:val="clear" w:color="auto" w:fill="D9EAF7"/>
          </w:tcPr>
          <w:p w14:paraId="0FD5AEDC" w14:textId="534857AF" w:rsidR="00EF2D22" w:rsidRDefault="00EF3DBF">
            <w:r w:rsidRPr="00EF3DBF">
              <w:rPr>
                <w:b/>
                <w:sz w:val="18"/>
              </w:rPr>
              <w:t>Full name of organi</w:t>
            </w:r>
            <w:r>
              <w:rPr>
                <w:b/>
                <w:sz w:val="18"/>
              </w:rPr>
              <w:t>z</w:t>
            </w:r>
            <w:r w:rsidRPr="00EF3DBF">
              <w:rPr>
                <w:b/>
                <w:sz w:val="18"/>
              </w:rPr>
              <w:t>ation head</w:t>
            </w:r>
          </w:p>
        </w:tc>
        <w:tc>
          <w:tcPr>
            <w:tcW w:w="5103" w:type="dxa"/>
            <w:tcBorders>
              <w:top w:val="single" w:sz="6" w:space="0" w:color="A6A6A6"/>
              <w:left w:val="single" w:sz="6" w:space="0" w:color="A6A6A6"/>
              <w:bottom w:val="single" w:sz="6" w:space="0" w:color="A6A6A6"/>
              <w:right w:val="single" w:sz="6" w:space="0" w:color="A6A6A6"/>
            </w:tcBorders>
          </w:tcPr>
          <w:p w14:paraId="13A1F961" w14:textId="77777777" w:rsidR="00EF2D22" w:rsidRDefault="00EF2D22"/>
          <w:p w14:paraId="47E8AE58" w14:textId="77777777" w:rsidR="00EF2D22" w:rsidRDefault="00EF2D22"/>
        </w:tc>
      </w:tr>
      <w:tr w:rsidR="00EF2D22" w14:paraId="59B31CA2" w14:textId="77777777">
        <w:tc>
          <w:tcPr>
            <w:tcW w:w="5103" w:type="dxa"/>
            <w:tcBorders>
              <w:top w:val="single" w:sz="6" w:space="0" w:color="A6A6A6"/>
              <w:left w:val="single" w:sz="6" w:space="0" w:color="A6A6A6"/>
              <w:bottom w:val="single" w:sz="6" w:space="0" w:color="A6A6A6"/>
              <w:right w:val="single" w:sz="6" w:space="0" w:color="A6A6A6"/>
            </w:tcBorders>
            <w:shd w:val="clear" w:color="auto" w:fill="D9EAF7"/>
          </w:tcPr>
          <w:p w14:paraId="5EE4937A" w14:textId="049F7C2C" w:rsidR="00EF2D22" w:rsidRDefault="00EF3DBF">
            <w:r w:rsidRPr="00EF3DBF">
              <w:rPr>
                <w:b/>
                <w:sz w:val="18"/>
              </w:rPr>
              <w:t>Position</w:t>
            </w:r>
          </w:p>
        </w:tc>
        <w:tc>
          <w:tcPr>
            <w:tcW w:w="5103" w:type="dxa"/>
            <w:tcBorders>
              <w:top w:val="single" w:sz="6" w:space="0" w:color="A6A6A6"/>
              <w:left w:val="single" w:sz="6" w:space="0" w:color="A6A6A6"/>
              <w:bottom w:val="single" w:sz="6" w:space="0" w:color="A6A6A6"/>
              <w:right w:val="single" w:sz="6" w:space="0" w:color="A6A6A6"/>
            </w:tcBorders>
          </w:tcPr>
          <w:p w14:paraId="01FA930E" w14:textId="77777777" w:rsidR="00EF2D22" w:rsidRDefault="00EF2D22"/>
          <w:p w14:paraId="04E82A80" w14:textId="77777777" w:rsidR="00EF2D22" w:rsidRDefault="00EF2D22"/>
        </w:tc>
      </w:tr>
      <w:tr w:rsidR="00EF2D22" w14:paraId="4C7C0E27" w14:textId="77777777">
        <w:tc>
          <w:tcPr>
            <w:tcW w:w="5103" w:type="dxa"/>
            <w:tcBorders>
              <w:top w:val="single" w:sz="6" w:space="0" w:color="A6A6A6"/>
              <w:left w:val="single" w:sz="6" w:space="0" w:color="A6A6A6"/>
              <w:bottom w:val="single" w:sz="6" w:space="0" w:color="A6A6A6"/>
              <w:right w:val="single" w:sz="6" w:space="0" w:color="A6A6A6"/>
            </w:tcBorders>
            <w:shd w:val="clear" w:color="auto" w:fill="D9EAF7"/>
          </w:tcPr>
          <w:p w14:paraId="475E6329" w14:textId="35D83316" w:rsidR="00EF2D22" w:rsidRDefault="00EF3DBF">
            <w:r>
              <w:rPr>
                <w:b/>
                <w:sz w:val="18"/>
              </w:rPr>
              <w:t>Signature</w:t>
            </w:r>
          </w:p>
        </w:tc>
        <w:tc>
          <w:tcPr>
            <w:tcW w:w="5103" w:type="dxa"/>
            <w:tcBorders>
              <w:top w:val="single" w:sz="6" w:space="0" w:color="A6A6A6"/>
              <w:left w:val="single" w:sz="6" w:space="0" w:color="A6A6A6"/>
              <w:bottom w:val="single" w:sz="6" w:space="0" w:color="A6A6A6"/>
              <w:right w:val="single" w:sz="6" w:space="0" w:color="A6A6A6"/>
            </w:tcBorders>
          </w:tcPr>
          <w:p w14:paraId="0B0EF12B" w14:textId="77777777" w:rsidR="00EF2D22" w:rsidRDefault="00EF2D22"/>
          <w:p w14:paraId="5746A6DB" w14:textId="77777777" w:rsidR="00EF2D22" w:rsidRDefault="00EF2D22"/>
        </w:tc>
      </w:tr>
      <w:tr w:rsidR="00EF2D22" w14:paraId="0EABFE30" w14:textId="77777777">
        <w:tc>
          <w:tcPr>
            <w:tcW w:w="5103" w:type="dxa"/>
            <w:tcBorders>
              <w:top w:val="single" w:sz="6" w:space="0" w:color="A6A6A6"/>
              <w:left w:val="single" w:sz="6" w:space="0" w:color="A6A6A6"/>
              <w:bottom w:val="single" w:sz="6" w:space="0" w:color="A6A6A6"/>
              <w:right w:val="single" w:sz="6" w:space="0" w:color="A6A6A6"/>
            </w:tcBorders>
            <w:shd w:val="clear" w:color="auto" w:fill="D9EAF7"/>
          </w:tcPr>
          <w:p w14:paraId="4E37CBE7" w14:textId="3718E244" w:rsidR="00EF2D22" w:rsidRDefault="00EF3DBF">
            <w:r>
              <w:rPr>
                <w:b/>
                <w:sz w:val="18"/>
              </w:rPr>
              <w:t>Date</w:t>
            </w:r>
          </w:p>
        </w:tc>
        <w:tc>
          <w:tcPr>
            <w:tcW w:w="5103" w:type="dxa"/>
            <w:tcBorders>
              <w:top w:val="single" w:sz="6" w:space="0" w:color="A6A6A6"/>
              <w:left w:val="single" w:sz="6" w:space="0" w:color="A6A6A6"/>
              <w:bottom w:val="single" w:sz="6" w:space="0" w:color="A6A6A6"/>
              <w:right w:val="single" w:sz="6" w:space="0" w:color="A6A6A6"/>
            </w:tcBorders>
          </w:tcPr>
          <w:p w14:paraId="4D963FAC" w14:textId="77777777" w:rsidR="00EF2D22" w:rsidRDefault="00EF2D22"/>
          <w:p w14:paraId="181592C3" w14:textId="77777777" w:rsidR="00EF2D22" w:rsidRDefault="00EF2D22"/>
        </w:tc>
      </w:tr>
      <w:tr w:rsidR="00EF2D22" w14:paraId="0D711351" w14:textId="77777777">
        <w:tc>
          <w:tcPr>
            <w:tcW w:w="5103" w:type="dxa"/>
            <w:tcBorders>
              <w:top w:val="single" w:sz="6" w:space="0" w:color="A6A6A6"/>
              <w:left w:val="single" w:sz="6" w:space="0" w:color="A6A6A6"/>
              <w:bottom w:val="single" w:sz="6" w:space="0" w:color="A6A6A6"/>
              <w:right w:val="single" w:sz="6" w:space="0" w:color="A6A6A6"/>
            </w:tcBorders>
            <w:shd w:val="clear" w:color="auto" w:fill="D9EAF7"/>
          </w:tcPr>
          <w:p w14:paraId="77432584" w14:textId="4E4ABB6F" w:rsidR="00EF2D22" w:rsidRDefault="00EF3DBF">
            <w:r>
              <w:rPr>
                <w:b/>
                <w:sz w:val="18"/>
              </w:rPr>
              <w:t>Seal</w:t>
            </w:r>
          </w:p>
        </w:tc>
        <w:tc>
          <w:tcPr>
            <w:tcW w:w="5103" w:type="dxa"/>
            <w:tcBorders>
              <w:top w:val="single" w:sz="6" w:space="0" w:color="A6A6A6"/>
              <w:left w:val="single" w:sz="6" w:space="0" w:color="A6A6A6"/>
              <w:bottom w:val="single" w:sz="6" w:space="0" w:color="A6A6A6"/>
              <w:right w:val="single" w:sz="6" w:space="0" w:color="A6A6A6"/>
            </w:tcBorders>
          </w:tcPr>
          <w:p w14:paraId="66032DFD" w14:textId="77777777" w:rsidR="00EF2D22" w:rsidRDefault="00EF2D22"/>
          <w:p w14:paraId="230838A0" w14:textId="77777777" w:rsidR="00EF2D22" w:rsidRDefault="00EF2D22"/>
        </w:tc>
      </w:tr>
    </w:tbl>
    <w:p w14:paraId="45FEBEF3" w14:textId="77777777" w:rsidR="006C7BCF" w:rsidRDefault="006C7BCF"/>
    <w:sectPr w:rsidR="006C7BCF" w:rsidSect="00034616">
      <w:headerReference w:type="default" r:id="rId8"/>
      <w:pgSz w:w="11906" w:h="16838"/>
      <w:pgMar w:top="964" w:right="850" w:bottom="850" w:left="85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30960" w14:textId="77777777" w:rsidR="00093240" w:rsidRDefault="00093240">
      <w:pPr>
        <w:spacing w:after="0" w:line="240" w:lineRule="auto"/>
      </w:pPr>
      <w:r>
        <w:separator/>
      </w:r>
    </w:p>
  </w:endnote>
  <w:endnote w:type="continuationSeparator" w:id="0">
    <w:p w14:paraId="5CE882D6" w14:textId="77777777" w:rsidR="00093240" w:rsidRDefault="00093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7C039" w14:textId="77777777" w:rsidR="00093240" w:rsidRDefault="00093240">
      <w:pPr>
        <w:spacing w:after="0" w:line="240" w:lineRule="auto"/>
      </w:pPr>
      <w:r>
        <w:separator/>
      </w:r>
    </w:p>
  </w:footnote>
  <w:footnote w:type="continuationSeparator" w:id="0">
    <w:p w14:paraId="7D63E385" w14:textId="77777777" w:rsidR="00093240" w:rsidRDefault="000932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B0BC3" w14:textId="77777777" w:rsidR="00EF2D22" w:rsidRDefault="00EF2D22">
    <w:pPr>
      <w:pStyle w:val="a5"/>
    </w:pPr>
  </w:p>
  <w:tbl>
    <w:tblPr>
      <w:tblW w:w="0" w:type="auto"/>
      <w:jc w:val="center"/>
      <w:tblLook w:val="04A0" w:firstRow="1" w:lastRow="0" w:firstColumn="1" w:lastColumn="0" w:noHBand="0" w:noVBand="1"/>
    </w:tblPr>
    <w:tblGrid>
      <w:gridCol w:w="2268"/>
      <w:gridCol w:w="5669"/>
      <w:gridCol w:w="2268"/>
    </w:tblGrid>
    <w:tr w:rsidR="00EF2D22" w14:paraId="5A8B5C50" w14:textId="77777777">
      <w:trPr>
        <w:jc w:val="center"/>
      </w:trPr>
      <w:tc>
        <w:tcPr>
          <w:tcW w:w="2268" w:type="dxa"/>
          <w:tcBorders>
            <w:top w:val="nil"/>
            <w:left w:val="nil"/>
            <w:bottom w:val="nil"/>
            <w:right w:val="nil"/>
          </w:tcBorders>
        </w:tcPr>
        <w:p w14:paraId="4C2F14C0" w14:textId="77777777" w:rsidR="00EF2D22" w:rsidRDefault="003A6C31">
          <w:r>
            <w:rPr>
              <w:noProof/>
            </w:rPr>
            <w:drawing>
              <wp:inline distT="0" distB="0" distL="0" distR="0" wp14:anchorId="6881E891" wp14:editId="5AC40486">
                <wp:extent cx="792000" cy="591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pic:nvPicPr>
                      <pic:blipFill>
                        <a:blip r:embed="rId1"/>
                        <a:stretch>
                          <a:fillRect/>
                        </a:stretch>
                      </pic:blipFill>
                      <pic:spPr>
                        <a:xfrm>
                          <a:off x="0" y="0"/>
                          <a:ext cx="792000" cy="591360"/>
                        </a:xfrm>
                        <a:prstGeom prst="rect">
                          <a:avLst/>
                        </a:prstGeom>
                      </pic:spPr>
                    </pic:pic>
                  </a:graphicData>
                </a:graphic>
              </wp:inline>
            </w:drawing>
          </w:r>
        </w:p>
      </w:tc>
      <w:tc>
        <w:tcPr>
          <w:tcW w:w="5669" w:type="dxa"/>
          <w:tcBorders>
            <w:top w:val="nil"/>
            <w:left w:val="nil"/>
            <w:bottom w:val="nil"/>
            <w:right w:val="nil"/>
          </w:tcBorders>
        </w:tcPr>
        <w:p w14:paraId="453BEC95" w14:textId="1D95D5DF" w:rsidR="00EF2D22" w:rsidRPr="00352290" w:rsidRDefault="00352290">
          <w:pPr>
            <w:jc w:val="center"/>
          </w:pPr>
          <w:r>
            <w:rPr>
              <w:b/>
              <w:sz w:val="17"/>
            </w:rPr>
            <w:t>P</w:t>
          </w:r>
          <w:r w:rsidRPr="00352290">
            <w:rPr>
              <w:b/>
              <w:sz w:val="17"/>
            </w:rPr>
            <w:t>roject “Enhancing Urban Resilience to Disaster Risk and Climate Change in Central Asia”</w:t>
          </w:r>
          <w:r w:rsidR="003A6C31" w:rsidRPr="00352290">
            <w:rPr>
              <w:b/>
              <w:sz w:val="17"/>
            </w:rPr>
            <w:t xml:space="preserve"> </w:t>
          </w:r>
        </w:p>
      </w:tc>
      <w:tc>
        <w:tcPr>
          <w:tcW w:w="2268" w:type="dxa"/>
          <w:tcBorders>
            <w:top w:val="nil"/>
            <w:left w:val="nil"/>
            <w:bottom w:val="nil"/>
            <w:right w:val="nil"/>
          </w:tcBorders>
        </w:tcPr>
        <w:p w14:paraId="26EFDA03" w14:textId="77777777" w:rsidR="00EF2D22" w:rsidRDefault="003A6C31">
          <w:pPr>
            <w:jc w:val="right"/>
          </w:pPr>
          <w:r>
            <w:rPr>
              <w:noProof/>
            </w:rPr>
            <w:drawing>
              <wp:inline distT="0" distB="0" distL="0" distR="0" wp14:anchorId="2CEE8091" wp14:editId="54C70621">
                <wp:extent cx="468000" cy="9461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a:stretch>
                          <a:fillRect/>
                        </a:stretch>
                      </pic:blipFill>
                      <pic:spPr>
                        <a:xfrm>
                          <a:off x="0" y="0"/>
                          <a:ext cx="468000" cy="946174"/>
                        </a:xfrm>
                        <a:prstGeom prst="rect">
                          <a:avLst/>
                        </a:prstGeom>
                      </pic:spPr>
                    </pic:pic>
                  </a:graphicData>
                </a:graphic>
              </wp:inline>
            </w:drawing>
          </w:r>
        </w:p>
      </w:tc>
    </w:tr>
  </w:tbl>
  <w:p w14:paraId="64BCEA4D" w14:textId="77777777" w:rsidR="008A5D8A" w:rsidRDefault="008A5D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45952787">
    <w:abstractNumId w:val="8"/>
  </w:num>
  <w:num w:numId="2" w16cid:durableId="265967319">
    <w:abstractNumId w:val="6"/>
  </w:num>
  <w:num w:numId="3" w16cid:durableId="1303388434">
    <w:abstractNumId w:val="5"/>
  </w:num>
  <w:num w:numId="4" w16cid:durableId="110976966">
    <w:abstractNumId w:val="4"/>
  </w:num>
  <w:num w:numId="5" w16cid:durableId="1083142819">
    <w:abstractNumId w:val="7"/>
  </w:num>
  <w:num w:numId="6" w16cid:durableId="307320352">
    <w:abstractNumId w:val="3"/>
  </w:num>
  <w:num w:numId="7" w16cid:durableId="2098482241">
    <w:abstractNumId w:val="2"/>
  </w:num>
  <w:num w:numId="8" w16cid:durableId="2098556695">
    <w:abstractNumId w:val="1"/>
  </w:num>
  <w:num w:numId="9" w16cid:durableId="1831866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331"/>
    <w:rsid w:val="00034616"/>
    <w:rsid w:val="00056CA2"/>
    <w:rsid w:val="0006063C"/>
    <w:rsid w:val="00090D03"/>
    <w:rsid w:val="00093240"/>
    <w:rsid w:val="000944D4"/>
    <w:rsid w:val="000C2317"/>
    <w:rsid w:val="000D3B96"/>
    <w:rsid w:val="0015074B"/>
    <w:rsid w:val="00197524"/>
    <w:rsid w:val="002061C0"/>
    <w:rsid w:val="002177B3"/>
    <w:rsid w:val="00234964"/>
    <w:rsid w:val="0029639D"/>
    <w:rsid w:val="002E1241"/>
    <w:rsid w:val="002F16D5"/>
    <w:rsid w:val="00306E01"/>
    <w:rsid w:val="00315CCF"/>
    <w:rsid w:val="00326F90"/>
    <w:rsid w:val="003271A0"/>
    <w:rsid w:val="00335B26"/>
    <w:rsid w:val="00352290"/>
    <w:rsid w:val="003A6C31"/>
    <w:rsid w:val="00434D66"/>
    <w:rsid w:val="0045667B"/>
    <w:rsid w:val="0048505A"/>
    <w:rsid w:val="00492254"/>
    <w:rsid w:val="004D5A78"/>
    <w:rsid w:val="00511D76"/>
    <w:rsid w:val="00524A03"/>
    <w:rsid w:val="005462BE"/>
    <w:rsid w:val="005913DE"/>
    <w:rsid w:val="00601CD9"/>
    <w:rsid w:val="00692808"/>
    <w:rsid w:val="006C7BCF"/>
    <w:rsid w:val="006F1EE5"/>
    <w:rsid w:val="00703C92"/>
    <w:rsid w:val="00726A33"/>
    <w:rsid w:val="00772D73"/>
    <w:rsid w:val="007A6197"/>
    <w:rsid w:val="007A74C0"/>
    <w:rsid w:val="007D6ACB"/>
    <w:rsid w:val="008A5D8A"/>
    <w:rsid w:val="008D6585"/>
    <w:rsid w:val="009422D1"/>
    <w:rsid w:val="009548CD"/>
    <w:rsid w:val="00992077"/>
    <w:rsid w:val="009C2521"/>
    <w:rsid w:val="009D25B7"/>
    <w:rsid w:val="00A20619"/>
    <w:rsid w:val="00A846D3"/>
    <w:rsid w:val="00AA11E0"/>
    <w:rsid w:val="00AA1D8D"/>
    <w:rsid w:val="00AF4AF0"/>
    <w:rsid w:val="00B16A76"/>
    <w:rsid w:val="00B47730"/>
    <w:rsid w:val="00B713F6"/>
    <w:rsid w:val="00B730AF"/>
    <w:rsid w:val="00B839D9"/>
    <w:rsid w:val="00B96140"/>
    <w:rsid w:val="00BA3AF1"/>
    <w:rsid w:val="00BC1E88"/>
    <w:rsid w:val="00CB0664"/>
    <w:rsid w:val="00CB1CB9"/>
    <w:rsid w:val="00CC7F59"/>
    <w:rsid w:val="00CE057E"/>
    <w:rsid w:val="00D12DCB"/>
    <w:rsid w:val="00D57FD8"/>
    <w:rsid w:val="00D6232B"/>
    <w:rsid w:val="00DD495F"/>
    <w:rsid w:val="00E3120E"/>
    <w:rsid w:val="00EB0A90"/>
    <w:rsid w:val="00EC523D"/>
    <w:rsid w:val="00EE769D"/>
    <w:rsid w:val="00EF2D22"/>
    <w:rsid w:val="00EF3DBF"/>
    <w:rsid w:val="00F13EE4"/>
    <w:rsid w:val="00F22A1D"/>
    <w:rsid w:val="00F35B09"/>
    <w:rsid w:val="00F553BE"/>
    <w:rsid w:val="00F56CE7"/>
    <w:rsid w:val="00F6589A"/>
    <w:rsid w:val="00F97C2B"/>
    <w:rsid w:val="00FA6CE2"/>
    <w:rsid w:val="00FB11EA"/>
    <w:rsid w:val="00FC042A"/>
    <w:rsid w:val="00FC693F"/>
    <w:rsid w:val="00FE425F"/>
    <w:rsid w:val="00FF1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F5B183"/>
  <w14:defaultImageDpi w14:val="300"/>
  <w15:docId w15:val="{30EEE263-E913-44F0-8E92-AE5E8088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eastAsia="Arial" w:hAnsi="Arial"/>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61F872169EA1784A850AF6FBEC661C2B" ma:contentTypeVersion="19" ma:contentTypeDescription="Создание документа." ma:contentTypeScope="" ma:versionID="b6cc1223f4a526c7043265bffcb1091c">
  <xsd:schema xmlns:xsd="http://www.w3.org/2001/XMLSchema" xmlns:xs="http://www.w3.org/2001/XMLSchema" xmlns:p="http://schemas.microsoft.com/office/2006/metadata/properties" xmlns:ns2="6c69a0a0-9879-479b-a758-0616cad2705a" xmlns:ns3="b50eb652-19d5-4e10-aeb5-3430ff274d62" targetNamespace="http://schemas.microsoft.com/office/2006/metadata/properties" ma:root="true" ma:fieldsID="e453105d9ad2dea0a48c72bdcc05872b" ns2:_="" ns3:_="">
    <xsd:import namespace="6c69a0a0-9879-479b-a758-0616cad2705a"/>
    <xsd:import namespace="b50eb652-19d5-4e10-aeb5-3430ff274d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9a0a0-9879-479b-a758-0616cad27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Теги изображений"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eb652-19d5-4e10-aeb5-3430ff274d62" elementFormDefault="qualified">
    <xsd:import namespace="http://schemas.microsoft.com/office/2006/documentManagement/types"/>
    <xsd:import namespace="http://schemas.microsoft.com/office/infopath/2007/PartnerControls"/>
    <xsd:element name="SharedWithUsers" ma:index="1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Совместно с подробностями" ma:internalName="SharedWithDetails" ma:readOnly="true">
      <xsd:simpleType>
        <xsd:restriction base="dms:Note">
          <xsd:maxLength value="255"/>
        </xsd:restriction>
      </xsd:simpleType>
    </xsd:element>
    <xsd:element name="TaxCatchAll" ma:index="23" nillable="true" ma:displayName="Taxonomy Catch All Column" ma:hidden="true" ma:list="{a41fbe12-bcde-469e-b443-ab204b88ba28}" ma:internalName="TaxCatchAll" ma:showField="CatchAllData" ma:web="b50eb652-19d5-4e10-aeb5-3430ff274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50eb652-19d5-4e10-aeb5-3430ff274d62" xsi:nil="true"/>
    <lcf76f155ced4ddcb4097134ff3c332f xmlns="6c69a0a0-9879-479b-a758-0616cad270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3F22AF6-6382-43B7-AC9B-23DC4B253A1C}"/>
</file>

<file path=customXml/itemProps3.xml><?xml version="1.0" encoding="utf-8"?>
<ds:datastoreItem xmlns:ds="http://schemas.openxmlformats.org/officeDocument/2006/customXml" ds:itemID="{28079820-9D4E-4955-B7D4-222B3997D74F}"/>
</file>

<file path=customXml/itemProps4.xml><?xml version="1.0" encoding="utf-8"?>
<ds:datastoreItem xmlns:ds="http://schemas.openxmlformats.org/officeDocument/2006/customXml" ds:itemID="{0EE4698D-FDE0-4FDE-BE1A-0F93F9C2EF1E}"/>
</file>

<file path=docProps/app.xml><?xml version="1.0" encoding="utf-8"?>
<Properties xmlns="http://schemas.openxmlformats.org/officeDocument/2006/extended-properties" xmlns:vt="http://schemas.openxmlformats.org/officeDocument/2006/docPropsVTypes">
  <Template>Normal</Template>
  <TotalTime>3</TotalTime>
  <Pages>8</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Aizada Urgunalieva</cp:lastModifiedBy>
  <cp:revision>3</cp:revision>
  <dcterms:created xsi:type="dcterms:W3CDTF">2026-08-04T03:53:00Z</dcterms:created>
  <dcterms:modified xsi:type="dcterms:W3CDTF">2026-08-04T07:03:00Z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e56d40d2-dbea-4254-9287-d3406b33ffa1</vt:lpwstr>
  </property>
  <property fmtid="{D5CDD505-2E9C-101B-9397-08002B2CF9AE}" pid="3" name="ContentTypeId">
    <vt:lpwstr>0x01010061F872169EA1784A850AF6FBEC661C2B</vt:lpwstr>
  </property>
</Properties>
</file>