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0205"/>
        <w:gridCol w:w="2835"/>
      </w:tblGrid>
      <w:tr w:rsidR="00F561B7" w:rsidRPr="00883D85" w14:paraId="334EB96F" w14:textId="77777777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E0F5E" w14:textId="77777777" w:rsidR="00F561B7" w:rsidRPr="00883D85" w:rsidRDefault="006A289D">
            <w:pPr>
              <w:rPr>
                <w:lang w:val="ky-KG"/>
              </w:rPr>
            </w:pPr>
            <w:r w:rsidRPr="00883D85">
              <w:rPr>
                <w:noProof/>
                <w:lang w:val="ky-KG"/>
              </w:rPr>
              <w:drawing>
                <wp:inline distT="0" distB="0" distL="0" distR="0" wp14:anchorId="70138AF8" wp14:editId="38C74EB2">
                  <wp:extent cx="1007999" cy="75263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752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8E39" w14:textId="3572A6CA" w:rsidR="00F561B7" w:rsidRPr="00883D85" w:rsidRDefault="002C7A1A">
            <w:pPr>
              <w:jc w:val="center"/>
              <w:rPr>
                <w:lang w:val="ky-KG"/>
              </w:rPr>
            </w:pPr>
            <w:r w:rsidRPr="00883D85">
              <w:rPr>
                <w:b/>
                <w:sz w:val="20"/>
                <w:lang w:val="ky-KG"/>
              </w:rPr>
              <w:t>«</w:t>
            </w:r>
            <w:r w:rsidRPr="00883D85">
              <w:rPr>
                <w:rFonts w:eastAsia="Times New Roman" w:cs="Arial"/>
                <w:b/>
                <w:bCs/>
                <w:sz w:val="20"/>
                <w:szCs w:val="20"/>
                <w:lang w:val="ky-KG" w:eastAsia="ru-RU"/>
              </w:rPr>
              <w:t>Борбор Азияда кырсыктардын тобокелдигине жана климаттын өзгөрүшүнө карата шаарлардын туруктуулугун жогорулатуу</w:t>
            </w:r>
            <w:r w:rsidRPr="00883D85">
              <w:rPr>
                <w:b/>
                <w:sz w:val="20"/>
                <w:lang w:val="ky-KG"/>
              </w:rPr>
              <w:t xml:space="preserve">» долбоору  </w:t>
            </w:r>
            <w:r w:rsidR="006A289D" w:rsidRPr="00883D85">
              <w:rPr>
                <w:lang w:val="ky-KG"/>
              </w:rPr>
              <w:br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EAF6" w14:textId="77777777" w:rsidR="00F561B7" w:rsidRPr="00883D85" w:rsidRDefault="006A289D">
            <w:pPr>
              <w:jc w:val="right"/>
              <w:rPr>
                <w:lang w:val="ky-KG"/>
              </w:rPr>
            </w:pPr>
            <w:r w:rsidRPr="00883D85">
              <w:rPr>
                <w:noProof/>
                <w:lang w:val="ky-KG"/>
              </w:rPr>
              <w:drawing>
                <wp:inline distT="0" distB="0" distL="0" distR="0" wp14:anchorId="5122CD38" wp14:editId="3F27ACEB">
                  <wp:extent cx="396000" cy="80060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80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2C9789" w14:textId="12EF23B0" w:rsidR="00F561B7" w:rsidRPr="00883D85" w:rsidRDefault="006A289D">
      <w:pPr>
        <w:jc w:val="right"/>
        <w:rPr>
          <w:lang w:val="ky-KG"/>
        </w:rPr>
      </w:pPr>
      <w:r w:rsidRPr="00883D85">
        <w:rPr>
          <w:b/>
          <w:sz w:val="20"/>
          <w:lang w:val="ky-KG"/>
        </w:rPr>
        <w:t>4</w:t>
      </w:r>
      <w:r w:rsidR="002C7A1A" w:rsidRPr="00883D85">
        <w:rPr>
          <w:b/>
          <w:sz w:val="20"/>
          <w:lang w:val="ky-KG"/>
        </w:rPr>
        <w:t>-тиркеме</w:t>
      </w:r>
    </w:p>
    <w:p w14:paraId="3FBE5629" w14:textId="3C4B5713" w:rsidR="00F561B7" w:rsidRPr="00883D85" w:rsidRDefault="002C7A1A">
      <w:pPr>
        <w:jc w:val="center"/>
        <w:rPr>
          <w:lang w:val="ky-KG"/>
        </w:rPr>
      </w:pPr>
      <w:r w:rsidRPr="00883D85">
        <w:rPr>
          <w:b/>
          <w:color w:val="1F4E79"/>
          <w:sz w:val="28"/>
          <w:lang w:val="ky-KG"/>
        </w:rPr>
        <w:t xml:space="preserve">ГРАНТТЫК ДОЛБООРДУН </w:t>
      </w:r>
      <w:r w:rsidR="006A289D" w:rsidRPr="00883D85">
        <w:rPr>
          <w:b/>
          <w:color w:val="1F4E79"/>
          <w:sz w:val="28"/>
          <w:lang w:val="ky-KG"/>
        </w:rPr>
        <w:t>БЮДЖЕТ</w:t>
      </w:r>
      <w:r w:rsidRPr="00883D85">
        <w:rPr>
          <w:b/>
          <w:color w:val="1F4E79"/>
          <w:sz w:val="28"/>
          <w:lang w:val="ky-KG"/>
        </w:rPr>
        <w:t>И</w:t>
      </w:r>
      <w:r w:rsidR="006A289D" w:rsidRPr="00883D85">
        <w:rPr>
          <w:b/>
          <w:color w:val="1F4E79"/>
          <w:sz w:val="28"/>
          <w:lang w:val="ky-KG"/>
        </w:rPr>
        <w:t xml:space="preserve"> </w:t>
      </w:r>
      <w:r w:rsidRPr="00883D85">
        <w:rPr>
          <w:b/>
          <w:color w:val="1F4E79"/>
          <w:sz w:val="28"/>
          <w:lang w:val="ky-KG"/>
        </w:rPr>
        <w:t xml:space="preserve"> </w:t>
      </w:r>
    </w:p>
    <w:p w14:paraId="03FC323F" w14:textId="1341F8F1" w:rsidR="00F561B7" w:rsidRPr="00883D85" w:rsidRDefault="002C7A1A">
      <w:pPr>
        <w:spacing w:after="80"/>
        <w:rPr>
          <w:lang w:val="ky-KG"/>
        </w:rPr>
      </w:pPr>
      <w:r w:rsidRPr="00883D85">
        <w:rPr>
          <w:lang w:val="ky-KG"/>
        </w:rPr>
        <w:t>Форма өтүнмө ээси тарабынан толтурулат жана Өтүнмөнүн формасы (2-тиркеме) жана Календардык план (3-тиркеме) менен бирге берилет. Бюджеттин бардык статьялары календардык пландын иш-чаралары менен байланыштырылып, эсептөөлөр, сметалар, прейскуранттар же башка негиздөөчү документтер менен ырасталууга тийиш</w:t>
      </w:r>
      <w:r w:rsidR="006A289D" w:rsidRPr="00883D85">
        <w:rPr>
          <w:lang w:val="ky-KG"/>
        </w:rPr>
        <w:t>.</w:t>
      </w:r>
    </w:p>
    <w:p w14:paraId="7D205C12" w14:textId="69A9A69A" w:rsidR="00F561B7" w:rsidRPr="00883D85" w:rsidRDefault="006A289D">
      <w:pPr>
        <w:spacing w:before="140" w:after="60"/>
        <w:rPr>
          <w:lang w:val="ky-KG"/>
        </w:rPr>
      </w:pPr>
      <w:r w:rsidRPr="00883D85">
        <w:rPr>
          <w:b/>
          <w:color w:val="1F4E79"/>
          <w:sz w:val="22"/>
          <w:lang w:val="ky-KG"/>
        </w:rPr>
        <w:t>1</w:t>
      </w:r>
      <w:r w:rsidR="002C7A1A" w:rsidRPr="00883D85">
        <w:rPr>
          <w:b/>
          <w:color w:val="1F4E79"/>
          <w:sz w:val="22"/>
          <w:lang w:val="ky-KG"/>
        </w:rPr>
        <w:t>-бөлүм</w:t>
      </w:r>
      <w:r w:rsidRPr="00883D85">
        <w:rPr>
          <w:b/>
          <w:color w:val="1F4E79"/>
          <w:sz w:val="22"/>
          <w:lang w:val="ky-KG"/>
        </w:rPr>
        <w:t xml:space="preserve">. </w:t>
      </w:r>
      <w:r w:rsidR="002C7A1A" w:rsidRPr="00883D85">
        <w:rPr>
          <w:b/>
          <w:color w:val="1F4E79"/>
          <w:sz w:val="22"/>
          <w:lang w:val="ky-KG"/>
        </w:rPr>
        <w:t>Жалпы финансылык маалымат</w:t>
      </w:r>
    </w:p>
    <w:tbl>
      <w:tblPr>
        <w:tblStyle w:val="aff0"/>
        <w:tblW w:w="15592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0489"/>
      </w:tblGrid>
      <w:tr w:rsidR="00F561B7" w:rsidRPr="00883D85" w14:paraId="533EA065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791FCA" w14:textId="3BEA1FC3" w:rsidR="00F561B7" w:rsidRPr="00883D85" w:rsidRDefault="002C7A1A">
            <w:pPr>
              <w:rPr>
                <w:lang w:val="ky-KG"/>
              </w:rPr>
            </w:pPr>
            <w:r w:rsidRPr="00883D85">
              <w:rPr>
                <w:b/>
                <w:sz w:val="17"/>
                <w:lang w:val="ky-KG"/>
              </w:rPr>
              <w:t>Долбоордун аталышы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C56EF7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2C7A1A" w:rsidRPr="009554DF" w14:paraId="786D72F6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9C120B" w14:textId="536BA43C" w:rsidR="002C7A1A" w:rsidRPr="00883D85" w:rsidRDefault="002C7A1A" w:rsidP="002C7A1A">
            <w:pPr>
              <w:rPr>
                <w:sz w:val="18"/>
                <w:szCs w:val="18"/>
                <w:lang w:val="ky-KG"/>
              </w:rPr>
            </w:pPr>
            <w:r w:rsidRPr="00883D85">
              <w:rPr>
                <w:b/>
                <w:sz w:val="18"/>
                <w:szCs w:val="18"/>
                <w:lang w:val="ky-KG"/>
              </w:rPr>
              <w:t>Лот / конкурстун багыты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6CF130" w14:textId="69C8DEB0" w:rsidR="002C7A1A" w:rsidRPr="00883D85" w:rsidRDefault="002C7A1A" w:rsidP="002C7A1A">
            <w:pPr>
              <w:rPr>
                <w:lang w:val="ky-KG"/>
              </w:rPr>
            </w:pPr>
            <w:r w:rsidRPr="00883D85">
              <w:rPr>
                <w:rFonts w:ascii="Segoe UI Symbol" w:hAnsi="Segoe UI Symbol" w:cs="Segoe UI Symbol"/>
                <w:i/>
                <w:color w:val="666666"/>
                <w:lang w:val="ky-KG"/>
              </w:rPr>
              <w:t>☐</w:t>
            </w:r>
            <w:r w:rsidRPr="00883D85">
              <w:rPr>
                <w:i/>
                <w:color w:val="666666"/>
                <w:lang w:val="ky-KG"/>
              </w:rPr>
              <w:t xml:space="preserve"> 1-лот. Сууну үнөмдөө практикалары   </w:t>
            </w:r>
            <w:r w:rsidRPr="00883D85">
              <w:rPr>
                <w:rFonts w:ascii="Segoe UI Symbol" w:hAnsi="Segoe UI Symbol" w:cs="Segoe UI Symbol"/>
                <w:i/>
                <w:color w:val="666666"/>
                <w:lang w:val="ky-KG"/>
              </w:rPr>
              <w:t>☐</w:t>
            </w:r>
            <w:r w:rsidRPr="00883D85">
              <w:rPr>
                <w:i/>
                <w:color w:val="666666"/>
                <w:lang w:val="ky-KG"/>
              </w:rPr>
              <w:t xml:space="preserve">  2-лот. Жаратылышка багытталган чечимдер   </w:t>
            </w:r>
            <w:r w:rsidRPr="00883D85">
              <w:rPr>
                <w:rFonts w:ascii="Segoe UI Symbol" w:hAnsi="Segoe UI Symbol" w:cs="Segoe UI Symbol"/>
                <w:i/>
                <w:color w:val="666666"/>
                <w:lang w:val="ky-KG"/>
              </w:rPr>
              <w:t>☐</w:t>
            </w:r>
            <w:r w:rsidRPr="00883D85">
              <w:rPr>
                <w:i/>
                <w:color w:val="666666"/>
                <w:lang w:val="ky-KG"/>
              </w:rPr>
              <w:t xml:space="preserve">  3-лот. Энерго натыйжалуулук   </w:t>
            </w:r>
            <w:r w:rsidRPr="00883D85">
              <w:rPr>
                <w:rFonts w:ascii="Segoe UI Symbol" w:hAnsi="Segoe UI Symbol" w:cs="Segoe UI Symbol"/>
                <w:i/>
                <w:color w:val="666666"/>
                <w:lang w:val="ky-KG"/>
              </w:rPr>
              <w:t>☐</w:t>
            </w:r>
            <w:r w:rsidRPr="00883D85">
              <w:rPr>
                <w:i/>
                <w:color w:val="666666"/>
                <w:lang w:val="ky-KG"/>
              </w:rPr>
              <w:t xml:space="preserve"> Биргелешкен чечим</w:t>
            </w:r>
          </w:p>
        </w:tc>
      </w:tr>
      <w:tr w:rsidR="002C7A1A" w:rsidRPr="00883D85" w14:paraId="3B59A803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E02DDF" w14:textId="03D83AEB" w:rsidR="002C7A1A" w:rsidRPr="00883D85" w:rsidRDefault="002C7A1A" w:rsidP="002C7A1A">
            <w:pPr>
              <w:rPr>
                <w:sz w:val="18"/>
                <w:szCs w:val="18"/>
                <w:lang w:val="ky-KG"/>
              </w:rPr>
            </w:pPr>
            <w:r w:rsidRPr="00883D85">
              <w:rPr>
                <w:b/>
                <w:sz w:val="18"/>
                <w:szCs w:val="18"/>
                <w:lang w:val="ky-KG"/>
              </w:rPr>
              <w:t>Өтүнмө ээси (уюмдун аталышы)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4C8A12" w14:textId="77777777" w:rsidR="002C7A1A" w:rsidRPr="00883D85" w:rsidRDefault="002C7A1A" w:rsidP="002C7A1A">
            <w:pPr>
              <w:rPr>
                <w:lang w:val="ky-KG"/>
              </w:rPr>
            </w:pPr>
          </w:p>
        </w:tc>
      </w:tr>
      <w:tr w:rsidR="002C7A1A" w:rsidRPr="009554DF" w14:paraId="3CC5CA43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8F3BE6" w14:textId="0322E274" w:rsidR="002C7A1A" w:rsidRPr="00883D85" w:rsidRDefault="002C7A1A" w:rsidP="002C7A1A">
            <w:pPr>
              <w:rPr>
                <w:sz w:val="18"/>
                <w:szCs w:val="18"/>
                <w:lang w:val="ky-KG"/>
              </w:rPr>
            </w:pPr>
            <w:r w:rsidRPr="00883D85">
              <w:rPr>
                <w:b/>
                <w:sz w:val="18"/>
                <w:szCs w:val="18"/>
                <w:lang w:val="ky-KG"/>
              </w:rPr>
              <w:t xml:space="preserve">Долбоордун өнөктөшү / объектти балансында кармоочу  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F9EB55" w14:textId="77777777" w:rsidR="002C7A1A" w:rsidRPr="00883D85" w:rsidRDefault="002C7A1A" w:rsidP="002C7A1A">
            <w:pPr>
              <w:rPr>
                <w:lang w:val="ky-KG"/>
              </w:rPr>
            </w:pPr>
          </w:p>
        </w:tc>
      </w:tr>
      <w:tr w:rsidR="002C7A1A" w:rsidRPr="009554DF" w14:paraId="5BC51297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ED3087" w14:textId="3EAD51C2" w:rsidR="002C7A1A" w:rsidRPr="00883D85" w:rsidRDefault="002C7A1A" w:rsidP="002C7A1A">
            <w:pPr>
              <w:rPr>
                <w:sz w:val="18"/>
                <w:szCs w:val="18"/>
                <w:lang w:val="ky-KG"/>
              </w:rPr>
            </w:pPr>
            <w:r w:rsidRPr="00883D85">
              <w:rPr>
                <w:b/>
                <w:sz w:val="18"/>
                <w:szCs w:val="18"/>
                <w:lang w:val="ky-KG"/>
              </w:rPr>
              <w:t>Объект же ишке ашыруу аймагы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6B69C2" w14:textId="77777777" w:rsidR="002C7A1A" w:rsidRPr="00883D85" w:rsidRDefault="002C7A1A" w:rsidP="002C7A1A">
            <w:pPr>
              <w:rPr>
                <w:lang w:val="ky-KG"/>
              </w:rPr>
            </w:pPr>
          </w:p>
        </w:tc>
      </w:tr>
      <w:tr w:rsidR="002C7A1A" w:rsidRPr="00883D85" w14:paraId="60622DA1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66FFE6" w14:textId="4BB3504E" w:rsidR="002C7A1A" w:rsidRPr="00883D85" w:rsidRDefault="002C7A1A" w:rsidP="002C7A1A">
            <w:pPr>
              <w:rPr>
                <w:sz w:val="18"/>
                <w:szCs w:val="18"/>
                <w:lang w:val="ky-KG"/>
              </w:rPr>
            </w:pPr>
            <w:r w:rsidRPr="00883D85">
              <w:rPr>
                <w:b/>
                <w:sz w:val="18"/>
                <w:szCs w:val="18"/>
                <w:lang w:val="ky-KG"/>
              </w:rPr>
              <w:t xml:space="preserve">Долбоорду ишке ашыруу мөөнөтү  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73FA9D" w14:textId="3CCF2B0E" w:rsidR="002C7A1A" w:rsidRPr="00883D85" w:rsidRDefault="002C7A1A" w:rsidP="002C7A1A">
            <w:pPr>
              <w:rPr>
                <w:lang w:val="ky-KG"/>
              </w:rPr>
            </w:pPr>
            <w:r w:rsidRPr="00883D85">
              <w:rPr>
                <w:i/>
                <w:color w:val="666666"/>
                <w:lang w:val="ky-KG"/>
              </w:rPr>
              <w:t>10 айдан ашык эмес</w:t>
            </w:r>
          </w:p>
        </w:tc>
      </w:tr>
      <w:tr w:rsidR="00F561B7" w:rsidRPr="009554DF" w14:paraId="77994BC7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7D561A" w14:textId="6D8A61D8" w:rsidR="00F561B7" w:rsidRPr="00883D85" w:rsidRDefault="002C7A1A">
            <w:pPr>
              <w:rPr>
                <w:lang w:val="ky-KG"/>
              </w:rPr>
            </w:pPr>
            <w:r w:rsidRPr="00883D85">
              <w:rPr>
                <w:b/>
                <w:sz w:val="17"/>
                <w:lang w:val="ky-KG"/>
              </w:rPr>
              <w:t>Гранттын суралып жаткан суммасы</w:t>
            </w:r>
            <w:r w:rsidR="006A289D" w:rsidRPr="00883D85">
              <w:rPr>
                <w:b/>
                <w:sz w:val="17"/>
                <w:lang w:val="ky-KG"/>
              </w:rPr>
              <w:t xml:space="preserve"> (USD)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5CEA67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9554DF" w14:paraId="2576552E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FD13BE" w14:textId="4C030233" w:rsidR="00F561B7" w:rsidRPr="00883D85" w:rsidRDefault="002C7A1A">
            <w:pPr>
              <w:rPr>
                <w:lang w:val="ky-KG"/>
              </w:rPr>
            </w:pPr>
            <w:r w:rsidRPr="00883D85">
              <w:rPr>
                <w:b/>
                <w:sz w:val="17"/>
                <w:lang w:val="ky-KG"/>
              </w:rPr>
              <w:t>Тең каржылоо</w:t>
            </w:r>
            <w:r w:rsidR="006A289D" w:rsidRPr="00883D85">
              <w:rPr>
                <w:b/>
                <w:sz w:val="17"/>
                <w:lang w:val="ky-KG"/>
              </w:rPr>
              <w:t xml:space="preserve"> (USD </w:t>
            </w:r>
            <w:r w:rsidRPr="00883D85">
              <w:rPr>
                <w:b/>
                <w:sz w:val="17"/>
                <w:lang w:val="ky-KG"/>
              </w:rPr>
              <w:t>жана</w:t>
            </w:r>
            <w:r w:rsidR="006A289D" w:rsidRPr="00883D85">
              <w:rPr>
                <w:b/>
                <w:sz w:val="17"/>
                <w:lang w:val="ky-KG"/>
              </w:rPr>
              <w:t xml:space="preserve"> %)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EB4301" w14:textId="0981E20F" w:rsidR="00F561B7" w:rsidRPr="00883D85" w:rsidRDefault="002C7A1A">
            <w:pPr>
              <w:rPr>
                <w:lang w:val="ky-KG"/>
              </w:rPr>
            </w:pPr>
            <w:r w:rsidRPr="00883D85">
              <w:rPr>
                <w:i/>
                <w:color w:val="666666"/>
                <w:lang w:val="ky-KG"/>
              </w:rPr>
              <w:t>Эгерде бул талап Конкурстун жетекчилиги тарабынан белгиленсе, суралган гранттын суммасынын 20% дан кем эмес</w:t>
            </w:r>
          </w:p>
        </w:tc>
      </w:tr>
      <w:tr w:rsidR="00F561B7" w:rsidRPr="009554DF" w14:paraId="7C6D1A23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AE9B0E" w14:textId="205010F6" w:rsidR="00F561B7" w:rsidRPr="00883D85" w:rsidRDefault="002C7A1A">
            <w:pPr>
              <w:rPr>
                <w:lang w:val="ky-KG"/>
              </w:rPr>
            </w:pPr>
            <w:r w:rsidRPr="00883D85">
              <w:rPr>
                <w:b/>
                <w:sz w:val="17"/>
                <w:lang w:val="ky-KG"/>
              </w:rPr>
              <w:t xml:space="preserve">Тең каржылоону эске алуу менен долбоордун жалпы наркы </w:t>
            </w:r>
            <w:r w:rsidR="006A289D" w:rsidRPr="00883D85">
              <w:rPr>
                <w:b/>
                <w:sz w:val="17"/>
                <w:lang w:val="ky-KG"/>
              </w:rPr>
              <w:t xml:space="preserve"> (USD)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7F3DA8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9554DF" w14:paraId="3E0F8828" w14:textId="77777777" w:rsidTr="002C7A1A">
        <w:trPr>
          <w:jc w:val="center"/>
        </w:trPr>
        <w:tc>
          <w:tcPr>
            <w:tcW w:w="510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90B531" w14:textId="27BA35D1" w:rsidR="00F561B7" w:rsidRPr="00883D85" w:rsidRDefault="002C7A1A">
            <w:pPr>
              <w:rPr>
                <w:lang w:val="ky-KG"/>
              </w:rPr>
            </w:pPr>
            <w:r w:rsidRPr="00883D85">
              <w:rPr>
                <w:b/>
                <w:sz w:val="17"/>
                <w:lang w:val="ky-KG"/>
              </w:rPr>
              <w:t xml:space="preserve">БУУ курсу жана кайра эсептөө датасы  </w:t>
            </w:r>
          </w:p>
        </w:tc>
        <w:tc>
          <w:tcPr>
            <w:tcW w:w="1048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83D1AC" w14:textId="580AE683" w:rsidR="00F561B7" w:rsidRPr="00883D85" w:rsidRDefault="002C7A1A">
            <w:pPr>
              <w:rPr>
                <w:lang w:val="ky-KG"/>
              </w:rPr>
            </w:pPr>
            <w:r w:rsidRPr="00883D85">
              <w:rPr>
                <w:i/>
                <w:color w:val="666666"/>
                <w:lang w:val="ky-KG"/>
              </w:rPr>
              <w:t>БУУ курсу бюджетти даярдоо датасына карата</w:t>
            </w:r>
            <w:r w:rsidR="006A289D" w:rsidRPr="00883D85">
              <w:rPr>
                <w:i/>
                <w:color w:val="666666"/>
                <w:lang w:val="ky-KG"/>
              </w:rPr>
              <w:t>:</w:t>
            </w:r>
            <w:r w:rsidRPr="00883D85">
              <w:rPr>
                <w:i/>
                <w:color w:val="666666"/>
                <w:lang w:val="ky-KG"/>
              </w:rPr>
              <w:t xml:space="preserve"> 1 USD үчүн</w:t>
            </w:r>
            <w:r w:rsidR="006A289D" w:rsidRPr="00883D85">
              <w:rPr>
                <w:i/>
                <w:color w:val="666666"/>
                <w:lang w:val="ky-KG"/>
              </w:rPr>
              <w:t xml:space="preserve"> ________ KGS, дата</w:t>
            </w:r>
            <w:r w:rsidRPr="00883D85">
              <w:rPr>
                <w:i/>
                <w:color w:val="666666"/>
                <w:lang w:val="ky-KG"/>
              </w:rPr>
              <w:t>сы</w:t>
            </w:r>
            <w:r w:rsidR="006A289D" w:rsidRPr="00883D85">
              <w:rPr>
                <w:i/>
                <w:color w:val="666666"/>
                <w:lang w:val="ky-KG"/>
              </w:rPr>
              <w:t>: ___ / ___ / 2026</w:t>
            </w:r>
          </w:p>
        </w:tc>
      </w:tr>
    </w:tbl>
    <w:p w14:paraId="74E72F35" w14:textId="5F08B8F2" w:rsidR="00F561B7" w:rsidRPr="00883D85" w:rsidRDefault="006A289D">
      <w:pPr>
        <w:spacing w:before="140" w:after="60"/>
        <w:rPr>
          <w:lang w:val="ky-KG"/>
        </w:rPr>
      </w:pPr>
      <w:r w:rsidRPr="00883D85">
        <w:rPr>
          <w:b/>
          <w:color w:val="1F4E79"/>
          <w:sz w:val="22"/>
          <w:lang w:val="ky-KG"/>
        </w:rPr>
        <w:t>2</w:t>
      </w:r>
      <w:r w:rsidR="002C7A1A" w:rsidRPr="00883D85">
        <w:rPr>
          <w:b/>
          <w:color w:val="1F4E79"/>
          <w:sz w:val="22"/>
          <w:lang w:val="ky-KG"/>
        </w:rPr>
        <w:t>-бөлүм</w:t>
      </w:r>
      <w:r w:rsidRPr="00883D85">
        <w:rPr>
          <w:b/>
          <w:color w:val="1F4E79"/>
          <w:sz w:val="22"/>
          <w:lang w:val="ky-KG"/>
        </w:rPr>
        <w:t xml:space="preserve">. </w:t>
      </w:r>
      <w:r w:rsidR="002C7A1A" w:rsidRPr="00883D85">
        <w:rPr>
          <w:b/>
          <w:color w:val="1F4E79"/>
          <w:sz w:val="22"/>
          <w:lang w:val="ky-KG"/>
        </w:rPr>
        <w:t>Каржылоо булактары боюнча жыйынды бюджети</w:t>
      </w:r>
    </w:p>
    <w:p w14:paraId="640B0BCC" w14:textId="16F818DA" w:rsidR="00F561B7" w:rsidRPr="00883D85" w:rsidRDefault="0011747D">
      <w:pPr>
        <w:spacing w:after="80"/>
        <w:rPr>
          <w:lang w:val="ky-KG"/>
        </w:rPr>
      </w:pPr>
      <w:r w:rsidRPr="00883D85">
        <w:rPr>
          <w:lang w:val="ky-KG"/>
        </w:rPr>
        <w:t>Суммаларды АКШ доллары менен толтуруңуз. Эгерде чыгымдардын бир бөлүгү сом менен төлөнсө же берилсе, жогоруда көрсөтүлгөн БУУнун курсу боюнча сумманы кайра эсептеп чыгыңыз</w:t>
      </w:r>
      <w:r w:rsidR="006A289D" w:rsidRPr="00883D85">
        <w:rPr>
          <w:lang w:val="ky-KG"/>
        </w:rPr>
        <w:t>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4536"/>
        <w:gridCol w:w="2268"/>
        <w:gridCol w:w="2268"/>
        <w:gridCol w:w="5953"/>
      </w:tblGrid>
      <w:tr w:rsidR="00F561B7" w:rsidRPr="00883D85" w14:paraId="57A659B7" w14:textId="77777777">
        <w:trPr>
          <w:tblHeader/>
          <w:jc w:val="center"/>
        </w:trPr>
        <w:tc>
          <w:tcPr>
            <w:tcW w:w="51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D08194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>№</w:t>
            </w:r>
          </w:p>
        </w:tc>
        <w:tc>
          <w:tcPr>
            <w:tcW w:w="4536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07D6E4" w14:textId="40A35F7C" w:rsidR="00F561B7" w:rsidRPr="00883D85" w:rsidRDefault="0011747D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>Булак</w:t>
            </w:r>
            <w:r w:rsidR="006A289D" w:rsidRPr="00883D85">
              <w:rPr>
                <w:b/>
                <w:lang w:val="ky-KG"/>
              </w:rPr>
              <w:t xml:space="preserve"> / категория</w:t>
            </w:r>
            <w:r w:rsidRPr="00883D85">
              <w:rPr>
                <w:b/>
                <w:lang w:val="ky-KG"/>
              </w:rPr>
              <w:t>сы</w:t>
            </w:r>
          </w:p>
        </w:tc>
        <w:tc>
          <w:tcPr>
            <w:tcW w:w="226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CBD7A6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>Сумма (USD)</w:t>
            </w:r>
          </w:p>
        </w:tc>
        <w:tc>
          <w:tcPr>
            <w:tcW w:w="226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1CC796" w14:textId="4A083FF2" w:rsidR="00F561B7" w:rsidRPr="00883D85" w:rsidRDefault="0011747D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 xml:space="preserve">Жалпы наркынан үлүш  </w:t>
            </w:r>
            <w:r w:rsidR="006A289D" w:rsidRPr="00883D85">
              <w:rPr>
                <w:b/>
                <w:lang w:val="ky-KG"/>
              </w:rPr>
              <w:t xml:space="preserve"> (%)</w:t>
            </w:r>
          </w:p>
        </w:tc>
        <w:tc>
          <w:tcPr>
            <w:tcW w:w="595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217586" w14:textId="1A68E2AF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>Комментарий</w:t>
            </w:r>
            <w:r w:rsidR="0011747D" w:rsidRPr="00883D85">
              <w:rPr>
                <w:b/>
                <w:lang w:val="ky-KG"/>
              </w:rPr>
              <w:t>лер</w:t>
            </w:r>
            <w:r w:rsidRPr="00883D85">
              <w:rPr>
                <w:b/>
                <w:lang w:val="ky-KG"/>
              </w:rPr>
              <w:t xml:space="preserve"> / </w:t>
            </w:r>
            <w:r w:rsidR="0011747D" w:rsidRPr="00883D85">
              <w:rPr>
                <w:b/>
                <w:lang w:val="ky-KG"/>
              </w:rPr>
              <w:t>ырастоолор</w:t>
            </w:r>
          </w:p>
        </w:tc>
      </w:tr>
      <w:tr w:rsidR="00F561B7" w:rsidRPr="00883D85" w14:paraId="677BD90C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CC98A0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1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07EF1D" w14:textId="66F56AC4" w:rsidR="00F561B7" w:rsidRPr="00883D85" w:rsidRDefault="0011747D">
            <w:pPr>
              <w:rPr>
                <w:lang w:val="ky-KG"/>
              </w:rPr>
            </w:pPr>
            <w:r w:rsidRPr="00883D85">
              <w:rPr>
                <w:lang w:val="ky-KG"/>
              </w:rPr>
              <w:t>Гранттын суралып жаткан суммасы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6D2631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5F0CFA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81B14F" w14:textId="10D56F54" w:rsidR="00F561B7" w:rsidRPr="00883D85" w:rsidRDefault="0011747D">
            <w:pPr>
              <w:rPr>
                <w:lang w:val="ky-KG"/>
              </w:rPr>
            </w:pPr>
            <w:r w:rsidRPr="00883D85">
              <w:rPr>
                <w:i/>
                <w:color w:val="666666"/>
                <w:lang w:val="ky-KG"/>
              </w:rPr>
              <w:t xml:space="preserve">БУУӨП грантынын каражаттары  </w:t>
            </w:r>
          </w:p>
        </w:tc>
      </w:tr>
      <w:tr w:rsidR="00F561B7" w:rsidRPr="009554DF" w14:paraId="074816F6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4287CA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2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601AF0" w14:textId="372365AD" w:rsidR="00F561B7" w:rsidRPr="00883D85" w:rsidRDefault="0011747D">
            <w:pPr>
              <w:rPr>
                <w:lang w:val="ky-KG"/>
              </w:rPr>
            </w:pPr>
            <w:r w:rsidRPr="00883D85">
              <w:rPr>
                <w:lang w:val="ky-KG"/>
              </w:rPr>
              <w:t xml:space="preserve">Өтүнмө ээсинин /өнөктөштүн акчалай тең каржылоосу  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F638C2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EC66EF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35AD59" w14:textId="36A875F6" w:rsidR="00F561B7" w:rsidRPr="00883D85" w:rsidRDefault="0011747D">
            <w:pPr>
              <w:rPr>
                <w:lang w:val="ky-KG"/>
              </w:rPr>
            </w:pPr>
            <w:r w:rsidRPr="00883D85">
              <w:rPr>
                <w:i/>
                <w:color w:val="666666"/>
                <w:lang w:val="ky-KG"/>
              </w:rPr>
              <w:t>Кепилдик кат, уюмдун чечими, өнөктөш менен келишим</w:t>
            </w:r>
          </w:p>
        </w:tc>
      </w:tr>
      <w:tr w:rsidR="00F561B7" w:rsidRPr="009554DF" w14:paraId="37621A2B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A596DC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3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99584E" w14:textId="429C56B9" w:rsidR="00F561B7" w:rsidRPr="00883D85" w:rsidRDefault="0011747D">
            <w:pPr>
              <w:rPr>
                <w:lang w:val="ky-KG"/>
              </w:rPr>
            </w:pPr>
            <w:r w:rsidRPr="00883D85">
              <w:rPr>
                <w:lang w:val="ky-KG"/>
              </w:rPr>
              <w:t>Акчалай эмес салым</w:t>
            </w:r>
            <w:r w:rsidR="006A289D" w:rsidRPr="00883D85">
              <w:rPr>
                <w:lang w:val="ky-KG"/>
              </w:rPr>
              <w:t xml:space="preserve">: </w:t>
            </w:r>
            <w:r w:rsidRPr="00883D85">
              <w:rPr>
                <w:lang w:val="ky-KG"/>
              </w:rPr>
              <w:t>жумуштар</w:t>
            </w:r>
            <w:r w:rsidR="006A289D" w:rsidRPr="00883D85">
              <w:rPr>
                <w:lang w:val="ky-KG"/>
              </w:rPr>
              <w:t xml:space="preserve">, </w:t>
            </w:r>
            <w:r w:rsidRPr="00883D85">
              <w:rPr>
                <w:lang w:val="ky-KG"/>
              </w:rPr>
              <w:t>кызмат көрсөтүүлөр</w:t>
            </w:r>
            <w:r w:rsidR="006A289D" w:rsidRPr="00883D85">
              <w:rPr>
                <w:lang w:val="ky-KG"/>
              </w:rPr>
              <w:t>, материал</w:t>
            </w:r>
            <w:r w:rsidRPr="00883D85">
              <w:rPr>
                <w:lang w:val="ky-KG"/>
              </w:rPr>
              <w:t>дар</w:t>
            </w:r>
            <w:r w:rsidR="006A289D" w:rsidRPr="00883D85">
              <w:rPr>
                <w:lang w:val="ky-KG"/>
              </w:rPr>
              <w:t xml:space="preserve">, техника, </w:t>
            </w:r>
            <w:r w:rsidRPr="00883D85">
              <w:rPr>
                <w:lang w:val="ky-KG"/>
              </w:rPr>
              <w:t>жайлар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DD6ED8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F22B63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77436A" w14:textId="141167FE" w:rsidR="00F561B7" w:rsidRPr="00883D85" w:rsidRDefault="0011747D">
            <w:pPr>
              <w:rPr>
                <w:lang w:val="ky-KG"/>
              </w:rPr>
            </w:pPr>
            <w:r w:rsidRPr="00883D85">
              <w:rPr>
                <w:i/>
                <w:color w:val="666666"/>
                <w:lang w:val="ky-KG"/>
              </w:rPr>
              <w:t>Колдоо каты, салымдын наркын эсептөө, акт/макулдашуу</w:t>
            </w:r>
          </w:p>
        </w:tc>
      </w:tr>
      <w:tr w:rsidR="00F561B7" w:rsidRPr="00883D85" w14:paraId="7DBC89FD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92A33C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4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8D16CE" w14:textId="053C3A29" w:rsidR="00F561B7" w:rsidRPr="00883D85" w:rsidRDefault="0011747D">
            <w:pPr>
              <w:rPr>
                <w:lang w:val="ky-KG"/>
              </w:rPr>
            </w:pPr>
            <w:r w:rsidRPr="00883D85">
              <w:rPr>
                <w:lang w:val="ky-KG"/>
              </w:rPr>
              <w:t>Жалпы тең каржылоо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B0A6CA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FB77F0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3502E3" w14:textId="109008BB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lang w:val="ky-KG"/>
              </w:rPr>
              <w:t>2</w:t>
            </w:r>
            <w:r w:rsidR="0011747D" w:rsidRPr="00883D85">
              <w:rPr>
                <w:i/>
                <w:color w:val="666666"/>
                <w:lang w:val="ky-KG"/>
              </w:rPr>
              <w:t xml:space="preserve">-сап </w:t>
            </w:r>
            <w:r w:rsidRPr="00883D85">
              <w:rPr>
                <w:i/>
                <w:color w:val="666666"/>
                <w:lang w:val="ky-KG"/>
              </w:rPr>
              <w:t xml:space="preserve"> + </w:t>
            </w:r>
            <w:r w:rsidR="0011747D" w:rsidRPr="00883D85">
              <w:rPr>
                <w:i/>
                <w:color w:val="666666"/>
                <w:lang w:val="ky-KG"/>
              </w:rPr>
              <w:t>3-сап</w:t>
            </w:r>
          </w:p>
        </w:tc>
      </w:tr>
      <w:tr w:rsidR="00F561B7" w:rsidRPr="00883D85" w14:paraId="29A8C1BB" w14:textId="77777777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06B2B6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lastRenderedPageBreak/>
              <w:t>5</w:t>
            </w:r>
          </w:p>
        </w:tc>
        <w:tc>
          <w:tcPr>
            <w:tcW w:w="45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02B713" w14:textId="7B189C64" w:rsidR="00F561B7" w:rsidRPr="00883D85" w:rsidRDefault="0011747D">
            <w:pPr>
              <w:rPr>
                <w:lang w:val="ky-KG"/>
              </w:rPr>
            </w:pPr>
            <w:r w:rsidRPr="00883D85">
              <w:rPr>
                <w:lang w:val="ky-KG"/>
              </w:rPr>
              <w:t xml:space="preserve">Долбоордун жалпы наркы  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362E44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99C2CB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59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D2A24A" w14:textId="10534F26" w:rsidR="00F561B7" w:rsidRPr="00883D85" w:rsidRDefault="0011747D">
            <w:pPr>
              <w:rPr>
                <w:lang w:val="ky-KG"/>
              </w:rPr>
            </w:pPr>
            <w:r w:rsidRPr="00883D85">
              <w:rPr>
                <w:i/>
                <w:color w:val="666666"/>
                <w:lang w:val="ky-KG"/>
              </w:rPr>
              <w:t>1-сап + 4-сап</w:t>
            </w:r>
          </w:p>
        </w:tc>
      </w:tr>
    </w:tbl>
    <w:p w14:paraId="4A1CFC66" w14:textId="2B2BAACF" w:rsidR="00F561B7" w:rsidRPr="00883D85" w:rsidRDefault="006A289D">
      <w:pPr>
        <w:spacing w:before="140" w:after="60"/>
        <w:rPr>
          <w:lang w:val="ky-KG"/>
        </w:rPr>
      </w:pPr>
      <w:r w:rsidRPr="00883D85">
        <w:rPr>
          <w:b/>
          <w:color w:val="1F4E79"/>
          <w:sz w:val="22"/>
          <w:lang w:val="ky-KG"/>
        </w:rPr>
        <w:t>3</w:t>
      </w:r>
      <w:r w:rsidR="00C43659" w:rsidRPr="00883D85">
        <w:rPr>
          <w:b/>
          <w:color w:val="1F4E79"/>
          <w:sz w:val="22"/>
          <w:lang w:val="ky-KG"/>
        </w:rPr>
        <w:t>-бөлүм</w:t>
      </w:r>
      <w:r w:rsidRPr="00883D85">
        <w:rPr>
          <w:b/>
          <w:color w:val="1F4E79"/>
          <w:sz w:val="22"/>
          <w:lang w:val="ky-KG"/>
        </w:rPr>
        <w:t xml:space="preserve">. </w:t>
      </w:r>
      <w:r w:rsidR="00C43659" w:rsidRPr="00883D85">
        <w:rPr>
          <w:b/>
          <w:color w:val="1F4E79"/>
          <w:sz w:val="22"/>
          <w:lang w:val="ky-KG"/>
        </w:rPr>
        <w:t xml:space="preserve">Бюджеттин деталдуу бөлүнүшү </w:t>
      </w:r>
    </w:p>
    <w:p w14:paraId="550BAA3F" w14:textId="69A3B544" w:rsidR="00F561B7" w:rsidRPr="00883D85" w:rsidRDefault="00C43659">
      <w:pPr>
        <w:spacing w:after="80"/>
        <w:rPr>
          <w:lang w:val="ky-KG"/>
        </w:rPr>
      </w:pPr>
      <w:r w:rsidRPr="00883D85">
        <w:rPr>
          <w:lang w:val="ky-KG"/>
        </w:rPr>
        <w:t>Ар бир статья календардык пландагы конкреттүү иш-чарага байланыштырылышы керек (3-тиркеме). Жабдуулар, материалдар жана кызматтар үчүн өлчөө бирдигин, санын, бирдиктин баасын жана жалпы сумманы кошуңуз</w:t>
      </w:r>
      <w:r w:rsidR="006A289D" w:rsidRPr="00883D85">
        <w:rPr>
          <w:lang w:val="ky-KG"/>
        </w:rPr>
        <w:t>.</w:t>
      </w:r>
      <w:r w:rsidRPr="00883D85">
        <w:rPr>
          <w:lang w:val="ky-KG"/>
        </w:rPr>
        <w:t xml:space="preserve"> </w:t>
      </w:r>
    </w:p>
    <w:tbl>
      <w:tblPr>
        <w:tblStyle w:val="aff0"/>
        <w:tblW w:w="15828" w:type="dxa"/>
        <w:jc w:val="center"/>
        <w:tblLayout w:type="fixed"/>
        <w:tblLook w:val="04A0" w:firstRow="1" w:lastRow="0" w:firstColumn="1" w:lastColumn="0" w:noHBand="0" w:noVBand="1"/>
      </w:tblPr>
      <w:tblGrid>
        <w:gridCol w:w="379"/>
        <w:gridCol w:w="1741"/>
        <w:gridCol w:w="1741"/>
        <w:gridCol w:w="3320"/>
        <w:gridCol w:w="597"/>
        <w:gridCol w:w="652"/>
        <w:gridCol w:w="1088"/>
        <w:gridCol w:w="1088"/>
        <w:gridCol w:w="1305"/>
        <w:gridCol w:w="1196"/>
        <w:gridCol w:w="2721"/>
      </w:tblGrid>
      <w:tr w:rsidR="00F561B7" w:rsidRPr="00883D85" w14:paraId="7956D67B" w14:textId="77777777" w:rsidTr="001D73D8">
        <w:trPr>
          <w:cantSplit/>
          <w:trHeight w:val="313"/>
          <w:tblHeader/>
          <w:jc w:val="center"/>
        </w:trPr>
        <w:tc>
          <w:tcPr>
            <w:tcW w:w="379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8F20E2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>№</w:t>
            </w:r>
          </w:p>
        </w:tc>
        <w:tc>
          <w:tcPr>
            <w:tcW w:w="174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ED4A73" w14:textId="031C0B7B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 xml:space="preserve">3-тиркемеден иш-чаралар  </w:t>
            </w:r>
          </w:p>
        </w:tc>
        <w:tc>
          <w:tcPr>
            <w:tcW w:w="174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4E2181" w14:textId="70D14AA8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>Чыгымдар категориясы</w:t>
            </w:r>
          </w:p>
        </w:tc>
        <w:tc>
          <w:tcPr>
            <w:tcW w:w="332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6811ED" w14:textId="27EAD838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>Статьянын сүрөттөлүшү</w:t>
            </w:r>
            <w:r w:rsidR="006A289D" w:rsidRPr="00883D85">
              <w:rPr>
                <w:b/>
                <w:sz w:val="14"/>
                <w:lang w:val="ky-KG"/>
              </w:rPr>
              <w:t xml:space="preserve"> / </w:t>
            </w:r>
            <w:r w:rsidRPr="00883D85">
              <w:rPr>
                <w:b/>
                <w:sz w:val="14"/>
                <w:lang w:val="ky-KG"/>
              </w:rPr>
              <w:t>өзгөчөлүгү</w:t>
            </w:r>
          </w:p>
        </w:tc>
        <w:tc>
          <w:tcPr>
            <w:tcW w:w="59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84968D" w14:textId="69674D0B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>Бирдик</w:t>
            </w:r>
          </w:p>
        </w:tc>
        <w:tc>
          <w:tcPr>
            <w:tcW w:w="652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9076F6" w14:textId="66548351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 xml:space="preserve">Саны </w:t>
            </w:r>
          </w:p>
        </w:tc>
        <w:tc>
          <w:tcPr>
            <w:tcW w:w="108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30B01A" w14:textId="619969D7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>Бир.үчүн баасы</w:t>
            </w:r>
            <w:r w:rsidR="006A289D" w:rsidRPr="00883D85">
              <w:rPr>
                <w:b/>
                <w:sz w:val="14"/>
                <w:lang w:val="ky-KG"/>
              </w:rPr>
              <w:t xml:space="preserve"> (USD)</w:t>
            </w:r>
          </w:p>
        </w:tc>
        <w:tc>
          <w:tcPr>
            <w:tcW w:w="108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E0D57F" w14:textId="17AF8DC7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 xml:space="preserve">Бардыгы </w:t>
            </w:r>
            <w:r w:rsidR="006A289D" w:rsidRPr="00883D85">
              <w:rPr>
                <w:b/>
                <w:sz w:val="14"/>
                <w:lang w:val="ky-KG"/>
              </w:rPr>
              <w:t>(USD)</w:t>
            </w:r>
          </w:p>
        </w:tc>
        <w:tc>
          <w:tcPr>
            <w:tcW w:w="1305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6B533C" w14:textId="730A142F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>Гранттын суроо-талабы</w:t>
            </w:r>
            <w:r w:rsidR="006A289D" w:rsidRPr="00883D85">
              <w:rPr>
                <w:b/>
                <w:sz w:val="14"/>
                <w:lang w:val="ky-KG"/>
              </w:rPr>
              <w:t xml:space="preserve"> (USD)</w:t>
            </w:r>
          </w:p>
        </w:tc>
        <w:tc>
          <w:tcPr>
            <w:tcW w:w="1196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65066D" w14:textId="1D5FD302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>Тең каржылоо</w:t>
            </w:r>
            <w:r w:rsidR="006A289D" w:rsidRPr="00883D85">
              <w:rPr>
                <w:b/>
                <w:sz w:val="14"/>
                <w:lang w:val="ky-KG"/>
              </w:rPr>
              <w:t xml:space="preserve"> (USD)</w:t>
            </w:r>
          </w:p>
        </w:tc>
        <w:tc>
          <w:tcPr>
            <w:tcW w:w="272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B4776F" w14:textId="4CA6048D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>Негиздеме</w:t>
            </w:r>
            <w:r w:rsidR="006A289D" w:rsidRPr="00883D85">
              <w:rPr>
                <w:b/>
                <w:sz w:val="14"/>
                <w:lang w:val="ky-KG"/>
              </w:rPr>
              <w:t xml:space="preserve"> / </w:t>
            </w:r>
            <w:r w:rsidRPr="00883D85">
              <w:rPr>
                <w:b/>
                <w:sz w:val="14"/>
                <w:lang w:val="ky-KG"/>
              </w:rPr>
              <w:t>бааны ырастоо</w:t>
            </w:r>
          </w:p>
        </w:tc>
      </w:tr>
      <w:tr w:rsidR="00F561B7" w:rsidRPr="00883D85" w14:paraId="74C251C9" w14:textId="77777777" w:rsidTr="001D73D8">
        <w:trPr>
          <w:cantSplit/>
          <w:trHeight w:val="296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6F21F3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1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762518" w14:textId="7AD4424D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1. 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>Баштапкы топтомду даярдоо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79DDF0" w14:textId="4DB575F6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Адистердин кызматтары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442052" w14:textId="26D57A5F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Жумуштун көлөмүн тактоо үчүн техникалык адис / инженер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98C55A" w14:textId="51B13AF9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күн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D7E62F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A686C5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8D0A69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525A0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114FE7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333699" w14:textId="60ACB84E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Ставкасын эсептөө</w:t>
            </w:r>
            <w:r w:rsidR="006A289D" w:rsidRPr="00883D85">
              <w:rPr>
                <w:i/>
                <w:color w:val="666666"/>
                <w:sz w:val="13"/>
                <w:lang w:val="ky-KG"/>
              </w:rPr>
              <w:t xml:space="preserve"> / </w:t>
            </w:r>
            <w:r w:rsidRPr="00883D85">
              <w:rPr>
                <w:i/>
                <w:color w:val="666666"/>
                <w:sz w:val="13"/>
                <w:lang w:val="ky-KG"/>
              </w:rPr>
              <w:t>адистин резюмеси</w:t>
            </w:r>
          </w:p>
        </w:tc>
      </w:tr>
      <w:tr w:rsidR="00F561B7" w:rsidRPr="00883D85" w14:paraId="39482623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C893CA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2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A8B50" w14:textId="00E4F34D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2. 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>Материалдарды сатып алуу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1F8196" w14:textId="32A44B3C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Материал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>дар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BB2557" w14:textId="5BE94C61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BoQ / 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 xml:space="preserve">алдын ала сметага ылайык материалдар   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94703D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компл.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A2DB1C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BC79E5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9D0CEC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05A58E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AD210A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D9380D" w14:textId="78E226B5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Прайс-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>баракча</w:t>
            </w:r>
            <w:r w:rsidRPr="00883D85">
              <w:rPr>
                <w:i/>
                <w:color w:val="666666"/>
                <w:sz w:val="13"/>
                <w:lang w:val="ky-KG"/>
              </w:rPr>
              <w:t xml:space="preserve"> / смета / BoQ</w:t>
            </w:r>
          </w:p>
        </w:tc>
      </w:tr>
      <w:tr w:rsidR="00F561B7" w:rsidRPr="00883D85" w14:paraId="30BC4CEA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EBD745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3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AE41A4" w14:textId="158FAB65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3. 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>Жабдууларды сатып алуу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1906AB" w14:textId="6B50176F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Жабдуулар 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21C302" w14:textId="6E47896D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Негизги мүнөздөмөлөрүн көрсөтүү менен жабдуулар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430B5A" w14:textId="35D84238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даана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175D8D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6CCC9A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F21CBD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4574F8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A5471B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A597C6" w14:textId="1EF53832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1 прайс-барактан кем эмес  </w:t>
            </w:r>
          </w:p>
        </w:tc>
      </w:tr>
      <w:tr w:rsidR="00F561B7" w:rsidRPr="00883D85" w14:paraId="6F30D13D" w14:textId="77777777" w:rsidTr="001D73D8">
        <w:trPr>
          <w:cantSplit/>
          <w:trHeight w:val="296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DF7982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4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455B87" w14:textId="29084B3E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4. 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>Жумуштарды аткаруу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D501B8" w14:textId="741AFE53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Жумуштар</w:t>
            </w:r>
            <w:r w:rsidR="006A289D" w:rsidRPr="00883D85">
              <w:rPr>
                <w:i/>
                <w:color w:val="666666"/>
                <w:sz w:val="13"/>
                <w:lang w:val="ky-KG"/>
              </w:rPr>
              <w:t xml:space="preserve"> / </w:t>
            </w:r>
            <w:r w:rsidRPr="00883D85">
              <w:rPr>
                <w:i/>
                <w:color w:val="666666"/>
                <w:sz w:val="13"/>
                <w:lang w:val="ky-KG"/>
              </w:rPr>
              <w:t>подрядчынын кызматтары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AFA1BF" w14:textId="45DF3676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Монтаждоо, курулуш, калыбына келтирүү же башка техникалык жумуштар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DCF52E" w14:textId="77B4E8F0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кызмат</w:t>
            </w:r>
            <w:r w:rsidR="006A289D" w:rsidRPr="00883D85">
              <w:rPr>
                <w:i/>
                <w:color w:val="666666"/>
                <w:sz w:val="13"/>
                <w:lang w:val="ky-KG"/>
              </w:rPr>
              <w:t>.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B6A28D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86E7F2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7CF7E5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3EE2E2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92D802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75B1BF" w14:textId="4C5670D3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Смета / коммер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 xml:space="preserve">циялык сунуштама  </w:t>
            </w:r>
          </w:p>
        </w:tc>
      </w:tr>
      <w:tr w:rsidR="00F561B7" w:rsidRPr="00883D85" w14:paraId="3693C054" w14:textId="77777777" w:rsidTr="001D73D8">
        <w:trPr>
          <w:cantSplit/>
          <w:trHeight w:val="296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D7FDBB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5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2DD069" w14:textId="41FE1EAC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5. 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>Сапатына мониторинг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A1586A" w14:textId="35FD1516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Мониторинг </w:t>
            </w:r>
            <w:r w:rsidR="00C43659" w:rsidRPr="00883D85">
              <w:rPr>
                <w:i/>
                <w:color w:val="666666"/>
                <w:sz w:val="13"/>
                <w:lang w:val="ky-KG"/>
              </w:rPr>
              <w:t>жана кабыл алуу</w:t>
            </w: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C98F2F" w14:textId="49FE5A52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Фотофиксация, техникалык көзөмөл, натыйжаны кабыл алуу</w:t>
            </w: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86CC27" w14:textId="4874B1B9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>кызмат</w:t>
            </w: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52B1FD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82E4C4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8F1355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E5A5CD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16A87B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4A25AB" w14:textId="178746BA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3"/>
                <w:lang w:val="ky-KG"/>
              </w:rPr>
              <w:t xml:space="preserve">Мониторингдин планы/эсептөө  </w:t>
            </w:r>
          </w:p>
        </w:tc>
      </w:tr>
      <w:tr w:rsidR="00F561B7" w:rsidRPr="00883D85" w14:paraId="7B78437E" w14:textId="77777777" w:rsidTr="001D73D8">
        <w:trPr>
          <w:cantSplit/>
          <w:trHeight w:val="164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461AA0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6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784A3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C4BF08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E16A93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C26CF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DBC262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BD0458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5C562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62A44A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45573D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30AD62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601E5B0D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C23022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7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BD6FD3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77EBEF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A31A73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3A7375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6C4CD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CD6958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4F0B24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6B4A6F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133C72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02BD21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24473B58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97E72E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8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8C80F0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3B5DFD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9194D7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07E575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FA7BD2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6CD140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A4534D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1C7CA6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E6D7AD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ECECDA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6B99C87B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BC51C5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9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99D240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23B95E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8B1600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D7E972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23A68A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B8B3BA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D3DE3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015A6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F6A4A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18203E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4C37DAA9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AD0E59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10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0C22F4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A5D470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D3B8D0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65BB3D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CCC510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B0CF9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192A27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72E086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1C6406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361107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6EDA953A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CC6A2E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11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121697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F97B50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FCB1CF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3E34E2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7F7E0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1351D4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36DFB8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318E67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30E938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700774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7F6E4F97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9BB2BA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12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246FB3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DDEF9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3DF563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FB95E7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B2AEEF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EDF5DF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FE26F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2A4326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5EEC15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93D564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357EB7D6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F05422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13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D874FE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0D098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33E818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5BCF50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2D0DC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772DDD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27608E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B02FA8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21147A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1B5AFE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3B6E8E7E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5F666E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14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E9740F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164516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65041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5B529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7CD323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BC9C7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CC4449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6470B9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4538A1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9A6702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77AF3B52" w14:textId="77777777" w:rsidTr="001D73D8">
        <w:trPr>
          <w:cantSplit/>
          <w:trHeight w:val="181"/>
          <w:jc w:val="center"/>
        </w:trPr>
        <w:tc>
          <w:tcPr>
            <w:tcW w:w="3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5D5EA7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3"/>
                <w:lang w:val="ky-KG"/>
              </w:rPr>
              <w:t>15</w:t>
            </w: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04EF34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4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59831F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3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07FEF3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59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CC7D14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65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E74913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EB2B74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0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EEDAE7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3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50C0F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1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08610E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7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804A4C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159CB302" w14:textId="77777777" w:rsidTr="001D73D8">
        <w:trPr>
          <w:cantSplit/>
          <w:trHeight w:val="181"/>
          <w:jc w:val="center"/>
        </w:trPr>
        <w:tc>
          <w:tcPr>
            <w:tcW w:w="379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83A06B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741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ADE471" w14:textId="58C4A06C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4"/>
                <w:lang w:val="ky-KG"/>
              </w:rPr>
              <w:t>бардыгы</w:t>
            </w:r>
          </w:p>
        </w:tc>
        <w:tc>
          <w:tcPr>
            <w:tcW w:w="1741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21860A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3320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1FEFF2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597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44E73D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652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67DE36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C4894C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088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D3ED9D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305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4FAB67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1196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6F6290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2721" w:type="dxa"/>
            <w:shd w:val="clear" w:color="auto" w:fill="EA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25077A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</w:tr>
    </w:tbl>
    <w:p w14:paraId="378C057B" w14:textId="6B9AED0C" w:rsidR="00F561B7" w:rsidRPr="00883D85" w:rsidRDefault="006A289D">
      <w:pPr>
        <w:spacing w:before="140" w:after="60"/>
        <w:rPr>
          <w:lang w:val="ky-KG"/>
        </w:rPr>
      </w:pPr>
      <w:r w:rsidRPr="00883D85">
        <w:rPr>
          <w:b/>
          <w:color w:val="1F4E79"/>
          <w:sz w:val="22"/>
          <w:lang w:val="ky-KG"/>
        </w:rPr>
        <w:t>4</w:t>
      </w:r>
      <w:r w:rsidR="00C43659" w:rsidRPr="00883D85">
        <w:rPr>
          <w:b/>
          <w:color w:val="1F4E79"/>
          <w:sz w:val="22"/>
          <w:lang w:val="ky-KG"/>
        </w:rPr>
        <w:t>-бөлүм</w:t>
      </w:r>
      <w:r w:rsidRPr="00883D85">
        <w:rPr>
          <w:b/>
          <w:color w:val="1F4E79"/>
          <w:sz w:val="22"/>
          <w:lang w:val="ky-KG"/>
        </w:rPr>
        <w:t xml:space="preserve">. </w:t>
      </w:r>
      <w:r w:rsidR="00C43659" w:rsidRPr="00883D85">
        <w:rPr>
          <w:b/>
          <w:color w:val="1F4E79"/>
          <w:sz w:val="22"/>
          <w:lang w:val="ky-KG"/>
        </w:rPr>
        <w:t xml:space="preserve">Тең каржылоо жана акчалай эмес салым  </w:t>
      </w:r>
    </w:p>
    <w:p w14:paraId="11BB0A8A" w14:textId="60864172" w:rsidR="00F561B7" w:rsidRPr="00883D85" w:rsidRDefault="00C43659">
      <w:pPr>
        <w:spacing w:after="80"/>
        <w:rPr>
          <w:lang w:val="ky-KG"/>
        </w:rPr>
      </w:pPr>
      <w:r w:rsidRPr="00883D85">
        <w:rPr>
          <w:lang w:val="ky-KG"/>
        </w:rPr>
        <w:t>Долбоорду ишке ашыруу менен түздөн-түз байланышкан салымды гана көрсөтүңүз. Акчалай эмес салымдын наркы реалдуу эсептелип, документтер менен ырасталууга тийиш</w:t>
      </w:r>
      <w:r w:rsidR="006A289D" w:rsidRPr="00883D85">
        <w:rPr>
          <w:lang w:val="ky-KG"/>
        </w:rPr>
        <w:t>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2268"/>
        <w:gridCol w:w="2268"/>
        <w:gridCol w:w="3969"/>
        <w:gridCol w:w="1417"/>
        <w:gridCol w:w="1701"/>
        <w:gridCol w:w="3402"/>
      </w:tblGrid>
      <w:tr w:rsidR="00F561B7" w:rsidRPr="00883D85" w14:paraId="03443A02" w14:textId="77777777">
        <w:trPr>
          <w:tblHeader/>
          <w:jc w:val="center"/>
        </w:trPr>
        <w:tc>
          <w:tcPr>
            <w:tcW w:w="45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901537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5"/>
                <w:lang w:val="ky-KG"/>
              </w:rPr>
              <w:t>№</w:t>
            </w:r>
          </w:p>
        </w:tc>
        <w:tc>
          <w:tcPr>
            <w:tcW w:w="226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8ACAF3" w14:textId="4903BF76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5"/>
                <w:lang w:val="ky-KG"/>
              </w:rPr>
              <w:t>Салымдын түрү</w:t>
            </w:r>
          </w:p>
        </w:tc>
        <w:tc>
          <w:tcPr>
            <w:tcW w:w="226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98C2AB" w14:textId="5D248C83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5"/>
                <w:lang w:val="ky-KG"/>
              </w:rPr>
              <w:t>Ким текшерет</w:t>
            </w:r>
          </w:p>
        </w:tc>
        <w:tc>
          <w:tcPr>
            <w:tcW w:w="3969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70CD4C" w14:textId="204B8208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5"/>
                <w:lang w:val="ky-KG"/>
              </w:rPr>
              <w:t xml:space="preserve">Сүрөттөмөсү жана иш-чара менен байланышы  </w:t>
            </w:r>
          </w:p>
        </w:tc>
        <w:tc>
          <w:tcPr>
            <w:tcW w:w="14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80B8C5" w14:textId="6B37DBDB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5"/>
                <w:lang w:val="ky-KG"/>
              </w:rPr>
              <w:t xml:space="preserve">Мезгили </w:t>
            </w:r>
          </w:p>
        </w:tc>
        <w:tc>
          <w:tcPr>
            <w:tcW w:w="170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3D4771" w14:textId="33AFD7EA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5"/>
                <w:lang w:val="ky-KG"/>
              </w:rPr>
              <w:t xml:space="preserve">Баалоочу наркы </w:t>
            </w:r>
            <w:r w:rsidR="006A289D" w:rsidRPr="00883D85">
              <w:rPr>
                <w:b/>
                <w:sz w:val="15"/>
                <w:lang w:val="ky-KG"/>
              </w:rPr>
              <w:t xml:space="preserve"> (USD)</w:t>
            </w:r>
          </w:p>
        </w:tc>
        <w:tc>
          <w:tcPr>
            <w:tcW w:w="3402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EA86DB" w14:textId="680BBDF4" w:rsidR="00F561B7" w:rsidRPr="00883D85" w:rsidRDefault="00C43659">
            <w:pPr>
              <w:jc w:val="center"/>
              <w:rPr>
                <w:lang w:val="ky-KG"/>
              </w:rPr>
            </w:pPr>
            <w:r w:rsidRPr="00883D85">
              <w:rPr>
                <w:b/>
                <w:sz w:val="15"/>
                <w:lang w:val="ky-KG"/>
              </w:rPr>
              <w:t xml:space="preserve">Ырастоочу </w:t>
            </w:r>
            <w:r w:rsidR="006A289D" w:rsidRPr="00883D85">
              <w:rPr>
                <w:b/>
                <w:sz w:val="15"/>
                <w:lang w:val="ky-KG"/>
              </w:rPr>
              <w:t>документ</w:t>
            </w:r>
          </w:p>
        </w:tc>
      </w:tr>
      <w:tr w:rsidR="00F561B7" w:rsidRPr="00883D85" w14:paraId="50ED2F35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7205E9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>1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59BBC7" w14:textId="4AFDC651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>Эмгек салымы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857CB6" w14:textId="61BED455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>Өтүнмө берүүчү</w:t>
            </w: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0E2D87" w14:textId="57FD7EFC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>Долбоорду координациялоо, мониторинг, колдонуучулар менен иштөө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F584F5" w14:textId="314E9C9F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highlight w:val="yellow"/>
                <w:lang w:val="ky-KG"/>
              </w:rPr>
              <w:t>М1-М</w:t>
            </w:r>
            <w:r w:rsidR="001D73D8" w:rsidRPr="00883D85">
              <w:rPr>
                <w:i/>
                <w:color w:val="666666"/>
                <w:sz w:val="14"/>
                <w:highlight w:val="yellow"/>
                <w:lang w:val="ky-KG"/>
              </w:rPr>
              <w:t>9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FAA0F1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FD13CB" w14:textId="76EA5914" w:rsidR="00F561B7" w:rsidRPr="00883D85" w:rsidRDefault="00C43659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>Өтүнмө ээсинин каты</w:t>
            </w:r>
            <w:r w:rsidR="006A289D" w:rsidRPr="00883D85">
              <w:rPr>
                <w:i/>
                <w:color w:val="666666"/>
                <w:sz w:val="14"/>
                <w:lang w:val="ky-KG"/>
              </w:rPr>
              <w:t xml:space="preserve"> / </w:t>
            </w:r>
            <w:r w:rsidRPr="00883D85">
              <w:rPr>
                <w:i/>
                <w:color w:val="666666"/>
                <w:sz w:val="14"/>
                <w:lang w:val="ky-KG"/>
              </w:rPr>
              <w:t>эсептөө</w:t>
            </w:r>
          </w:p>
        </w:tc>
      </w:tr>
      <w:tr w:rsidR="00F561B7" w:rsidRPr="00883D85" w14:paraId="648AD3FB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38E3A3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lastRenderedPageBreak/>
              <w:t>2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81C6D2" w14:textId="309DAB33" w:rsidR="00F561B7" w:rsidRPr="00883D85" w:rsidRDefault="006A289D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>Материал</w:t>
            </w:r>
            <w:r w:rsidR="00CC47F1" w:rsidRPr="00883D85">
              <w:rPr>
                <w:i/>
                <w:color w:val="666666"/>
                <w:sz w:val="14"/>
                <w:lang w:val="ky-KG"/>
              </w:rPr>
              <w:t>дар</w:t>
            </w:r>
            <w:r w:rsidRPr="00883D85">
              <w:rPr>
                <w:i/>
                <w:color w:val="666666"/>
                <w:sz w:val="14"/>
                <w:lang w:val="ky-KG"/>
              </w:rPr>
              <w:t xml:space="preserve"> / техника / </w:t>
            </w:r>
            <w:r w:rsidR="00CC47F1" w:rsidRPr="00883D85">
              <w:rPr>
                <w:i/>
                <w:color w:val="666666"/>
                <w:sz w:val="14"/>
                <w:lang w:val="ky-KG"/>
              </w:rPr>
              <w:t>жайлар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B541A0" w14:textId="267C1CB0" w:rsidR="00F561B7" w:rsidRPr="00883D85" w:rsidRDefault="00CC47F1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>Өнөктөш</w:t>
            </w:r>
            <w:r w:rsidR="006A289D" w:rsidRPr="00883D85">
              <w:rPr>
                <w:i/>
                <w:color w:val="666666"/>
                <w:sz w:val="14"/>
                <w:lang w:val="ky-KG"/>
              </w:rPr>
              <w:t xml:space="preserve"> / балан</w:t>
            </w:r>
            <w:r w:rsidRPr="00883D85">
              <w:rPr>
                <w:i/>
                <w:color w:val="666666"/>
                <w:sz w:val="14"/>
                <w:lang w:val="ky-KG"/>
              </w:rPr>
              <w:t xml:space="preserve">сында кармоочу  </w:t>
            </w: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A38112" w14:textId="68CC2552" w:rsidR="00F561B7" w:rsidRPr="00883D85" w:rsidRDefault="00CC47F1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 xml:space="preserve">Жумуштарды аткаруу үчүн ресурстарды берүү  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9B89BF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>М__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00481E" w14:textId="77777777" w:rsidR="00F561B7" w:rsidRPr="00883D85" w:rsidRDefault="00F561B7">
            <w:pPr>
              <w:jc w:val="center"/>
              <w:rPr>
                <w:lang w:val="ky-KG"/>
              </w:rPr>
            </w:pP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DB77AC" w14:textId="32DA1FE1" w:rsidR="00F561B7" w:rsidRPr="00883D85" w:rsidRDefault="00CC47F1">
            <w:pPr>
              <w:rPr>
                <w:lang w:val="ky-KG"/>
              </w:rPr>
            </w:pPr>
            <w:r w:rsidRPr="00883D85">
              <w:rPr>
                <w:i/>
                <w:color w:val="666666"/>
                <w:sz w:val="14"/>
                <w:lang w:val="ky-KG"/>
              </w:rPr>
              <w:t>Колдоо каты</w:t>
            </w:r>
            <w:r w:rsidR="006A289D" w:rsidRPr="00883D85">
              <w:rPr>
                <w:i/>
                <w:color w:val="666666"/>
                <w:sz w:val="14"/>
                <w:lang w:val="ky-KG"/>
              </w:rPr>
              <w:t xml:space="preserve"> / акт</w:t>
            </w:r>
          </w:p>
        </w:tc>
      </w:tr>
      <w:tr w:rsidR="00F561B7" w:rsidRPr="00883D85" w14:paraId="4BB7C370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F31D80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4"/>
                <w:lang w:val="ky-KG"/>
              </w:rPr>
              <w:t>3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BF7EC1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6EA85A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3D504C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3E5803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C35437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8295C0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7FA51671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D16D9C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4"/>
                <w:lang w:val="ky-KG"/>
              </w:rPr>
              <w:t>4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66F646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02DE42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154325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BDD2F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53E0A4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DDDE46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0AFAA41C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5AE648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4"/>
                <w:lang w:val="ky-KG"/>
              </w:rPr>
              <w:t>5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415476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5219E6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B836AB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15F4BE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5B06D2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21926A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0E650BF1" w14:textId="77777777">
        <w:trPr>
          <w:jc w:val="center"/>
        </w:trPr>
        <w:tc>
          <w:tcPr>
            <w:tcW w:w="45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76711B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sz w:val="14"/>
                <w:lang w:val="ky-KG"/>
              </w:rPr>
              <w:t>6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DDF5B7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2876AD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5D94CD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226106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F11A64" w14:textId="77777777" w:rsidR="00F561B7" w:rsidRPr="00883D85" w:rsidRDefault="00F561B7">
            <w:pPr>
              <w:rPr>
                <w:lang w:val="ky-KG"/>
              </w:rPr>
            </w:pP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8E47CC" w14:textId="77777777" w:rsidR="00F561B7" w:rsidRPr="00883D85" w:rsidRDefault="00F561B7">
            <w:pPr>
              <w:rPr>
                <w:lang w:val="ky-KG"/>
              </w:rPr>
            </w:pPr>
          </w:p>
        </w:tc>
      </w:tr>
    </w:tbl>
    <w:p w14:paraId="5587E42E" w14:textId="7A4D2611" w:rsidR="00F561B7" w:rsidRPr="00883D85" w:rsidRDefault="006A289D">
      <w:pPr>
        <w:spacing w:before="140" w:after="60"/>
        <w:rPr>
          <w:lang w:val="ky-KG"/>
        </w:rPr>
      </w:pPr>
      <w:r w:rsidRPr="00883D85">
        <w:rPr>
          <w:b/>
          <w:color w:val="1F4E79"/>
          <w:sz w:val="22"/>
          <w:lang w:val="ky-KG"/>
        </w:rPr>
        <w:t>5</w:t>
      </w:r>
      <w:r w:rsidR="00CC47F1" w:rsidRPr="00883D85">
        <w:rPr>
          <w:b/>
          <w:color w:val="1F4E79"/>
          <w:sz w:val="22"/>
          <w:lang w:val="ky-KG"/>
        </w:rPr>
        <w:t>-бөлүм</w:t>
      </w:r>
      <w:r w:rsidRPr="00883D85">
        <w:rPr>
          <w:b/>
          <w:color w:val="1F4E79"/>
          <w:sz w:val="22"/>
          <w:lang w:val="ky-KG"/>
        </w:rPr>
        <w:t xml:space="preserve">. </w:t>
      </w:r>
      <w:r w:rsidR="00CC47F1" w:rsidRPr="00883D85">
        <w:rPr>
          <w:b/>
          <w:color w:val="1F4E79"/>
          <w:sz w:val="22"/>
          <w:lang w:val="ky-KG"/>
        </w:rPr>
        <w:t xml:space="preserve">Лимиттерди жана ылайык келүүсүн контролдоо  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4"/>
        <w:gridCol w:w="1984"/>
        <w:gridCol w:w="6804"/>
      </w:tblGrid>
      <w:tr w:rsidR="00F561B7" w:rsidRPr="00883D85" w14:paraId="3C4A43BF" w14:textId="77777777">
        <w:trPr>
          <w:jc w:val="center"/>
        </w:trPr>
        <w:tc>
          <w:tcPr>
            <w:tcW w:w="680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49AB6D" w14:textId="7A3127F6" w:rsidR="00F561B7" w:rsidRPr="00883D85" w:rsidRDefault="00CC47F1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 xml:space="preserve">Текшерүү </w:t>
            </w:r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4251F4" w14:textId="672D1CEC" w:rsidR="00F561B7" w:rsidRPr="00883D85" w:rsidRDefault="00CC47F1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 xml:space="preserve">Ооба </w:t>
            </w:r>
            <w:r w:rsidR="006A289D" w:rsidRPr="00883D85">
              <w:rPr>
                <w:b/>
                <w:lang w:val="ky-KG"/>
              </w:rPr>
              <w:t xml:space="preserve">/ </w:t>
            </w:r>
            <w:r w:rsidRPr="00883D85">
              <w:rPr>
                <w:b/>
                <w:lang w:val="ky-KG"/>
              </w:rPr>
              <w:t>Жок</w:t>
            </w:r>
          </w:p>
        </w:tc>
        <w:tc>
          <w:tcPr>
            <w:tcW w:w="680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4F0A48" w14:textId="6F1A3FF3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>Комментарий</w:t>
            </w:r>
            <w:r w:rsidR="00CC47F1" w:rsidRPr="00883D85">
              <w:rPr>
                <w:b/>
                <w:lang w:val="ky-KG"/>
              </w:rPr>
              <w:t>лер</w:t>
            </w:r>
          </w:p>
        </w:tc>
      </w:tr>
      <w:tr w:rsidR="00F561B7" w:rsidRPr="00883D85" w14:paraId="1BA7CFD0" w14:textId="77777777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15DD31" w14:textId="012D015C" w:rsidR="00F561B7" w:rsidRPr="00883D85" w:rsidRDefault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Бюджеттин бардык беренелери календардык пландын иш-чаралары менен байланышкан (3-тиркеме)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D35C5E" w14:textId="00506E4C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 xml:space="preserve">☐ </w:t>
            </w:r>
            <w:r w:rsidR="00CC47F1" w:rsidRPr="00883D85">
              <w:rPr>
                <w:lang w:val="ky-KG"/>
              </w:rPr>
              <w:t xml:space="preserve">Ооба </w:t>
            </w:r>
            <w:r w:rsidRPr="00883D85">
              <w:rPr>
                <w:lang w:val="ky-KG"/>
              </w:rPr>
              <w:t xml:space="preserve"> ☐ </w:t>
            </w:r>
            <w:r w:rsidR="00CC47F1" w:rsidRPr="00883D85">
              <w:rPr>
                <w:lang w:val="ky-KG"/>
              </w:rPr>
              <w:t>жок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8B6B7F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5F9403DC" w14:textId="77777777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DC2EE4" w14:textId="052B65EB" w:rsidR="00F561B7" w:rsidRPr="00883D85" w:rsidRDefault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Бардык чыгымдар түздөн-түз долбоордун максатына жана техникалык чечимге байланыштуу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FF8985" w14:textId="48F9749B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 xml:space="preserve">☐ </w:t>
            </w:r>
            <w:r w:rsidR="00CC47F1" w:rsidRPr="00883D85">
              <w:rPr>
                <w:lang w:val="ky-KG"/>
              </w:rPr>
              <w:t>Ооба</w:t>
            </w:r>
            <w:r w:rsidRPr="00883D85">
              <w:rPr>
                <w:lang w:val="ky-KG"/>
              </w:rPr>
              <w:t xml:space="preserve"> ☐ </w:t>
            </w:r>
            <w:r w:rsidR="00CC47F1" w:rsidRPr="00883D85">
              <w:rPr>
                <w:lang w:val="ky-KG"/>
              </w:rPr>
              <w:t>Жок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4B58A2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9554DF" w14:paraId="1221CDA0" w14:textId="77777777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64F3ED" w14:textId="42C50AD0" w:rsidR="00F561B7" w:rsidRPr="00883D85" w:rsidRDefault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Административдик чыгымдар гранттын суралган суммасынын 10% ашпоого тийиш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EE9F3E" w14:textId="6F0886AA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 xml:space="preserve">☐ </w:t>
            </w:r>
            <w:r w:rsidR="00CC47F1" w:rsidRPr="00883D85">
              <w:rPr>
                <w:lang w:val="ky-KG"/>
              </w:rPr>
              <w:t>Ооба</w:t>
            </w:r>
            <w:r w:rsidRPr="00883D85">
              <w:rPr>
                <w:lang w:val="ky-KG"/>
              </w:rPr>
              <w:t xml:space="preserve"> ☐ </w:t>
            </w:r>
            <w:r w:rsidR="00CC47F1" w:rsidRPr="00883D85">
              <w:rPr>
                <w:lang w:val="ky-KG"/>
              </w:rPr>
              <w:t>Жок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5FE6AF" w14:textId="4BC1B526" w:rsidR="00F561B7" w:rsidRPr="00883D85" w:rsidRDefault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Административдик чыгымдардын суммасын көрсөтүү</w:t>
            </w:r>
            <w:r w:rsidR="006A289D" w:rsidRPr="00883D85">
              <w:rPr>
                <w:lang w:val="ky-KG"/>
              </w:rPr>
              <w:t>: ______ USD</w:t>
            </w:r>
          </w:p>
        </w:tc>
      </w:tr>
      <w:tr w:rsidR="00F561B7" w:rsidRPr="009554DF" w14:paraId="11F76826" w14:textId="77777777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DA24F4" w14:textId="6523F345" w:rsidR="00F561B7" w:rsidRPr="00883D85" w:rsidRDefault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Эгерде бул талап Конкурстун жетекчилиги тарабынан белгиленсе, тең каржылоо гранттын суралган суммасынан 20% дан кем эмес болот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C87677" w14:textId="1FEDBA5E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 xml:space="preserve">☐ </w:t>
            </w:r>
            <w:r w:rsidR="00CC47F1" w:rsidRPr="00883D85">
              <w:rPr>
                <w:lang w:val="ky-KG"/>
              </w:rPr>
              <w:t>Ооба</w:t>
            </w:r>
            <w:r w:rsidRPr="00883D85">
              <w:rPr>
                <w:lang w:val="ky-KG"/>
              </w:rPr>
              <w:t xml:space="preserve"> ☐ </w:t>
            </w:r>
            <w:r w:rsidR="00CC47F1" w:rsidRPr="00883D85">
              <w:rPr>
                <w:lang w:val="ky-KG"/>
              </w:rPr>
              <w:t>Жок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757433" w14:textId="265A9830" w:rsidR="00F561B7" w:rsidRPr="00883D85" w:rsidRDefault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Сумманы жана пайызын көрсөтүү</w:t>
            </w:r>
            <w:r w:rsidR="006A289D" w:rsidRPr="00883D85">
              <w:rPr>
                <w:lang w:val="ky-KG"/>
              </w:rPr>
              <w:t>: ______ USD / ____ %</w:t>
            </w:r>
          </w:p>
        </w:tc>
      </w:tr>
      <w:tr w:rsidR="00F561B7" w:rsidRPr="00883D85" w14:paraId="399D1003" w14:textId="77777777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63464E" w14:textId="620E6EF3" w:rsidR="00F561B7" w:rsidRPr="00883D85" w:rsidRDefault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Жабдуулар, материалдар жана кызмат көрсөтүүлөр үчүн прай</w:t>
            </w:r>
            <w:r w:rsidR="00883D85">
              <w:rPr>
                <w:lang w:val="ky-KG"/>
              </w:rPr>
              <w:t>с</w:t>
            </w:r>
            <w:r w:rsidRPr="00883D85">
              <w:rPr>
                <w:lang w:val="ky-KG"/>
              </w:rPr>
              <w:t>-баракчалар, сметалар же баасынын башка ырастамалары тиркелет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8D1523" w14:textId="60E4E9A8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 xml:space="preserve">☐ </w:t>
            </w:r>
            <w:r w:rsidR="00CC47F1" w:rsidRPr="00883D85">
              <w:rPr>
                <w:lang w:val="ky-KG"/>
              </w:rPr>
              <w:t>Ооба</w:t>
            </w:r>
            <w:r w:rsidRPr="00883D85">
              <w:rPr>
                <w:lang w:val="ky-KG"/>
              </w:rPr>
              <w:t xml:space="preserve"> ☐ </w:t>
            </w:r>
            <w:r w:rsidR="00CC47F1" w:rsidRPr="00883D85">
              <w:rPr>
                <w:lang w:val="ky-KG"/>
              </w:rPr>
              <w:t>Жок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70A5FF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373DCEE3" w14:textId="77777777">
        <w:trPr>
          <w:jc w:val="center"/>
        </w:trPr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7C1DE7" w14:textId="6F535C25" w:rsidR="00F561B7" w:rsidRPr="00883D85" w:rsidRDefault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 xml:space="preserve">Бюджет Конкурстун колдонмосунда көрсөтүлгөн жол берилбеген чыгымдарды кошпойт  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940675" w14:textId="2C0872C1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 xml:space="preserve">☐ </w:t>
            </w:r>
            <w:r w:rsidR="00CC47F1" w:rsidRPr="00883D85">
              <w:rPr>
                <w:lang w:val="ky-KG"/>
              </w:rPr>
              <w:t>Ооба</w:t>
            </w:r>
            <w:r w:rsidRPr="00883D85">
              <w:rPr>
                <w:lang w:val="ky-KG"/>
              </w:rPr>
              <w:t xml:space="preserve"> ☐ </w:t>
            </w:r>
            <w:r w:rsidR="00CC47F1" w:rsidRPr="00883D85">
              <w:rPr>
                <w:lang w:val="ky-KG"/>
              </w:rPr>
              <w:t>Жок</w:t>
            </w:r>
          </w:p>
        </w:tc>
        <w:tc>
          <w:tcPr>
            <w:tcW w:w="68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C85A53" w14:textId="77777777" w:rsidR="00F561B7" w:rsidRPr="00883D85" w:rsidRDefault="00F561B7">
            <w:pPr>
              <w:rPr>
                <w:lang w:val="ky-KG"/>
              </w:rPr>
            </w:pPr>
          </w:p>
        </w:tc>
      </w:tr>
    </w:tbl>
    <w:p w14:paraId="59369ECC" w14:textId="71BC9298" w:rsidR="00F561B7" w:rsidRPr="00883D85" w:rsidRDefault="00CC47F1">
      <w:pPr>
        <w:spacing w:before="140" w:after="60"/>
        <w:rPr>
          <w:lang w:val="ky-KG"/>
        </w:rPr>
      </w:pPr>
      <w:r w:rsidRPr="00883D85">
        <w:rPr>
          <w:b/>
          <w:color w:val="1F4E79"/>
          <w:sz w:val="22"/>
          <w:lang w:val="ky-KG"/>
        </w:rPr>
        <w:t xml:space="preserve"> </w:t>
      </w:r>
      <w:r w:rsidR="006A289D" w:rsidRPr="00883D85">
        <w:rPr>
          <w:b/>
          <w:color w:val="1F4E79"/>
          <w:sz w:val="22"/>
          <w:lang w:val="ky-KG"/>
        </w:rPr>
        <w:t>6</w:t>
      </w:r>
      <w:r w:rsidRPr="00883D85">
        <w:rPr>
          <w:b/>
          <w:color w:val="1F4E79"/>
          <w:sz w:val="22"/>
          <w:lang w:val="ky-KG"/>
        </w:rPr>
        <w:t>-бөлүм</w:t>
      </w:r>
      <w:r w:rsidR="006A289D" w:rsidRPr="00883D85">
        <w:rPr>
          <w:b/>
          <w:color w:val="1F4E79"/>
          <w:sz w:val="22"/>
          <w:lang w:val="ky-KG"/>
        </w:rPr>
        <w:t xml:space="preserve">. </w:t>
      </w:r>
      <w:r w:rsidRPr="00883D85">
        <w:rPr>
          <w:b/>
          <w:color w:val="1F4E79"/>
          <w:sz w:val="22"/>
          <w:lang w:val="ky-KG"/>
        </w:rPr>
        <w:t xml:space="preserve">Бюджетке ырастоочу документтер  </w:t>
      </w:r>
    </w:p>
    <w:tbl>
      <w:tblPr>
        <w:tblStyle w:val="aff0"/>
        <w:tblW w:w="15592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2474"/>
        <w:gridCol w:w="2608"/>
      </w:tblGrid>
      <w:tr w:rsidR="00F561B7" w:rsidRPr="00883D85" w14:paraId="0AF7717B" w14:textId="77777777" w:rsidTr="00CC47F1">
        <w:trPr>
          <w:jc w:val="center"/>
        </w:trPr>
        <w:tc>
          <w:tcPr>
            <w:tcW w:w="51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76EB20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>№</w:t>
            </w:r>
          </w:p>
        </w:tc>
        <w:tc>
          <w:tcPr>
            <w:tcW w:w="1247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26FD7F" w14:textId="77777777" w:rsidR="00F561B7" w:rsidRPr="00883D85" w:rsidRDefault="006A289D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>Документ</w:t>
            </w:r>
          </w:p>
        </w:tc>
        <w:tc>
          <w:tcPr>
            <w:tcW w:w="260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D7C6EE" w14:textId="3B684216" w:rsidR="00F561B7" w:rsidRPr="00883D85" w:rsidRDefault="00CC47F1">
            <w:pPr>
              <w:jc w:val="center"/>
              <w:rPr>
                <w:lang w:val="ky-KG"/>
              </w:rPr>
            </w:pPr>
            <w:r w:rsidRPr="00883D85">
              <w:rPr>
                <w:b/>
                <w:lang w:val="ky-KG"/>
              </w:rPr>
              <w:t xml:space="preserve">Тиркеме </w:t>
            </w:r>
          </w:p>
        </w:tc>
      </w:tr>
      <w:tr w:rsidR="00CC47F1" w:rsidRPr="00883D85" w14:paraId="028C5982" w14:textId="77777777" w:rsidTr="00CC47F1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C92711" w14:textId="77777777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1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EC9789" w14:textId="3BDFCD88" w:rsidR="00CC47F1" w:rsidRPr="00883D85" w:rsidRDefault="00CC47F1" w:rsidP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Алдын ала смета / BoQ / жумуштардын көлөмүнүн ведомосту, колдонулса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B7E2CE1" w14:textId="44F255D7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Ооба </w:t>
            </w: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Жок</w:t>
            </w:r>
          </w:p>
        </w:tc>
      </w:tr>
      <w:tr w:rsidR="00CC47F1" w:rsidRPr="00883D85" w14:paraId="2354375F" w14:textId="77777777" w:rsidTr="00CC47F1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527251" w14:textId="77777777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2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F88012" w14:textId="3B7413E0" w:rsidR="00CC47F1" w:rsidRPr="00883D85" w:rsidRDefault="00CC47F1" w:rsidP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Жабдуулар, материалдар жана кызматтар үчүн прайс-баракчалар же сатуу сунуштары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55F992" w14:textId="209D8547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Ооба </w:t>
            </w: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Жок</w:t>
            </w:r>
          </w:p>
        </w:tc>
      </w:tr>
      <w:tr w:rsidR="00CC47F1" w:rsidRPr="00883D85" w14:paraId="72C9ED3B" w14:textId="77777777" w:rsidTr="00CC47F1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DD0F7A" w14:textId="77777777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3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A79E99" w14:textId="4A19712E" w:rsidR="00CC47F1" w:rsidRPr="00883D85" w:rsidRDefault="00CC47F1" w:rsidP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 xml:space="preserve">Адистердин жумуштарынын жана кызматтарынын эсептөөлөрү  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7C4759" w14:textId="0F764169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Ооба </w:t>
            </w: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Жок</w:t>
            </w:r>
          </w:p>
        </w:tc>
      </w:tr>
      <w:tr w:rsidR="00CC47F1" w:rsidRPr="00883D85" w14:paraId="65EC96FC" w14:textId="77777777" w:rsidTr="00CC47F1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9EF0B6" w14:textId="77777777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4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854EC2" w14:textId="7AEA8E02" w:rsidR="00CC47F1" w:rsidRPr="00883D85" w:rsidRDefault="00CC47F1" w:rsidP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Тең каржылоону же акчалай эмес салымды ырастоочу документтер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2B3DC0" w14:textId="1BE6172A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Ооба </w:t>
            </w: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Жок</w:t>
            </w:r>
          </w:p>
        </w:tc>
      </w:tr>
      <w:tr w:rsidR="00CC47F1" w:rsidRPr="00883D85" w14:paraId="7DCBE4B2" w14:textId="77777777" w:rsidTr="00CC47F1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693024" w14:textId="77777777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5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68B2D1" w14:textId="64E140B5" w:rsidR="00CC47F1" w:rsidRPr="00883D85" w:rsidRDefault="00883D85" w:rsidP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Өнөктөштөн же объектти балансында кармоочудан колдоо каты / макулдашуу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A0B852" w14:textId="329A10A4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Ооба </w:t>
            </w: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Жок</w:t>
            </w:r>
          </w:p>
        </w:tc>
      </w:tr>
      <w:tr w:rsidR="00CC47F1" w:rsidRPr="00883D85" w14:paraId="5679153A" w14:textId="77777777" w:rsidTr="00CC47F1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1188BD" w14:textId="77777777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6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B768BE" w14:textId="3CAB1CEE" w:rsidR="00CC47F1" w:rsidRPr="00883D85" w:rsidRDefault="00883D85" w:rsidP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Эгерде жабдууларды сатып алуу каралган болсо, жабдуулардын техникалык мүнөздөмөлөрү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3A0FB3" w14:textId="6EFA7FEB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Ооба </w:t>
            </w: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Жок</w:t>
            </w:r>
          </w:p>
        </w:tc>
      </w:tr>
      <w:tr w:rsidR="00CC47F1" w:rsidRPr="00883D85" w14:paraId="02950E6B" w14:textId="77777777" w:rsidTr="00CC47F1">
        <w:trPr>
          <w:jc w:val="center"/>
        </w:trPr>
        <w:tc>
          <w:tcPr>
            <w:tcW w:w="5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302BAE" w14:textId="77777777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lang w:val="ky-KG"/>
              </w:rPr>
              <w:t>7</w:t>
            </w:r>
          </w:p>
        </w:tc>
        <w:tc>
          <w:tcPr>
            <w:tcW w:w="12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08BBB5" w14:textId="285F8CAC" w:rsidR="00CC47F1" w:rsidRPr="00883D85" w:rsidRDefault="00883D85" w:rsidP="00CC47F1">
            <w:pPr>
              <w:rPr>
                <w:lang w:val="ky-KG"/>
              </w:rPr>
            </w:pPr>
            <w:r w:rsidRPr="00883D85">
              <w:rPr>
                <w:lang w:val="ky-KG"/>
              </w:rPr>
              <w:t>Бюджеттин реалдуулугун тастыктаган башка документтер</w:t>
            </w:r>
          </w:p>
        </w:tc>
        <w:tc>
          <w:tcPr>
            <w:tcW w:w="260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15CE37" w14:textId="7724CC70" w:rsidR="00CC47F1" w:rsidRPr="00883D85" w:rsidRDefault="00CC47F1" w:rsidP="00CC47F1">
            <w:pPr>
              <w:jc w:val="center"/>
              <w:rPr>
                <w:lang w:val="ky-KG"/>
              </w:rPr>
            </w:pP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Ооба </w:t>
            </w:r>
            <w:r w:rsidRPr="00883D85">
              <w:rPr>
                <w:rFonts w:ascii="Segoe UI Symbol" w:hAnsi="Segoe UI Symbol" w:cs="Segoe UI Symbol"/>
                <w:lang w:val="ky-KG"/>
              </w:rPr>
              <w:t>☐</w:t>
            </w:r>
            <w:r w:rsidRPr="00883D85">
              <w:rPr>
                <w:lang w:val="ky-KG"/>
              </w:rPr>
              <w:t xml:space="preserve"> Жок</w:t>
            </w:r>
          </w:p>
        </w:tc>
      </w:tr>
    </w:tbl>
    <w:p w14:paraId="2B56CADB" w14:textId="3BCE2E8B" w:rsidR="00F561B7" w:rsidRPr="00883D85" w:rsidRDefault="006A289D">
      <w:pPr>
        <w:spacing w:before="140" w:after="60"/>
        <w:rPr>
          <w:lang w:val="ky-KG"/>
        </w:rPr>
      </w:pPr>
      <w:r w:rsidRPr="00883D85">
        <w:rPr>
          <w:b/>
          <w:color w:val="1F4E79"/>
          <w:sz w:val="22"/>
          <w:lang w:val="ky-KG"/>
        </w:rPr>
        <w:t>7</w:t>
      </w:r>
      <w:r w:rsidR="00883D85" w:rsidRPr="00883D85">
        <w:rPr>
          <w:b/>
          <w:color w:val="1F4E79"/>
          <w:sz w:val="22"/>
          <w:lang w:val="ky-KG"/>
        </w:rPr>
        <w:t>-бөлүм</w:t>
      </w:r>
      <w:r w:rsidRPr="00883D85">
        <w:rPr>
          <w:b/>
          <w:color w:val="1F4E79"/>
          <w:sz w:val="22"/>
          <w:lang w:val="ky-KG"/>
        </w:rPr>
        <w:t xml:space="preserve">. </w:t>
      </w:r>
      <w:r w:rsidR="00883D85" w:rsidRPr="00883D85">
        <w:rPr>
          <w:b/>
          <w:color w:val="1F4E79"/>
          <w:sz w:val="22"/>
          <w:lang w:val="ky-KG"/>
        </w:rPr>
        <w:t xml:space="preserve">Өтүнмө берүүчүнүн ырастамасы  </w:t>
      </w:r>
    </w:p>
    <w:p w14:paraId="3BB0FEF0" w14:textId="3AA7C5D6" w:rsidR="00F561B7" w:rsidRPr="00883D85" w:rsidRDefault="00883D85">
      <w:pPr>
        <w:spacing w:after="80"/>
        <w:rPr>
          <w:lang w:val="ky-KG"/>
        </w:rPr>
      </w:pPr>
      <w:r w:rsidRPr="00883D85">
        <w:rPr>
          <w:lang w:val="ky-KG"/>
        </w:rPr>
        <w:t>Долбоордун бюджети негиздүү, реалдуу болуп саналат жана Өтүнмөнүн формасына (2-тиркеме), Календардык планга (3-тиркеме), техникалык чечимге жана Конкурстун жетекчилигинин талаптарына ылайык келет деп ырастайм</w:t>
      </w:r>
      <w:r w:rsidR="006A289D" w:rsidRPr="00883D85">
        <w:rPr>
          <w:lang w:val="ky-KG"/>
        </w:rPr>
        <w:t>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11340"/>
      </w:tblGrid>
      <w:tr w:rsidR="00F561B7" w:rsidRPr="00883D85" w14:paraId="6814B3E4" w14:textId="77777777">
        <w:trPr>
          <w:jc w:val="center"/>
        </w:trPr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3123B1" w14:textId="2BDEEB55" w:rsidR="00F561B7" w:rsidRPr="00883D85" w:rsidRDefault="00883D85">
            <w:pPr>
              <w:rPr>
                <w:lang w:val="ky-KG"/>
              </w:rPr>
            </w:pPr>
            <w:r w:rsidRPr="00883D85">
              <w:rPr>
                <w:b/>
                <w:sz w:val="17"/>
                <w:lang w:val="ky-KG"/>
              </w:rPr>
              <w:t>Жоопту жактын ФАА</w:t>
            </w:r>
          </w:p>
        </w:tc>
        <w:tc>
          <w:tcPr>
            <w:tcW w:w="113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33035C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20FB95AD" w14:textId="77777777">
        <w:trPr>
          <w:jc w:val="center"/>
        </w:trPr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461900" w14:textId="04BFCE10" w:rsidR="00F561B7" w:rsidRPr="00883D85" w:rsidRDefault="00883D85">
            <w:pPr>
              <w:rPr>
                <w:lang w:val="ky-KG"/>
              </w:rPr>
            </w:pPr>
            <w:r w:rsidRPr="00883D85">
              <w:rPr>
                <w:b/>
                <w:sz w:val="17"/>
                <w:lang w:val="ky-KG"/>
              </w:rPr>
              <w:lastRenderedPageBreak/>
              <w:t>Кызматы</w:t>
            </w:r>
          </w:p>
        </w:tc>
        <w:tc>
          <w:tcPr>
            <w:tcW w:w="113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3A19C7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781ADBBB" w14:textId="77777777">
        <w:trPr>
          <w:jc w:val="center"/>
        </w:trPr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A9D208" w14:textId="6C0BEB73" w:rsidR="00F561B7" w:rsidRPr="00883D85" w:rsidRDefault="00883D85">
            <w:pPr>
              <w:rPr>
                <w:lang w:val="ky-KG"/>
              </w:rPr>
            </w:pPr>
            <w:r w:rsidRPr="00883D85">
              <w:rPr>
                <w:b/>
                <w:sz w:val="17"/>
                <w:lang w:val="ky-KG"/>
              </w:rPr>
              <w:t xml:space="preserve">Колу </w:t>
            </w:r>
          </w:p>
        </w:tc>
        <w:tc>
          <w:tcPr>
            <w:tcW w:w="113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EB61FD" w14:textId="77777777" w:rsidR="00F561B7" w:rsidRPr="00883D85" w:rsidRDefault="00F561B7">
            <w:pPr>
              <w:rPr>
                <w:lang w:val="ky-KG"/>
              </w:rPr>
            </w:pPr>
          </w:p>
        </w:tc>
      </w:tr>
      <w:tr w:rsidR="00F561B7" w:rsidRPr="00883D85" w14:paraId="08477B30" w14:textId="77777777">
        <w:trPr>
          <w:jc w:val="center"/>
        </w:trPr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6C974F" w14:textId="1B225BA8" w:rsidR="00F561B7" w:rsidRPr="00883D85" w:rsidRDefault="006A289D">
            <w:pPr>
              <w:rPr>
                <w:lang w:val="ky-KG"/>
              </w:rPr>
            </w:pPr>
            <w:r w:rsidRPr="00883D85">
              <w:rPr>
                <w:b/>
                <w:sz w:val="17"/>
                <w:lang w:val="ky-KG"/>
              </w:rPr>
              <w:t xml:space="preserve">Дата / </w:t>
            </w:r>
            <w:r w:rsidR="00883D85" w:rsidRPr="00883D85">
              <w:rPr>
                <w:b/>
                <w:sz w:val="17"/>
                <w:lang w:val="ky-KG"/>
              </w:rPr>
              <w:t>мөөр</w:t>
            </w:r>
          </w:p>
        </w:tc>
        <w:tc>
          <w:tcPr>
            <w:tcW w:w="113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F58DA4" w14:textId="77777777" w:rsidR="00F561B7" w:rsidRPr="00883D85" w:rsidRDefault="00F561B7">
            <w:pPr>
              <w:rPr>
                <w:lang w:val="ky-KG"/>
              </w:rPr>
            </w:pPr>
          </w:p>
        </w:tc>
      </w:tr>
    </w:tbl>
    <w:p w14:paraId="394D932A" w14:textId="68B7F62D" w:rsidR="00F561B7" w:rsidRPr="00883D85" w:rsidRDefault="00883D85">
      <w:pPr>
        <w:spacing w:after="80"/>
        <w:rPr>
          <w:lang w:val="ky-KG"/>
        </w:rPr>
      </w:pPr>
      <w:r w:rsidRPr="00883D85">
        <w:rPr>
          <w:i/>
          <w:color w:val="666666"/>
          <w:lang w:val="ky-KG"/>
        </w:rPr>
        <w:t>Эскертүү</w:t>
      </w:r>
      <w:r w:rsidR="006A289D" w:rsidRPr="00883D85">
        <w:rPr>
          <w:i/>
          <w:color w:val="666666"/>
          <w:lang w:val="ky-KG"/>
        </w:rPr>
        <w:t xml:space="preserve">: </w:t>
      </w:r>
      <w:r w:rsidRPr="00883D85">
        <w:rPr>
          <w:i/>
          <w:color w:val="666666"/>
          <w:lang w:val="ky-KG"/>
        </w:rPr>
        <w:t>таблицалардагы мисалдарды форманы толтурганда алып салууга же алмаштырууга болот. Зарыл болсо, бош саптарды кошууга болот.</w:t>
      </w:r>
    </w:p>
    <w:sectPr w:rsidR="00F561B7" w:rsidRPr="00883D85" w:rsidSect="00034616">
      <w:pgSz w:w="16838" w:h="11906" w:orient="landscape"/>
      <w:pgMar w:top="624" w:right="624" w:bottom="567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2956204">
    <w:abstractNumId w:val="8"/>
  </w:num>
  <w:num w:numId="2" w16cid:durableId="213931974">
    <w:abstractNumId w:val="6"/>
  </w:num>
  <w:num w:numId="3" w16cid:durableId="1336689475">
    <w:abstractNumId w:val="5"/>
  </w:num>
  <w:num w:numId="4" w16cid:durableId="1989241833">
    <w:abstractNumId w:val="4"/>
  </w:num>
  <w:num w:numId="5" w16cid:durableId="1558861801">
    <w:abstractNumId w:val="7"/>
  </w:num>
  <w:num w:numId="6" w16cid:durableId="338698006">
    <w:abstractNumId w:val="3"/>
  </w:num>
  <w:num w:numId="7" w16cid:durableId="19554398">
    <w:abstractNumId w:val="2"/>
  </w:num>
  <w:num w:numId="8" w16cid:durableId="318385338">
    <w:abstractNumId w:val="1"/>
  </w:num>
  <w:num w:numId="9" w16cid:durableId="87203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CA2"/>
    <w:rsid w:val="0006063C"/>
    <w:rsid w:val="000C2317"/>
    <w:rsid w:val="0011747D"/>
    <w:rsid w:val="00134B73"/>
    <w:rsid w:val="00135919"/>
    <w:rsid w:val="0015074B"/>
    <w:rsid w:val="001D73D8"/>
    <w:rsid w:val="0029639D"/>
    <w:rsid w:val="002C7A1A"/>
    <w:rsid w:val="00326F90"/>
    <w:rsid w:val="005E4F17"/>
    <w:rsid w:val="006A289D"/>
    <w:rsid w:val="00857E1C"/>
    <w:rsid w:val="00883D85"/>
    <w:rsid w:val="009554DF"/>
    <w:rsid w:val="0098198F"/>
    <w:rsid w:val="00A0726D"/>
    <w:rsid w:val="00AA1D8D"/>
    <w:rsid w:val="00B47730"/>
    <w:rsid w:val="00C43659"/>
    <w:rsid w:val="00C91302"/>
    <w:rsid w:val="00CB0664"/>
    <w:rsid w:val="00CC47F1"/>
    <w:rsid w:val="00F561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18385"/>
  <w14:defaultImageDpi w14:val="300"/>
  <w15:docId w15:val="{30EEE263-E913-44F0-8E92-AE5E8088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F872169EA1784A850AF6FBEC661C2B" ma:contentTypeVersion="19" ma:contentTypeDescription="Создание документа." ma:contentTypeScope="" ma:versionID="b6cc1223f4a526c7043265bffcb1091c">
  <xsd:schema xmlns:xsd="http://www.w3.org/2001/XMLSchema" xmlns:xs="http://www.w3.org/2001/XMLSchema" xmlns:p="http://schemas.microsoft.com/office/2006/metadata/properties" xmlns:ns2="6c69a0a0-9879-479b-a758-0616cad2705a" xmlns:ns3="b50eb652-19d5-4e10-aeb5-3430ff274d62" targetNamespace="http://schemas.microsoft.com/office/2006/metadata/properties" ma:root="true" ma:fieldsID="e453105d9ad2dea0a48c72bdcc05872b" ns2:_="" ns3:_="">
    <xsd:import namespace="6c69a0a0-9879-479b-a758-0616cad2705a"/>
    <xsd:import namespace="b50eb652-19d5-4e10-aeb5-3430ff274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9a0a0-9879-479b-a758-0616cad27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b652-19d5-4e10-aeb5-3430ff274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1fbe12-bcde-469e-b443-ab204b88ba28}" ma:internalName="TaxCatchAll" ma:showField="CatchAllData" ma:web="b50eb652-19d5-4e10-aeb5-3430ff274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eb652-19d5-4e10-aeb5-3430ff274d62" xsi:nil="true"/>
    <lcf76f155ced4ddcb4097134ff3c332f xmlns="6c69a0a0-9879-479b-a758-0616cad270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DE35A7-6E49-4E6E-8E90-E5A39D3B4A53}"/>
</file>

<file path=customXml/itemProps3.xml><?xml version="1.0" encoding="utf-8"?>
<ds:datastoreItem xmlns:ds="http://schemas.openxmlformats.org/officeDocument/2006/customXml" ds:itemID="{C9F9C4C8-440E-489E-AEF2-CC326FB8560D}"/>
</file>

<file path=customXml/itemProps4.xml><?xml version="1.0" encoding="utf-8"?>
<ds:datastoreItem xmlns:ds="http://schemas.openxmlformats.org/officeDocument/2006/customXml" ds:itemID="{5DC6ACBD-F607-47D8-8299-6C8F6F659F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5155</Characters>
  <Application>Microsoft Office Word</Application>
  <DocSecurity>0</DocSecurity>
  <Lines>132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Иса Абдрахматов</cp:lastModifiedBy>
  <cp:revision>2</cp:revision>
  <dcterms:created xsi:type="dcterms:W3CDTF">2026-08-03T11:23:00Z</dcterms:created>
  <dcterms:modified xsi:type="dcterms:W3CDTF">2026-08-03T11:23:00Z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05a413ff-ec98-4d62-9675-7e7f395904d1</vt:lpwstr>
  </property>
  <property fmtid="{D5CDD505-2E9C-101B-9397-08002B2CF9AE}" pid="3" name="ContentTypeId">
    <vt:lpwstr>0x01010061F872169EA1784A850AF6FBEC661C2B</vt:lpwstr>
  </property>
</Properties>
</file>