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35"/>
        <w:gridCol w:w="10205"/>
        <w:gridCol w:w="2835"/>
      </w:tblGrid>
      <w:tr w:rsidR="0044297A" w:rsidRPr="009257D9" w14:paraId="13EED130" w14:textId="77777777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9B375" w14:textId="77777777" w:rsidR="0044297A" w:rsidRPr="009257D9" w:rsidRDefault="0042553D">
            <w:pPr>
              <w:rPr>
                <w:lang w:val="ky-KG"/>
              </w:rPr>
            </w:pPr>
            <w:r w:rsidRPr="009257D9">
              <w:rPr>
                <w:noProof/>
                <w:lang w:val="ky-KG"/>
              </w:rPr>
              <w:drawing>
                <wp:inline distT="0" distB="0" distL="0" distR="0" wp14:anchorId="2F8CFA39" wp14:editId="4E682F0D">
                  <wp:extent cx="1007999" cy="752639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999" cy="752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6484D" w14:textId="73701734" w:rsidR="0044297A" w:rsidRPr="009257D9" w:rsidRDefault="00D40DF1">
            <w:pPr>
              <w:jc w:val="center"/>
              <w:rPr>
                <w:lang w:val="ky-KG"/>
              </w:rPr>
            </w:pPr>
            <w:r w:rsidRPr="009257D9">
              <w:rPr>
                <w:b/>
                <w:sz w:val="20"/>
                <w:lang w:val="ky-KG"/>
              </w:rPr>
              <w:t>«</w:t>
            </w:r>
            <w:r w:rsidRPr="009257D9">
              <w:rPr>
                <w:rFonts w:eastAsia="Times New Roman" w:cs="Arial"/>
                <w:b/>
                <w:bCs/>
                <w:sz w:val="20"/>
                <w:szCs w:val="20"/>
                <w:lang w:val="ky-KG" w:eastAsia="ru-RU"/>
              </w:rPr>
              <w:t>Борбор Азияда кырсыктардын тобокелдигине жана климаттын өзгөрүшүнө карата шаарлардын туруктуулугун жогорулатуу</w:t>
            </w:r>
            <w:r w:rsidRPr="009257D9">
              <w:rPr>
                <w:b/>
                <w:sz w:val="20"/>
                <w:lang w:val="ky-KG"/>
              </w:rPr>
              <w:t xml:space="preserve">» долбоору  </w:t>
            </w:r>
            <w:r w:rsidR="0042553D" w:rsidRPr="009257D9">
              <w:rPr>
                <w:lang w:val="ky-KG"/>
              </w:rPr>
              <w:br/>
              <w:t>ID 0100</w:t>
            </w:r>
            <w:r w:rsidR="00341CDC" w:rsidRPr="009257D9">
              <w:rPr>
                <w:lang w:val="ky-KG"/>
              </w:rPr>
              <w:t>4067</w:t>
            </w:r>
            <w:r w:rsidR="0042553D" w:rsidRPr="009257D9">
              <w:rPr>
                <w:lang w:val="ky-KG"/>
              </w:rPr>
              <w:br/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07FAD" w14:textId="77777777" w:rsidR="0044297A" w:rsidRPr="009257D9" w:rsidRDefault="0042553D">
            <w:pPr>
              <w:jc w:val="right"/>
              <w:rPr>
                <w:lang w:val="ky-KG"/>
              </w:rPr>
            </w:pPr>
            <w:r w:rsidRPr="009257D9">
              <w:rPr>
                <w:noProof/>
                <w:lang w:val="ky-KG"/>
              </w:rPr>
              <w:drawing>
                <wp:inline distT="0" distB="0" distL="0" distR="0" wp14:anchorId="0DE1F778" wp14:editId="30DF5FBB">
                  <wp:extent cx="396000" cy="800609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" cy="800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DBE0E6" w14:textId="51795FC0" w:rsidR="0044297A" w:rsidRPr="009257D9" w:rsidRDefault="0042553D">
      <w:pPr>
        <w:jc w:val="right"/>
        <w:rPr>
          <w:lang w:val="ky-KG"/>
        </w:rPr>
      </w:pPr>
      <w:r w:rsidRPr="009257D9">
        <w:rPr>
          <w:b/>
          <w:sz w:val="20"/>
          <w:lang w:val="ky-KG"/>
        </w:rPr>
        <w:t>3</w:t>
      </w:r>
      <w:r w:rsidR="00D40DF1" w:rsidRPr="009257D9">
        <w:rPr>
          <w:b/>
          <w:sz w:val="20"/>
          <w:lang w:val="ky-KG"/>
        </w:rPr>
        <w:t>-тиркеме</w:t>
      </w:r>
    </w:p>
    <w:p w14:paraId="4D4FB5D0" w14:textId="72B2143E" w:rsidR="0044297A" w:rsidRPr="009257D9" w:rsidRDefault="00D40DF1">
      <w:pPr>
        <w:jc w:val="center"/>
        <w:rPr>
          <w:lang w:val="ky-KG"/>
        </w:rPr>
      </w:pPr>
      <w:r w:rsidRPr="009257D9">
        <w:rPr>
          <w:b/>
          <w:color w:val="1F4E79"/>
          <w:sz w:val="28"/>
          <w:lang w:val="ky-KG"/>
        </w:rPr>
        <w:t xml:space="preserve">ГРАНТТЫК ДОЛБООРДУ ИШКЕ АШЫРУУНУН </w:t>
      </w:r>
      <w:r w:rsidR="0042553D" w:rsidRPr="009257D9">
        <w:rPr>
          <w:b/>
          <w:color w:val="1F4E79"/>
          <w:sz w:val="28"/>
          <w:lang w:val="ky-KG"/>
        </w:rPr>
        <w:t>КАЛЕНДАР</w:t>
      </w:r>
      <w:r w:rsidRPr="009257D9">
        <w:rPr>
          <w:b/>
          <w:color w:val="1F4E79"/>
          <w:sz w:val="28"/>
          <w:lang w:val="ky-KG"/>
        </w:rPr>
        <w:t xml:space="preserve">ДЫК ПЛАНЫ  </w:t>
      </w:r>
    </w:p>
    <w:p w14:paraId="05FED9BD" w14:textId="261F311B" w:rsidR="0044297A" w:rsidRPr="009257D9" w:rsidRDefault="00D40DF1">
      <w:pPr>
        <w:spacing w:after="80"/>
        <w:rPr>
          <w:lang w:val="ky-KG"/>
        </w:rPr>
      </w:pPr>
      <w:r w:rsidRPr="009257D9">
        <w:rPr>
          <w:lang w:val="ky-KG"/>
        </w:rPr>
        <w:t>Форма өтүнмө ээси тарабынан толтурулат жана Өтүнмөнүн формасы (2-тиркеме) жана Долбоордун бюджети (4-тиркеме) менен чогуу берилет. Календардык пландагы бардык иш-чаралар техникалык чечимге, бюджетке жана долбоордун күтүлгөн натыйжаларына ылайык келүүгө тийиш</w:t>
      </w:r>
      <w:r w:rsidR="0042553D" w:rsidRPr="009257D9">
        <w:rPr>
          <w:lang w:val="ky-KG"/>
        </w:rPr>
        <w:t>.</w:t>
      </w:r>
    </w:p>
    <w:p w14:paraId="1CF3CDBA" w14:textId="0EDD06D1" w:rsidR="0044297A" w:rsidRPr="009257D9" w:rsidRDefault="0042553D">
      <w:pPr>
        <w:pStyle w:val="1"/>
        <w:rPr>
          <w:lang w:val="ky-KG"/>
        </w:rPr>
      </w:pPr>
      <w:r w:rsidRPr="009257D9">
        <w:rPr>
          <w:rFonts w:ascii="Arial" w:eastAsia="Arial" w:hAnsi="Arial"/>
          <w:color w:val="1F4E79"/>
          <w:sz w:val="22"/>
          <w:lang w:val="ky-KG"/>
        </w:rPr>
        <w:t>1</w:t>
      </w:r>
      <w:r w:rsidR="00D40DF1" w:rsidRPr="009257D9">
        <w:rPr>
          <w:rFonts w:ascii="Arial" w:eastAsia="Arial" w:hAnsi="Arial"/>
          <w:color w:val="1F4E79"/>
          <w:sz w:val="22"/>
          <w:lang w:val="ky-KG"/>
        </w:rPr>
        <w:t>-бөлүм</w:t>
      </w:r>
      <w:r w:rsidRPr="009257D9">
        <w:rPr>
          <w:rFonts w:ascii="Arial" w:eastAsia="Arial" w:hAnsi="Arial"/>
          <w:color w:val="1F4E79"/>
          <w:sz w:val="22"/>
          <w:lang w:val="ky-KG"/>
        </w:rPr>
        <w:t xml:space="preserve">. </w:t>
      </w:r>
      <w:r w:rsidR="00D40DF1" w:rsidRPr="009257D9">
        <w:rPr>
          <w:rFonts w:ascii="Arial" w:eastAsia="Arial" w:hAnsi="Arial"/>
          <w:color w:val="1F4E79"/>
          <w:sz w:val="22"/>
          <w:lang w:val="ky-KG"/>
        </w:rPr>
        <w:t>Долбоор тууралуу жалпы маалымат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35"/>
        <w:gridCol w:w="10772"/>
      </w:tblGrid>
      <w:tr w:rsidR="0044297A" w:rsidRPr="009257D9" w14:paraId="5DA0C6FD" w14:textId="77777777">
        <w:trPr>
          <w:jc w:val="center"/>
        </w:trPr>
        <w:tc>
          <w:tcPr>
            <w:tcW w:w="45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281689" w14:textId="6AECC41B" w:rsidR="0044297A" w:rsidRPr="009257D9" w:rsidRDefault="00D40DF1">
            <w:pPr>
              <w:rPr>
                <w:lang w:val="ky-KG"/>
              </w:rPr>
            </w:pPr>
            <w:r w:rsidRPr="009257D9">
              <w:rPr>
                <w:b/>
                <w:lang w:val="ky-KG"/>
              </w:rPr>
              <w:t>Долбоордун аталышы</w:t>
            </w:r>
          </w:p>
        </w:tc>
        <w:tc>
          <w:tcPr>
            <w:tcW w:w="1077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F567ED" w14:textId="77777777" w:rsidR="0044297A" w:rsidRPr="009257D9" w:rsidRDefault="0044297A">
            <w:pPr>
              <w:rPr>
                <w:lang w:val="ky-KG"/>
              </w:rPr>
            </w:pPr>
          </w:p>
        </w:tc>
      </w:tr>
      <w:tr w:rsidR="0044297A" w:rsidRPr="009257D9" w14:paraId="4F5C8317" w14:textId="77777777">
        <w:trPr>
          <w:jc w:val="center"/>
        </w:trPr>
        <w:tc>
          <w:tcPr>
            <w:tcW w:w="45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FEB438" w14:textId="5CB43ECA" w:rsidR="0044297A" w:rsidRPr="009257D9" w:rsidRDefault="0042553D">
            <w:pPr>
              <w:rPr>
                <w:lang w:val="ky-KG"/>
              </w:rPr>
            </w:pPr>
            <w:r w:rsidRPr="009257D9">
              <w:rPr>
                <w:b/>
                <w:lang w:val="ky-KG"/>
              </w:rPr>
              <w:t xml:space="preserve">Лот / </w:t>
            </w:r>
            <w:r w:rsidR="00D40DF1" w:rsidRPr="009257D9">
              <w:rPr>
                <w:b/>
                <w:lang w:val="ky-KG"/>
              </w:rPr>
              <w:t>конкурстун багыты</w:t>
            </w:r>
          </w:p>
        </w:tc>
        <w:tc>
          <w:tcPr>
            <w:tcW w:w="1077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54C027" w14:textId="1E7B27EB" w:rsidR="0044297A" w:rsidRPr="009257D9" w:rsidRDefault="0042553D">
            <w:pPr>
              <w:rPr>
                <w:lang w:val="ky-KG"/>
              </w:rPr>
            </w:pPr>
            <w:r w:rsidRPr="009257D9">
              <w:rPr>
                <w:i/>
                <w:color w:val="666666"/>
                <w:lang w:val="ky-KG"/>
              </w:rPr>
              <w:t>☐ 1</w:t>
            </w:r>
            <w:r w:rsidR="00D40DF1" w:rsidRPr="009257D9">
              <w:rPr>
                <w:i/>
                <w:color w:val="666666"/>
                <w:lang w:val="ky-KG"/>
              </w:rPr>
              <w:t>-лот</w:t>
            </w:r>
            <w:r w:rsidRPr="009257D9">
              <w:rPr>
                <w:i/>
                <w:color w:val="666666"/>
                <w:lang w:val="ky-KG"/>
              </w:rPr>
              <w:t xml:space="preserve">. </w:t>
            </w:r>
            <w:r w:rsidR="00D40DF1" w:rsidRPr="009257D9">
              <w:rPr>
                <w:i/>
                <w:color w:val="666666"/>
                <w:lang w:val="ky-KG"/>
              </w:rPr>
              <w:t>Сууну үнөмдөө практикалары</w:t>
            </w:r>
            <w:r w:rsidRPr="009257D9">
              <w:rPr>
                <w:i/>
                <w:color w:val="666666"/>
                <w:lang w:val="ky-KG"/>
              </w:rPr>
              <w:t xml:space="preserve">   ☐ </w:t>
            </w:r>
            <w:r w:rsidR="00D40DF1" w:rsidRPr="009257D9">
              <w:rPr>
                <w:i/>
                <w:color w:val="666666"/>
                <w:lang w:val="ky-KG"/>
              </w:rPr>
              <w:t xml:space="preserve"> </w:t>
            </w:r>
            <w:r w:rsidRPr="009257D9">
              <w:rPr>
                <w:i/>
                <w:color w:val="666666"/>
                <w:lang w:val="ky-KG"/>
              </w:rPr>
              <w:t>2</w:t>
            </w:r>
            <w:r w:rsidR="00D40DF1" w:rsidRPr="009257D9">
              <w:rPr>
                <w:i/>
                <w:color w:val="666666"/>
                <w:lang w:val="ky-KG"/>
              </w:rPr>
              <w:t>-лот</w:t>
            </w:r>
            <w:r w:rsidRPr="009257D9">
              <w:rPr>
                <w:i/>
                <w:color w:val="666666"/>
                <w:lang w:val="ky-KG"/>
              </w:rPr>
              <w:t xml:space="preserve">. </w:t>
            </w:r>
            <w:r w:rsidR="00D40DF1" w:rsidRPr="009257D9">
              <w:rPr>
                <w:i/>
                <w:color w:val="666666"/>
                <w:lang w:val="ky-KG"/>
              </w:rPr>
              <w:t>Жаратылышка багытталган чечимдер</w:t>
            </w:r>
            <w:r w:rsidRPr="009257D9">
              <w:rPr>
                <w:i/>
                <w:color w:val="666666"/>
                <w:lang w:val="ky-KG"/>
              </w:rPr>
              <w:t xml:space="preserve">   ☐ </w:t>
            </w:r>
            <w:r w:rsidR="00D40DF1" w:rsidRPr="009257D9">
              <w:rPr>
                <w:i/>
                <w:color w:val="666666"/>
                <w:lang w:val="ky-KG"/>
              </w:rPr>
              <w:t xml:space="preserve"> </w:t>
            </w:r>
            <w:r w:rsidRPr="009257D9">
              <w:rPr>
                <w:i/>
                <w:color w:val="666666"/>
                <w:lang w:val="ky-KG"/>
              </w:rPr>
              <w:t>3</w:t>
            </w:r>
            <w:r w:rsidR="00D40DF1" w:rsidRPr="009257D9">
              <w:rPr>
                <w:i/>
                <w:color w:val="666666"/>
                <w:lang w:val="ky-KG"/>
              </w:rPr>
              <w:t>-лот</w:t>
            </w:r>
            <w:r w:rsidRPr="009257D9">
              <w:rPr>
                <w:i/>
                <w:color w:val="666666"/>
                <w:lang w:val="ky-KG"/>
              </w:rPr>
              <w:t>. Энерго</w:t>
            </w:r>
            <w:r w:rsidR="00D40DF1" w:rsidRPr="009257D9">
              <w:rPr>
                <w:i/>
                <w:color w:val="666666"/>
                <w:lang w:val="ky-KG"/>
              </w:rPr>
              <w:t xml:space="preserve"> натыйжалуулук</w:t>
            </w:r>
            <w:r w:rsidRPr="009257D9">
              <w:rPr>
                <w:i/>
                <w:color w:val="666666"/>
                <w:lang w:val="ky-KG"/>
              </w:rPr>
              <w:t xml:space="preserve">   ☐ </w:t>
            </w:r>
            <w:r w:rsidR="00D40DF1" w:rsidRPr="009257D9">
              <w:rPr>
                <w:i/>
                <w:color w:val="666666"/>
                <w:lang w:val="ky-KG"/>
              </w:rPr>
              <w:t>Биргелешкен чечим</w:t>
            </w:r>
          </w:p>
        </w:tc>
      </w:tr>
      <w:tr w:rsidR="0044297A" w:rsidRPr="009257D9" w14:paraId="09F0DDC4" w14:textId="77777777">
        <w:trPr>
          <w:jc w:val="center"/>
        </w:trPr>
        <w:tc>
          <w:tcPr>
            <w:tcW w:w="45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1DEAFD" w14:textId="40B2871F" w:rsidR="0044297A" w:rsidRPr="009257D9" w:rsidRDefault="00D40DF1">
            <w:pPr>
              <w:rPr>
                <w:lang w:val="ky-KG"/>
              </w:rPr>
            </w:pPr>
            <w:r w:rsidRPr="009257D9">
              <w:rPr>
                <w:b/>
                <w:lang w:val="ky-KG"/>
              </w:rPr>
              <w:t xml:space="preserve">Өтүнмө ээси </w:t>
            </w:r>
            <w:r w:rsidR="0042553D" w:rsidRPr="009257D9">
              <w:rPr>
                <w:b/>
                <w:lang w:val="ky-KG"/>
              </w:rPr>
              <w:t>(</w:t>
            </w:r>
            <w:r w:rsidRPr="009257D9">
              <w:rPr>
                <w:b/>
                <w:lang w:val="ky-KG"/>
              </w:rPr>
              <w:t>уюмдун аталышы</w:t>
            </w:r>
            <w:r w:rsidR="0042553D" w:rsidRPr="009257D9">
              <w:rPr>
                <w:b/>
                <w:lang w:val="ky-KG"/>
              </w:rPr>
              <w:t>)</w:t>
            </w:r>
          </w:p>
        </w:tc>
        <w:tc>
          <w:tcPr>
            <w:tcW w:w="1077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CCB963" w14:textId="77777777" w:rsidR="0044297A" w:rsidRPr="009257D9" w:rsidRDefault="0044297A">
            <w:pPr>
              <w:rPr>
                <w:lang w:val="ky-KG"/>
              </w:rPr>
            </w:pPr>
          </w:p>
        </w:tc>
      </w:tr>
      <w:tr w:rsidR="0044297A" w:rsidRPr="009257D9" w14:paraId="426730A3" w14:textId="77777777">
        <w:trPr>
          <w:jc w:val="center"/>
        </w:trPr>
        <w:tc>
          <w:tcPr>
            <w:tcW w:w="45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7850A9" w14:textId="0022B1E0" w:rsidR="0044297A" w:rsidRPr="009257D9" w:rsidRDefault="00D40DF1">
            <w:pPr>
              <w:rPr>
                <w:lang w:val="ky-KG"/>
              </w:rPr>
            </w:pPr>
            <w:r w:rsidRPr="009257D9">
              <w:rPr>
                <w:b/>
                <w:lang w:val="ky-KG"/>
              </w:rPr>
              <w:t>Долбоордун өнөктөшү</w:t>
            </w:r>
            <w:r w:rsidR="0042553D" w:rsidRPr="009257D9">
              <w:rPr>
                <w:b/>
                <w:lang w:val="ky-KG"/>
              </w:rPr>
              <w:t xml:space="preserve"> / </w:t>
            </w:r>
            <w:r w:rsidRPr="009257D9">
              <w:rPr>
                <w:b/>
                <w:lang w:val="ky-KG"/>
              </w:rPr>
              <w:t xml:space="preserve">объектти балансында кармоочу  </w:t>
            </w:r>
          </w:p>
        </w:tc>
        <w:tc>
          <w:tcPr>
            <w:tcW w:w="1077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BB66E5" w14:textId="77777777" w:rsidR="0044297A" w:rsidRPr="009257D9" w:rsidRDefault="0044297A">
            <w:pPr>
              <w:rPr>
                <w:lang w:val="ky-KG"/>
              </w:rPr>
            </w:pPr>
          </w:p>
        </w:tc>
      </w:tr>
      <w:tr w:rsidR="0044297A" w:rsidRPr="009257D9" w14:paraId="36F4820C" w14:textId="77777777">
        <w:trPr>
          <w:jc w:val="center"/>
        </w:trPr>
        <w:tc>
          <w:tcPr>
            <w:tcW w:w="45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C1C811" w14:textId="5449498D" w:rsidR="0044297A" w:rsidRPr="009257D9" w:rsidRDefault="0042553D">
            <w:pPr>
              <w:rPr>
                <w:lang w:val="ky-KG"/>
              </w:rPr>
            </w:pPr>
            <w:r w:rsidRPr="009257D9">
              <w:rPr>
                <w:b/>
                <w:lang w:val="ky-KG"/>
              </w:rPr>
              <w:t>Объект</w:t>
            </w:r>
            <w:r w:rsidR="00D40DF1" w:rsidRPr="009257D9">
              <w:rPr>
                <w:b/>
                <w:lang w:val="ky-KG"/>
              </w:rPr>
              <w:t xml:space="preserve"> же ишке ашыруу аймагы</w:t>
            </w:r>
          </w:p>
        </w:tc>
        <w:tc>
          <w:tcPr>
            <w:tcW w:w="1077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24E867" w14:textId="77777777" w:rsidR="0044297A" w:rsidRPr="009257D9" w:rsidRDefault="0044297A">
            <w:pPr>
              <w:rPr>
                <w:lang w:val="ky-KG"/>
              </w:rPr>
            </w:pPr>
          </w:p>
        </w:tc>
      </w:tr>
      <w:tr w:rsidR="0044297A" w:rsidRPr="009257D9" w14:paraId="2E5208BB" w14:textId="77777777">
        <w:trPr>
          <w:jc w:val="center"/>
        </w:trPr>
        <w:tc>
          <w:tcPr>
            <w:tcW w:w="45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2DDCE6" w14:textId="1B8F68A7" w:rsidR="0044297A" w:rsidRPr="009257D9" w:rsidRDefault="00D40DF1">
            <w:pPr>
              <w:rPr>
                <w:lang w:val="ky-KG"/>
              </w:rPr>
            </w:pPr>
            <w:r w:rsidRPr="009257D9">
              <w:rPr>
                <w:b/>
                <w:lang w:val="ky-KG"/>
              </w:rPr>
              <w:t xml:space="preserve">Долбоорду ишке ашыруу мөөнөтү  </w:t>
            </w:r>
          </w:p>
        </w:tc>
        <w:tc>
          <w:tcPr>
            <w:tcW w:w="1077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805BE4" w14:textId="64324AA2" w:rsidR="0044297A" w:rsidRPr="009257D9" w:rsidRDefault="00D40DF1">
            <w:pPr>
              <w:rPr>
                <w:lang w:val="ky-KG"/>
              </w:rPr>
            </w:pPr>
            <w:r w:rsidRPr="009257D9">
              <w:rPr>
                <w:i/>
                <w:color w:val="666666"/>
                <w:lang w:val="ky-KG"/>
              </w:rPr>
              <w:t>10 айдан ашык эмес</w:t>
            </w:r>
          </w:p>
        </w:tc>
      </w:tr>
      <w:tr w:rsidR="0044297A" w:rsidRPr="009257D9" w14:paraId="35907856" w14:textId="77777777">
        <w:trPr>
          <w:jc w:val="center"/>
        </w:trPr>
        <w:tc>
          <w:tcPr>
            <w:tcW w:w="45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25ABAD" w14:textId="31075EC5" w:rsidR="0044297A" w:rsidRPr="009257D9" w:rsidRDefault="00D40DF1">
            <w:pPr>
              <w:rPr>
                <w:lang w:val="ky-KG"/>
              </w:rPr>
            </w:pPr>
            <w:r w:rsidRPr="009257D9">
              <w:rPr>
                <w:b/>
                <w:lang w:val="ky-KG"/>
              </w:rPr>
              <w:t>Ишке ашырууну баштоонун болжолдуу датасы</w:t>
            </w:r>
          </w:p>
        </w:tc>
        <w:tc>
          <w:tcPr>
            <w:tcW w:w="1077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37D919" w14:textId="25856346" w:rsidR="0044297A" w:rsidRPr="009257D9" w:rsidRDefault="00D40DF1">
            <w:pPr>
              <w:rPr>
                <w:lang w:val="ky-KG"/>
              </w:rPr>
            </w:pPr>
            <w:r w:rsidRPr="009257D9">
              <w:rPr>
                <w:i/>
                <w:color w:val="666666"/>
                <w:lang w:val="ky-KG"/>
              </w:rPr>
              <w:t xml:space="preserve">Гранттык макулдашууга кол койгондон кийин  </w:t>
            </w:r>
          </w:p>
        </w:tc>
      </w:tr>
      <w:tr w:rsidR="0044297A" w:rsidRPr="009257D9" w14:paraId="0860212E" w14:textId="77777777">
        <w:trPr>
          <w:jc w:val="center"/>
        </w:trPr>
        <w:tc>
          <w:tcPr>
            <w:tcW w:w="45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655695" w14:textId="5DC2C375" w:rsidR="0044297A" w:rsidRPr="009257D9" w:rsidRDefault="00D40DF1">
            <w:pPr>
              <w:rPr>
                <w:lang w:val="ky-KG"/>
              </w:rPr>
            </w:pPr>
            <w:r w:rsidRPr="009257D9">
              <w:rPr>
                <w:b/>
                <w:lang w:val="ky-KG"/>
              </w:rPr>
              <w:t xml:space="preserve">Гранттын суралып жаткан суммасы </w:t>
            </w:r>
            <w:r w:rsidR="0042553D" w:rsidRPr="009257D9">
              <w:rPr>
                <w:b/>
                <w:lang w:val="ky-KG"/>
              </w:rPr>
              <w:t xml:space="preserve"> (USD)</w:t>
            </w:r>
          </w:p>
        </w:tc>
        <w:tc>
          <w:tcPr>
            <w:tcW w:w="1077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B755B8" w14:textId="77777777" w:rsidR="0044297A" w:rsidRPr="009257D9" w:rsidRDefault="0044297A">
            <w:pPr>
              <w:rPr>
                <w:lang w:val="ky-KG"/>
              </w:rPr>
            </w:pPr>
          </w:p>
        </w:tc>
      </w:tr>
      <w:tr w:rsidR="0044297A" w:rsidRPr="009257D9" w14:paraId="01928EDC" w14:textId="77777777">
        <w:trPr>
          <w:jc w:val="center"/>
        </w:trPr>
        <w:tc>
          <w:tcPr>
            <w:tcW w:w="45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E5A80F" w14:textId="218D4A33" w:rsidR="0044297A" w:rsidRPr="009257D9" w:rsidRDefault="00D40DF1">
            <w:pPr>
              <w:rPr>
                <w:lang w:val="ky-KG"/>
              </w:rPr>
            </w:pPr>
            <w:r w:rsidRPr="009257D9">
              <w:rPr>
                <w:b/>
                <w:lang w:val="ky-KG"/>
              </w:rPr>
              <w:t>Тең каржылоо</w:t>
            </w:r>
            <w:r w:rsidR="0042553D" w:rsidRPr="009257D9">
              <w:rPr>
                <w:b/>
                <w:lang w:val="ky-KG"/>
              </w:rPr>
              <w:t xml:space="preserve"> (сумма </w:t>
            </w:r>
            <w:r w:rsidRPr="009257D9">
              <w:rPr>
                <w:b/>
                <w:lang w:val="ky-KG"/>
              </w:rPr>
              <w:t>жана</w:t>
            </w:r>
            <w:r w:rsidR="0042553D" w:rsidRPr="009257D9">
              <w:rPr>
                <w:b/>
                <w:lang w:val="ky-KG"/>
              </w:rPr>
              <w:t xml:space="preserve"> %)</w:t>
            </w:r>
          </w:p>
        </w:tc>
        <w:tc>
          <w:tcPr>
            <w:tcW w:w="1077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6D278A" w14:textId="77777777" w:rsidR="0044297A" w:rsidRPr="009257D9" w:rsidRDefault="0044297A">
            <w:pPr>
              <w:rPr>
                <w:lang w:val="ky-KG"/>
              </w:rPr>
            </w:pPr>
          </w:p>
        </w:tc>
      </w:tr>
    </w:tbl>
    <w:p w14:paraId="6E7F4A76" w14:textId="3FBECB27" w:rsidR="0044297A" w:rsidRPr="009257D9" w:rsidRDefault="0042553D">
      <w:pPr>
        <w:pStyle w:val="1"/>
        <w:rPr>
          <w:lang w:val="ky-KG"/>
        </w:rPr>
      </w:pPr>
      <w:r w:rsidRPr="009257D9">
        <w:rPr>
          <w:rFonts w:ascii="Arial" w:eastAsia="Arial" w:hAnsi="Arial"/>
          <w:color w:val="1F4E79"/>
          <w:sz w:val="22"/>
          <w:lang w:val="ky-KG"/>
        </w:rPr>
        <w:t>2</w:t>
      </w:r>
      <w:r w:rsidR="00D40DF1" w:rsidRPr="009257D9">
        <w:rPr>
          <w:rFonts w:ascii="Arial" w:eastAsia="Arial" w:hAnsi="Arial"/>
          <w:color w:val="1F4E79"/>
          <w:sz w:val="22"/>
          <w:lang w:val="ky-KG"/>
        </w:rPr>
        <w:t>-бөлүм</w:t>
      </w:r>
      <w:r w:rsidRPr="009257D9">
        <w:rPr>
          <w:rFonts w:ascii="Arial" w:eastAsia="Arial" w:hAnsi="Arial"/>
          <w:color w:val="1F4E79"/>
          <w:sz w:val="22"/>
          <w:lang w:val="ky-KG"/>
        </w:rPr>
        <w:t xml:space="preserve">. </w:t>
      </w:r>
      <w:r w:rsidR="00D40DF1" w:rsidRPr="009257D9">
        <w:rPr>
          <w:rFonts w:ascii="Arial" w:eastAsia="Arial" w:hAnsi="Arial"/>
          <w:color w:val="1F4E79"/>
          <w:sz w:val="22"/>
          <w:lang w:val="ky-KG"/>
        </w:rPr>
        <w:t>Иш-чаралардын к</w:t>
      </w:r>
      <w:r w:rsidRPr="009257D9">
        <w:rPr>
          <w:rFonts w:ascii="Arial" w:eastAsia="Arial" w:hAnsi="Arial"/>
          <w:color w:val="1F4E79"/>
          <w:sz w:val="22"/>
          <w:lang w:val="ky-KG"/>
        </w:rPr>
        <w:t>алендар</w:t>
      </w:r>
      <w:r w:rsidR="00D40DF1" w:rsidRPr="009257D9">
        <w:rPr>
          <w:rFonts w:ascii="Arial" w:eastAsia="Arial" w:hAnsi="Arial"/>
          <w:color w:val="1F4E79"/>
          <w:sz w:val="22"/>
          <w:lang w:val="ky-KG"/>
        </w:rPr>
        <w:t>дык планы</w:t>
      </w:r>
    </w:p>
    <w:p w14:paraId="24588815" w14:textId="044C8ECF" w:rsidR="0044297A" w:rsidRPr="009257D9" w:rsidRDefault="00E5127D">
      <w:pPr>
        <w:spacing w:after="80"/>
        <w:rPr>
          <w:lang w:val="ky-KG"/>
        </w:rPr>
      </w:pPr>
      <w:r w:rsidRPr="009257D9">
        <w:rPr>
          <w:lang w:val="ky-KG"/>
        </w:rPr>
        <w:t>Долбоордун бардык иш-чараларын хронологиялык тартипте көрсөтүңүз. Ишке ашыруу айларын "Х" белгиси менен белгилеңиз. Ар бир иш-чара үчүн конкреттүү натыйжаны же аткарылышын тастыктаган документти көрсөтүңүз</w:t>
      </w:r>
      <w:r w:rsidR="0042553D" w:rsidRPr="009257D9">
        <w:rPr>
          <w:lang w:val="ky-KG"/>
        </w:rPr>
        <w:t>.</w:t>
      </w:r>
    </w:p>
    <w:tbl>
      <w:tblPr>
        <w:tblStyle w:val="aff0"/>
        <w:tblW w:w="15106" w:type="dxa"/>
        <w:jc w:val="center"/>
        <w:tblLayout w:type="fixed"/>
        <w:tblLook w:val="04A0" w:firstRow="1" w:lastRow="0" w:firstColumn="1" w:lastColumn="0" w:noHBand="0" w:noVBand="1"/>
      </w:tblPr>
      <w:tblGrid>
        <w:gridCol w:w="613"/>
        <w:gridCol w:w="1426"/>
        <w:gridCol w:w="1859"/>
        <w:gridCol w:w="1440"/>
        <w:gridCol w:w="270"/>
        <w:gridCol w:w="270"/>
        <w:gridCol w:w="270"/>
        <w:gridCol w:w="180"/>
        <w:gridCol w:w="90"/>
        <w:gridCol w:w="270"/>
        <w:gridCol w:w="270"/>
        <w:gridCol w:w="270"/>
        <w:gridCol w:w="270"/>
        <w:gridCol w:w="270"/>
        <w:gridCol w:w="450"/>
        <w:gridCol w:w="6888"/>
      </w:tblGrid>
      <w:tr w:rsidR="007476A2" w:rsidRPr="009257D9" w14:paraId="4461602E" w14:textId="77777777" w:rsidTr="0084692C">
        <w:trPr>
          <w:cantSplit/>
          <w:trHeight w:val="50"/>
          <w:tblHeader/>
          <w:jc w:val="center"/>
        </w:trPr>
        <w:tc>
          <w:tcPr>
            <w:tcW w:w="613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694C57" w14:textId="77777777" w:rsidR="007476A2" w:rsidRPr="009257D9" w:rsidRDefault="007476A2" w:rsidP="007476A2">
            <w:pPr>
              <w:jc w:val="center"/>
              <w:rPr>
                <w:lang w:val="ky-KG"/>
              </w:rPr>
            </w:pPr>
            <w:r w:rsidRPr="009257D9">
              <w:rPr>
                <w:b/>
                <w:sz w:val="16"/>
                <w:lang w:val="ky-KG"/>
              </w:rPr>
              <w:t>№</w:t>
            </w:r>
          </w:p>
        </w:tc>
        <w:tc>
          <w:tcPr>
            <w:tcW w:w="1426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A2A715" w14:textId="128E5812" w:rsidR="007476A2" w:rsidRPr="009257D9" w:rsidRDefault="00E5127D" w:rsidP="007476A2">
            <w:pPr>
              <w:jc w:val="center"/>
              <w:rPr>
                <w:lang w:val="ky-KG"/>
              </w:rPr>
            </w:pPr>
            <w:r w:rsidRPr="009257D9">
              <w:rPr>
                <w:b/>
                <w:sz w:val="16"/>
                <w:lang w:val="ky-KG"/>
              </w:rPr>
              <w:t>Иш-чара</w:t>
            </w:r>
            <w:r w:rsidR="007476A2" w:rsidRPr="009257D9">
              <w:rPr>
                <w:b/>
                <w:sz w:val="16"/>
                <w:lang w:val="ky-KG"/>
              </w:rPr>
              <w:t xml:space="preserve"> / </w:t>
            </w:r>
            <w:r w:rsidRPr="009257D9">
              <w:rPr>
                <w:b/>
                <w:sz w:val="16"/>
                <w:lang w:val="ky-KG"/>
              </w:rPr>
              <w:t>жумуштардын этаптары</w:t>
            </w:r>
          </w:p>
        </w:tc>
        <w:tc>
          <w:tcPr>
            <w:tcW w:w="1859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F0A5AC" w14:textId="7DAF85B4" w:rsidR="007476A2" w:rsidRPr="009257D9" w:rsidRDefault="00E5127D" w:rsidP="007476A2">
            <w:pPr>
              <w:jc w:val="center"/>
              <w:rPr>
                <w:lang w:val="ky-KG"/>
              </w:rPr>
            </w:pPr>
            <w:r w:rsidRPr="009257D9">
              <w:rPr>
                <w:b/>
                <w:sz w:val="16"/>
                <w:lang w:val="ky-KG"/>
              </w:rPr>
              <w:t xml:space="preserve">Жумуштардын кыскача сүрөттөлүшү  </w:t>
            </w:r>
          </w:p>
        </w:tc>
        <w:tc>
          <w:tcPr>
            <w:tcW w:w="1440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10978B" w14:textId="6E1C72CA" w:rsidR="007476A2" w:rsidRPr="009257D9" w:rsidRDefault="00E5127D" w:rsidP="007476A2">
            <w:pPr>
              <w:jc w:val="center"/>
              <w:rPr>
                <w:lang w:val="ky-KG"/>
              </w:rPr>
            </w:pPr>
            <w:r w:rsidRPr="009257D9">
              <w:rPr>
                <w:b/>
                <w:sz w:val="16"/>
                <w:lang w:val="ky-KG"/>
              </w:rPr>
              <w:t xml:space="preserve">Жоопту </w:t>
            </w:r>
          </w:p>
        </w:tc>
        <w:tc>
          <w:tcPr>
            <w:tcW w:w="270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928417" w14:textId="64828E50" w:rsidR="007476A2" w:rsidRPr="009257D9" w:rsidRDefault="00E5127D" w:rsidP="007476A2">
            <w:pPr>
              <w:jc w:val="center"/>
              <w:rPr>
                <w:lang w:val="ky-KG"/>
              </w:rPr>
            </w:pPr>
            <w:r w:rsidRPr="009257D9">
              <w:rPr>
                <w:b/>
                <w:sz w:val="16"/>
                <w:lang w:val="ky-KG"/>
              </w:rPr>
              <w:t>А</w:t>
            </w:r>
            <w:r w:rsidR="007476A2" w:rsidRPr="009257D9">
              <w:rPr>
                <w:b/>
                <w:sz w:val="16"/>
                <w:lang w:val="ky-KG"/>
              </w:rPr>
              <w:t>1</w:t>
            </w:r>
          </w:p>
        </w:tc>
        <w:tc>
          <w:tcPr>
            <w:tcW w:w="270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E242F8" w14:textId="63E0399D" w:rsidR="007476A2" w:rsidRPr="009257D9" w:rsidRDefault="00E5127D" w:rsidP="007476A2">
            <w:pPr>
              <w:jc w:val="center"/>
              <w:rPr>
                <w:lang w:val="ky-KG"/>
              </w:rPr>
            </w:pPr>
            <w:r w:rsidRPr="009257D9">
              <w:rPr>
                <w:b/>
                <w:sz w:val="16"/>
                <w:lang w:val="ky-KG"/>
              </w:rPr>
              <w:t>А</w:t>
            </w:r>
            <w:r w:rsidR="007476A2" w:rsidRPr="009257D9">
              <w:rPr>
                <w:b/>
                <w:sz w:val="16"/>
                <w:lang w:val="ky-KG"/>
              </w:rPr>
              <w:t>2</w:t>
            </w:r>
          </w:p>
        </w:tc>
        <w:tc>
          <w:tcPr>
            <w:tcW w:w="270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2FEB0C" w14:textId="5A1D402A" w:rsidR="007476A2" w:rsidRPr="009257D9" w:rsidRDefault="00E5127D" w:rsidP="007476A2">
            <w:pPr>
              <w:jc w:val="center"/>
              <w:rPr>
                <w:lang w:val="ky-KG"/>
              </w:rPr>
            </w:pPr>
            <w:r w:rsidRPr="009257D9">
              <w:rPr>
                <w:b/>
                <w:sz w:val="16"/>
                <w:lang w:val="ky-KG"/>
              </w:rPr>
              <w:t>А</w:t>
            </w:r>
            <w:r w:rsidR="007476A2" w:rsidRPr="009257D9">
              <w:rPr>
                <w:b/>
                <w:sz w:val="16"/>
                <w:lang w:val="ky-KG"/>
              </w:rPr>
              <w:t>3</w:t>
            </w:r>
          </w:p>
        </w:tc>
        <w:tc>
          <w:tcPr>
            <w:tcW w:w="270" w:type="dxa"/>
            <w:gridSpan w:val="2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592C17" w14:textId="66210F0E" w:rsidR="007476A2" w:rsidRPr="009257D9" w:rsidRDefault="00E5127D" w:rsidP="007476A2">
            <w:pPr>
              <w:jc w:val="center"/>
              <w:rPr>
                <w:lang w:val="ky-KG"/>
              </w:rPr>
            </w:pPr>
            <w:r w:rsidRPr="009257D9">
              <w:rPr>
                <w:b/>
                <w:sz w:val="16"/>
                <w:lang w:val="ky-KG"/>
              </w:rPr>
              <w:t>А</w:t>
            </w:r>
            <w:r w:rsidR="007476A2" w:rsidRPr="009257D9">
              <w:rPr>
                <w:b/>
                <w:sz w:val="16"/>
                <w:lang w:val="ky-KG"/>
              </w:rPr>
              <w:t>4</w:t>
            </w:r>
          </w:p>
        </w:tc>
        <w:tc>
          <w:tcPr>
            <w:tcW w:w="270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FD243A" w14:textId="759F8C92" w:rsidR="007476A2" w:rsidRPr="009257D9" w:rsidRDefault="00E5127D" w:rsidP="007476A2">
            <w:pPr>
              <w:jc w:val="center"/>
              <w:rPr>
                <w:lang w:val="ky-KG"/>
              </w:rPr>
            </w:pPr>
            <w:r w:rsidRPr="009257D9">
              <w:rPr>
                <w:b/>
                <w:sz w:val="16"/>
                <w:lang w:val="ky-KG"/>
              </w:rPr>
              <w:t>А</w:t>
            </w:r>
            <w:r w:rsidR="007476A2" w:rsidRPr="009257D9">
              <w:rPr>
                <w:b/>
                <w:sz w:val="16"/>
                <w:lang w:val="ky-KG"/>
              </w:rPr>
              <w:t>5</w:t>
            </w:r>
          </w:p>
        </w:tc>
        <w:tc>
          <w:tcPr>
            <w:tcW w:w="270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63B5EA" w14:textId="3AC35C8D" w:rsidR="007476A2" w:rsidRPr="009257D9" w:rsidRDefault="00E5127D" w:rsidP="007476A2">
            <w:pPr>
              <w:jc w:val="center"/>
              <w:rPr>
                <w:lang w:val="ky-KG"/>
              </w:rPr>
            </w:pPr>
            <w:r w:rsidRPr="009257D9">
              <w:rPr>
                <w:b/>
                <w:sz w:val="16"/>
                <w:lang w:val="ky-KG"/>
              </w:rPr>
              <w:t>А</w:t>
            </w:r>
            <w:r w:rsidR="007476A2" w:rsidRPr="009257D9">
              <w:rPr>
                <w:b/>
                <w:sz w:val="16"/>
                <w:lang w:val="ky-KG"/>
              </w:rPr>
              <w:t>6</w:t>
            </w:r>
          </w:p>
        </w:tc>
        <w:tc>
          <w:tcPr>
            <w:tcW w:w="270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469AC3" w14:textId="01216335" w:rsidR="007476A2" w:rsidRPr="009257D9" w:rsidRDefault="00E5127D" w:rsidP="007476A2">
            <w:pPr>
              <w:jc w:val="center"/>
              <w:rPr>
                <w:lang w:val="ky-KG"/>
              </w:rPr>
            </w:pPr>
            <w:r w:rsidRPr="009257D9">
              <w:rPr>
                <w:b/>
                <w:sz w:val="16"/>
                <w:lang w:val="ky-KG"/>
              </w:rPr>
              <w:t>А</w:t>
            </w:r>
            <w:r w:rsidR="007476A2" w:rsidRPr="009257D9">
              <w:rPr>
                <w:b/>
                <w:sz w:val="16"/>
                <w:lang w:val="ky-KG"/>
              </w:rPr>
              <w:t>7</w:t>
            </w:r>
          </w:p>
        </w:tc>
        <w:tc>
          <w:tcPr>
            <w:tcW w:w="270" w:type="dxa"/>
            <w:shd w:val="clear" w:color="auto" w:fill="D9EAF7"/>
          </w:tcPr>
          <w:p w14:paraId="448CBC6F" w14:textId="69455B7B" w:rsidR="007476A2" w:rsidRPr="009257D9" w:rsidRDefault="00E5127D" w:rsidP="007476A2">
            <w:pPr>
              <w:jc w:val="center"/>
              <w:rPr>
                <w:b/>
                <w:sz w:val="16"/>
                <w:lang w:val="ky-KG"/>
              </w:rPr>
            </w:pPr>
            <w:r w:rsidRPr="009257D9">
              <w:rPr>
                <w:b/>
                <w:sz w:val="16"/>
                <w:lang w:val="ky-KG"/>
              </w:rPr>
              <w:t>А</w:t>
            </w:r>
            <w:r w:rsidR="007476A2" w:rsidRPr="009257D9">
              <w:rPr>
                <w:b/>
                <w:sz w:val="16"/>
                <w:lang w:val="ky-KG"/>
              </w:rPr>
              <w:t xml:space="preserve">8 </w:t>
            </w:r>
          </w:p>
        </w:tc>
        <w:tc>
          <w:tcPr>
            <w:tcW w:w="270" w:type="dxa"/>
            <w:shd w:val="clear" w:color="auto" w:fill="D9EAF7"/>
          </w:tcPr>
          <w:p w14:paraId="2B9544F2" w14:textId="60DBFBC6" w:rsidR="007476A2" w:rsidRPr="009257D9" w:rsidRDefault="00E5127D" w:rsidP="007476A2">
            <w:pPr>
              <w:jc w:val="center"/>
              <w:rPr>
                <w:b/>
                <w:sz w:val="16"/>
                <w:lang w:val="ky-KG"/>
              </w:rPr>
            </w:pPr>
            <w:r w:rsidRPr="009257D9">
              <w:rPr>
                <w:b/>
                <w:sz w:val="16"/>
                <w:lang w:val="ky-KG"/>
              </w:rPr>
              <w:t>А</w:t>
            </w:r>
            <w:r w:rsidR="007476A2" w:rsidRPr="009257D9">
              <w:rPr>
                <w:b/>
                <w:sz w:val="16"/>
                <w:lang w:val="ky-KG"/>
              </w:rPr>
              <w:t>9</w:t>
            </w:r>
          </w:p>
        </w:tc>
        <w:tc>
          <w:tcPr>
            <w:tcW w:w="450" w:type="dxa"/>
            <w:shd w:val="clear" w:color="auto" w:fill="D9EAF7"/>
          </w:tcPr>
          <w:p w14:paraId="5AF9A308" w14:textId="04812E4F" w:rsidR="0084692C" w:rsidRPr="009257D9" w:rsidRDefault="00E5127D" w:rsidP="007476A2">
            <w:pPr>
              <w:jc w:val="center"/>
              <w:rPr>
                <w:b/>
                <w:sz w:val="16"/>
                <w:lang w:val="ky-KG"/>
              </w:rPr>
            </w:pPr>
            <w:r w:rsidRPr="009257D9">
              <w:rPr>
                <w:b/>
                <w:sz w:val="16"/>
                <w:lang w:val="ky-KG"/>
              </w:rPr>
              <w:t>А</w:t>
            </w:r>
          </w:p>
          <w:p w14:paraId="4ECD1CD6" w14:textId="48936E42" w:rsidR="007476A2" w:rsidRPr="009257D9" w:rsidRDefault="007476A2" w:rsidP="007476A2">
            <w:pPr>
              <w:jc w:val="center"/>
              <w:rPr>
                <w:b/>
                <w:sz w:val="16"/>
                <w:lang w:val="ky-KG"/>
              </w:rPr>
            </w:pPr>
            <w:r w:rsidRPr="009257D9">
              <w:rPr>
                <w:b/>
                <w:sz w:val="16"/>
                <w:lang w:val="ky-KG"/>
              </w:rPr>
              <w:t>10</w:t>
            </w:r>
          </w:p>
        </w:tc>
        <w:tc>
          <w:tcPr>
            <w:tcW w:w="6888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AC12FD" w14:textId="257CF9C1" w:rsidR="007476A2" w:rsidRPr="009257D9" w:rsidRDefault="00E5127D" w:rsidP="007476A2">
            <w:pPr>
              <w:jc w:val="center"/>
              <w:rPr>
                <w:lang w:val="ky-KG"/>
              </w:rPr>
            </w:pPr>
            <w:r w:rsidRPr="009257D9">
              <w:rPr>
                <w:b/>
                <w:sz w:val="16"/>
                <w:lang w:val="ky-KG"/>
              </w:rPr>
              <w:t>Күтүлүүчү натыйжа</w:t>
            </w:r>
            <w:r w:rsidR="007476A2" w:rsidRPr="009257D9">
              <w:rPr>
                <w:b/>
                <w:sz w:val="16"/>
                <w:lang w:val="ky-KG"/>
              </w:rPr>
              <w:t xml:space="preserve"> / </w:t>
            </w:r>
            <w:r w:rsidRPr="009257D9">
              <w:rPr>
                <w:b/>
                <w:sz w:val="16"/>
                <w:lang w:val="ky-KG"/>
              </w:rPr>
              <w:t>ырастоочу</w:t>
            </w:r>
            <w:r w:rsidR="007476A2" w:rsidRPr="009257D9">
              <w:rPr>
                <w:b/>
                <w:sz w:val="16"/>
                <w:lang w:val="ky-KG"/>
              </w:rPr>
              <w:t xml:space="preserve"> документ</w:t>
            </w:r>
          </w:p>
        </w:tc>
      </w:tr>
      <w:tr w:rsidR="00AB1B6A" w:rsidRPr="009257D9" w14:paraId="7AAB4003" w14:textId="77777777" w:rsidTr="0084692C">
        <w:trPr>
          <w:cantSplit/>
          <w:trHeight w:val="48"/>
          <w:jc w:val="center"/>
        </w:trPr>
        <w:tc>
          <w:tcPr>
            <w:tcW w:w="61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B3B09B" w14:textId="77777777" w:rsidR="00AB1B6A" w:rsidRPr="009257D9" w:rsidRDefault="00AB1B6A">
            <w:pPr>
              <w:jc w:val="center"/>
              <w:rPr>
                <w:lang w:val="ky-KG"/>
              </w:rPr>
            </w:pPr>
            <w:r w:rsidRPr="009257D9">
              <w:rPr>
                <w:sz w:val="15"/>
                <w:lang w:val="ky-KG"/>
              </w:rPr>
              <w:t>1</w:t>
            </w:r>
          </w:p>
        </w:tc>
        <w:tc>
          <w:tcPr>
            <w:tcW w:w="14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8B19BB" w14:textId="24E5E901" w:rsidR="00AB1B6A" w:rsidRPr="009257D9" w:rsidRDefault="00E5127D">
            <w:pPr>
              <w:rPr>
                <w:color w:val="FF0000"/>
                <w:lang w:val="ky-KG"/>
              </w:rPr>
            </w:pPr>
            <w:r w:rsidRPr="009257D9">
              <w:rPr>
                <w:i/>
                <w:color w:val="FF0000"/>
                <w:sz w:val="15"/>
                <w:lang w:val="ky-KG"/>
              </w:rPr>
              <w:t>Мисалы</w:t>
            </w:r>
            <w:r w:rsidR="00AB1B6A" w:rsidRPr="009257D9">
              <w:rPr>
                <w:i/>
                <w:color w:val="FF0000"/>
                <w:sz w:val="15"/>
                <w:lang w:val="ky-KG"/>
              </w:rPr>
              <w:t xml:space="preserve"> </w:t>
            </w:r>
            <w:r w:rsidRPr="009257D9">
              <w:rPr>
                <w:i/>
                <w:color w:val="FF0000"/>
                <w:sz w:val="15"/>
                <w:lang w:val="ky-KG"/>
              </w:rPr>
              <w:t>–</w:t>
            </w:r>
            <w:r w:rsidR="00AB1B6A" w:rsidRPr="009257D9">
              <w:rPr>
                <w:i/>
                <w:color w:val="FF0000"/>
                <w:sz w:val="15"/>
                <w:lang w:val="ky-KG"/>
              </w:rPr>
              <w:t xml:space="preserve"> </w:t>
            </w:r>
            <w:r w:rsidRPr="009257D9">
              <w:rPr>
                <w:i/>
                <w:color w:val="FF0000"/>
                <w:sz w:val="15"/>
                <w:lang w:val="ky-KG"/>
              </w:rPr>
              <w:t>баштапкы топтомду даярдоо</w:t>
            </w:r>
          </w:p>
        </w:tc>
        <w:tc>
          <w:tcPr>
            <w:tcW w:w="18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66D23A" w14:textId="070ED335" w:rsidR="00AB1B6A" w:rsidRPr="009257D9" w:rsidRDefault="00E5127D">
            <w:pPr>
              <w:rPr>
                <w:color w:val="FF0000"/>
                <w:lang w:val="ky-KG"/>
              </w:rPr>
            </w:pPr>
            <w:r w:rsidRPr="009257D9">
              <w:rPr>
                <w:i/>
                <w:color w:val="FF0000"/>
                <w:sz w:val="15"/>
                <w:lang w:val="ky-KG"/>
              </w:rPr>
              <w:t xml:space="preserve">Иш графиктерин, сатып алуулар планын, жоопту жактарды тактоо  </w:t>
            </w:r>
          </w:p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9BFD39" w14:textId="663DBA2E" w:rsidR="00AB1B6A" w:rsidRPr="009257D9" w:rsidRDefault="00E5127D">
            <w:pPr>
              <w:rPr>
                <w:color w:val="FF0000"/>
                <w:lang w:val="ky-KG"/>
              </w:rPr>
            </w:pPr>
            <w:r w:rsidRPr="009257D9">
              <w:rPr>
                <w:color w:val="FF0000"/>
                <w:sz w:val="15"/>
                <w:lang w:val="ky-KG"/>
              </w:rPr>
              <w:t>БӨУ</w:t>
            </w: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4E3AD0" w14:textId="0CBD9D43" w:rsidR="00AB1B6A" w:rsidRPr="009257D9" w:rsidRDefault="00AB1B6A">
            <w:pPr>
              <w:jc w:val="center"/>
              <w:rPr>
                <w:color w:val="FF0000"/>
                <w:lang w:val="ky-KG"/>
              </w:rPr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3325DE" w14:textId="77777777" w:rsidR="00AB1B6A" w:rsidRPr="009257D9" w:rsidRDefault="00AB1B6A">
            <w:pPr>
              <w:jc w:val="center"/>
              <w:rPr>
                <w:color w:val="FF0000"/>
                <w:lang w:val="ky-KG"/>
              </w:rPr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406322" w14:textId="77777777" w:rsidR="00AB1B6A" w:rsidRPr="009257D9" w:rsidRDefault="00AB1B6A">
            <w:pPr>
              <w:jc w:val="center"/>
              <w:rPr>
                <w:color w:val="FF0000"/>
                <w:lang w:val="ky-KG"/>
              </w:rPr>
            </w:pPr>
          </w:p>
        </w:tc>
        <w:tc>
          <w:tcPr>
            <w:tcW w:w="1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27CCA5" w14:textId="77777777" w:rsidR="00AB1B6A" w:rsidRPr="009257D9" w:rsidRDefault="00AB1B6A">
            <w:pPr>
              <w:jc w:val="center"/>
              <w:rPr>
                <w:color w:val="FF0000"/>
                <w:lang w:val="ky-KG"/>
              </w:rPr>
            </w:pPr>
          </w:p>
        </w:tc>
        <w:tc>
          <w:tcPr>
            <w:tcW w:w="36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E29FBF" w14:textId="77777777" w:rsidR="00AB1B6A" w:rsidRPr="009257D9" w:rsidRDefault="00AB1B6A">
            <w:pPr>
              <w:jc w:val="center"/>
              <w:rPr>
                <w:color w:val="FF0000"/>
                <w:lang w:val="ky-KG"/>
              </w:rPr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173902" w14:textId="77777777" w:rsidR="00AB1B6A" w:rsidRPr="009257D9" w:rsidRDefault="00AB1B6A">
            <w:pPr>
              <w:jc w:val="center"/>
              <w:rPr>
                <w:color w:val="FF0000"/>
                <w:lang w:val="ky-KG"/>
              </w:rPr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F2B44D" w14:textId="77777777" w:rsidR="00AB1B6A" w:rsidRPr="009257D9" w:rsidRDefault="00AB1B6A">
            <w:pPr>
              <w:jc w:val="center"/>
              <w:rPr>
                <w:color w:val="FF0000"/>
                <w:lang w:val="ky-KG"/>
              </w:rPr>
            </w:pPr>
          </w:p>
        </w:tc>
        <w:tc>
          <w:tcPr>
            <w:tcW w:w="270" w:type="dxa"/>
          </w:tcPr>
          <w:p w14:paraId="540F32D3" w14:textId="77777777" w:rsidR="00AB1B6A" w:rsidRPr="009257D9" w:rsidRDefault="00AB1B6A">
            <w:pPr>
              <w:rPr>
                <w:i/>
                <w:color w:val="FF0000"/>
                <w:sz w:val="15"/>
                <w:lang w:val="ky-KG"/>
              </w:rPr>
            </w:pPr>
          </w:p>
        </w:tc>
        <w:tc>
          <w:tcPr>
            <w:tcW w:w="270" w:type="dxa"/>
          </w:tcPr>
          <w:p w14:paraId="696E7C0E" w14:textId="77777777" w:rsidR="00AB1B6A" w:rsidRPr="009257D9" w:rsidRDefault="00AB1B6A">
            <w:pPr>
              <w:rPr>
                <w:i/>
                <w:color w:val="FF0000"/>
                <w:sz w:val="15"/>
                <w:lang w:val="ky-KG"/>
              </w:rPr>
            </w:pPr>
          </w:p>
        </w:tc>
        <w:tc>
          <w:tcPr>
            <w:tcW w:w="450" w:type="dxa"/>
          </w:tcPr>
          <w:p w14:paraId="5483B284" w14:textId="77777777" w:rsidR="00AB1B6A" w:rsidRPr="009257D9" w:rsidRDefault="00AB1B6A">
            <w:pPr>
              <w:rPr>
                <w:i/>
                <w:color w:val="FF0000"/>
                <w:sz w:val="15"/>
                <w:lang w:val="ky-KG"/>
              </w:rPr>
            </w:pPr>
          </w:p>
        </w:tc>
        <w:tc>
          <w:tcPr>
            <w:tcW w:w="688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FBDF1E" w14:textId="6880855C" w:rsidR="00AB1B6A" w:rsidRPr="009257D9" w:rsidRDefault="00E5127D">
            <w:pPr>
              <w:rPr>
                <w:color w:val="FF0000"/>
                <w:lang w:val="ky-KG"/>
              </w:rPr>
            </w:pPr>
            <w:r w:rsidRPr="009257D9">
              <w:rPr>
                <w:i/>
                <w:color w:val="FF0000"/>
                <w:sz w:val="15"/>
                <w:lang w:val="ky-KG"/>
              </w:rPr>
              <w:t>Бекитилген иш графиги</w:t>
            </w:r>
            <w:r w:rsidR="00AB1B6A" w:rsidRPr="009257D9">
              <w:rPr>
                <w:i/>
                <w:color w:val="FF0000"/>
                <w:sz w:val="15"/>
                <w:lang w:val="ky-KG"/>
              </w:rPr>
              <w:t xml:space="preserve"> / </w:t>
            </w:r>
            <w:r w:rsidRPr="009257D9">
              <w:rPr>
                <w:i/>
                <w:color w:val="FF0000"/>
                <w:sz w:val="15"/>
                <w:lang w:val="ky-KG"/>
              </w:rPr>
              <w:t xml:space="preserve">документтердин баштапкы топтому  </w:t>
            </w:r>
          </w:p>
        </w:tc>
      </w:tr>
      <w:tr w:rsidR="00AB1B6A" w:rsidRPr="009257D9" w14:paraId="3DDFD5EA" w14:textId="77777777" w:rsidTr="0084692C">
        <w:trPr>
          <w:cantSplit/>
          <w:trHeight w:val="48"/>
          <w:jc w:val="center"/>
        </w:trPr>
        <w:tc>
          <w:tcPr>
            <w:tcW w:w="61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C3A32F" w14:textId="77777777" w:rsidR="00AB1B6A" w:rsidRPr="009257D9" w:rsidRDefault="00AB1B6A">
            <w:pPr>
              <w:jc w:val="center"/>
              <w:rPr>
                <w:lang w:val="ky-KG"/>
              </w:rPr>
            </w:pPr>
            <w:r w:rsidRPr="009257D9">
              <w:rPr>
                <w:sz w:val="15"/>
                <w:lang w:val="ky-KG"/>
              </w:rPr>
              <w:lastRenderedPageBreak/>
              <w:t>2</w:t>
            </w:r>
          </w:p>
        </w:tc>
        <w:tc>
          <w:tcPr>
            <w:tcW w:w="14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5811B9" w14:textId="1791E6E0" w:rsidR="00AB1B6A" w:rsidRPr="009257D9" w:rsidRDefault="00E5127D">
            <w:pPr>
              <w:rPr>
                <w:color w:val="FF0000"/>
                <w:lang w:val="ky-KG"/>
              </w:rPr>
            </w:pPr>
            <w:r w:rsidRPr="009257D9">
              <w:rPr>
                <w:i/>
                <w:color w:val="FF0000"/>
                <w:sz w:val="15"/>
                <w:lang w:val="ky-KG"/>
              </w:rPr>
              <w:t xml:space="preserve">Жетүүнү жана макулдашууларды ырастоо  </w:t>
            </w:r>
          </w:p>
        </w:tc>
        <w:tc>
          <w:tcPr>
            <w:tcW w:w="18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ACC344" w14:textId="69DA54AD" w:rsidR="00AB1B6A" w:rsidRPr="009257D9" w:rsidRDefault="00E5127D">
            <w:pPr>
              <w:rPr>
                <w:color w:val="FF0000"/>
                <w:lang w:val="ky-KG"/>
              </w:rPr>
            </w:pPr>
            <w:r w:rsidRPr="009257D9">
              <w:rPr>
                <w:i/>
                <w:color w:val="FF0000"/>
                <w:sz w:val="15"/>
                <w:lang w:val="ky-KG"/>
              </w:rPr>
              <w:t xml:space="preserve">Өнөктөштөн же объектти балансында кармоочудан макулдашууну алуу/ырастоо  </w:t>
            </w:r>
          </w:p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CBF879" w14:textId="26AA2E79" w:rsidR="00AB1B6A" w:rsidRPr="009257D9" w:rsidRDefault="00E5127D">
            <w:pPr>
              <w:rPr>
                <w:color w:val="FF0000"/>
                <w:lang w:val="ky-KG"/>
              </w:rPr>
            </w:pPr>
            <w:r w:rsidRPr="009257D9">
              <w:rPr>
                <w:color w:val="FF0000"/>
                <w:sz w:val="15"/>
                <w:lang w:val="ky-KG"/>
              </w:rPr>
              <w:t>БӨУ</w:t>
            </w:r>
            <w:r w:rsidR="00AB1B6A" w:rsidRPr="009257D9">
              <w:rPr>
                <w:color w:val="FF0000"/>
                <w:sz w:val="15"/>
                <w:lang w:val="ky-KG"/>
              </w:rPr>
              <w:t xml:space="preserve">, </w:t>
            </w:r>
            <w:r w:rsidRPr="009257D9">
              <w:rPr>
                <w:color w:val="FF0000"/>
                <w:sz w:val="15"/>
                <w:lang w:val="ky-KG"/>
              </w:rPr>
              <w:t>өнөктөш</w:t>
            </w: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07FB97" w14:textId="77777777" w:rsidR="00AB1B6A" w:rsidRPr="009257D9" w:rsidRDefault="00AB1B6A">
            <w:pPr>
              <w:jc w:val="center"/>
              <w:rPr>
                <w:color w:val="FF0000"/>
                <w:lang w:val="ky-KG"/>
              </w:rPr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4BD48E" w14:textId="6146C577" w:rsidR="00AB1B6A" w:rsidRPr="009257D9" w:rsidRDefault="00AB1B6A">
            <w:pPr>
              <w:jc w:val="center"/>
              <w:rPr>
                <w:color w:val="FF0000"/>
                <w:lang w:val="ky-KG"/>
              </w:rPr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26196F" w14:textId="77777777" w:rsidR="00AB1B6A" w:rsidRPr="009257D9" w:rsidRDefault="00AB1B6A">
            <w:pPr>
              <w:jc w:val="center"/>
              <w:rPr>
                <w:color w:val="FF0000"/>
                <w:lang w:val="ky-KG"/>
              </w:rPr>
            </w:pPr>
          </w:p>
        </w:tc>
        <w:tc>
          <w:tcPr>
            <w:tcW w:w="1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AAACF6" w14:textId="77777777" w:rsidR="00AB1B6A" w:rsidRPr="009257D9" w:rsidRDefault="00AB1B6A">
            <w:pPr>
              <w:jc w:val="center"/>
              <w:rPr>
                <w:color w:val="FF0000"/>
                <w:lang w:val="ky-KG"/>
              </w:rPr>
            </w:pPr>
          </w:p>
        </w:tc>
        <w:tc>
          <w:tcPr>
            <w:tcW w:w="36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BA3A1A" w14:textId="77777777" w:rsidR="00AB1B6A" w:rsidRPr="009257D9" w:rsidRDefault="00AB1B6A">
            <w:pPr>
              <w:jc w:val="center"/>
              <w:rPr>
                <w:color w:val="FF0000"/>
                <w:lang w:val="ky-KG"/>
              </w:rPr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53BE07" w14:textId="77777777" w:rsidR="00AB1B6A" w:rsidRPr="009257D9" w:rsidRDefault="00AB1B6A">
            <w:pPr>
              <w:jc w:val="center"/>
              <w:rPr>
                <w:color w:val="FF0000"/>
                <w:lang w:val="ky-KG"/>
              </w:rPr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ADF06D" w14:textId="77777777" w:rsidR="00AB1B6A" w:rsidRPr="009257D9" w:rsidRDefault="00AB1B6A">
            <w:pPr>
              <w:jc w:val="center"/>
              <w:rPr>
                <w:color w:val="FF0000"/>
                <w:lang w:val="ky-KG"/>
              </w:rPr>
            </w:pPr>
          </w:p>
        </w:tc>
        <w:tc>
          <w:tcPr>
            <w:tcW w:w="270" w:type="dxa"/>
          </w:tcPr>
          <w:p w14:paraId="19A4D0CF" w14:textId="77777777" w:rsidR="00AB1B6A" w:rsidRPr="009257D9" w:rsidRDefault="00AB1B6A" w:rsidP="007476A2">
            <w:pPr>
              <w:jc w:val="center"/>
              <w:rPr>
                <w:color w:val="FF0000"/>
                <w:lang w:val="ky-KG"/>
              </w:rPr>
            </w:pPr>
          </w:p>
        </w:tc>
        <w:tc>
          <w:tcPr>
            <w:tcW w:w="270" w:type="dxa"/>
          </w:tcPr>
          <w:p w14:paraId="0A19BF1F" w14:textId="77777777" w:rsidR="00AB1B6A" w:rsidRPr="009257D9" w:rsidRDefault="00AB1B6A" w:rsidP="007476A2">
            <w:pPr>
              <w:jc w:val="center"/>
              <w:rPr>
                <w:color w:val="FF0000"/>
                <w:lang w:val="ky-KG"/>
              </w:rPr>
            </w:pPr>
          </w:p>
        </w:tc>
        <w:tc>
          <w:tcPr>
            <w:tcW w:w="450" w:type="dxa"/>
          </w:tcPr>
          <w:p w14:paraId="35CA2DBB" w14:textId="77777777" w:rsidR="00AB1B6A" w:rsidRPr="009257D9" w:rsidRDefault="00AB1B6A" w:rsidP="007476A2">
            <w:pPr>
              <w:jc w:val="center"/>
              <w:rPr>
                <w:color w:val="FF0000"/>
                <w:lang w:val="ky-KG"/>
              </w:rPr>
            </w:pPr>
          </w:p>
        </w:tc>
        <w:tc>
          <w:tcPr>
            <w:tcW w:w="688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ED7649" w14:textId="1192F064" w:rsidR="00AB1B6A" w:rsidRPr="009257D9" w:rsidRDefault="00E5127D">
            <w:pPr>
              <w:rPr>
                <w:color w:val="FF0000"/>
                <w:lang w:val="ky-KG"/>
              </w:rPr>
            </w:pPr>
            <w:r w:rsidRPr="009257D9">
              <w:rPr>
                <w:i/>
                <w:color w:val="FF0000"/>
                <w:sz w:val="15"/>
                <w:lang w:val="ky-KG"/>
              </w:rPr>
              <w:t xml:space="preserve">Колдоо каты, макулдашуу, объектке жетүү актысы  </w:t>
            </w:r>
          </w:p>
        </w:tc>
      </w:tr>
      <w:tr w:rsidR="00AB1B6A" w:rsidRPr="009257D9" w14:paraId="37F6F40A" w14:textId="77777777" w:rsidTr="0084692C">
        <w:trPr>
          <w:cantSplit/>
          <w:trHeight w:val="27"/>
          <w:jc w:val="center"/>
        </w:trPr>
        <w:tc>
          <w:tcPr>
            <w:tcW w:w="61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1E548A" w14:textId="77777777" w:rsidR="00AB1B6A" w:rsidRPr="009257D9" w:rsidRDefault="00AB1B6A">
            <w:pPr>
              <w:jc w:val="center"/>
              <w:rPr>
                <w:lang w:val="ky-KG"/>
              </w:rPr>
            </w:pPr>
            <w:r w:rsidRPr="009257D9">
              <w:rPr>
                <w:sz w:val="15"/>
                <w:lang w:val="ky-KG"/>
              </w:rPr>
              <w:t>3</w:t>
            </w:r>
          </w:p>
        </w:tc>
        <w:tc>
          <w:tcPr>
            <w:tcW w:w="14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9E0680" w14:textId="620FE300" w:rsidR="00AB1B6A" w:rsidRPr="009257D9" w:rsidRDefault="00AB1B6A">
            <w:pPr>
              <w:rPr>
                <w:lang w:val="ky-KG"/>
              </w:rPr>
            </w:pPr>
          </w:p>
        </w:tc>
        <w:tc>
          <w:tcPr>
            <w:tcW w:w="18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6C4A92" w14:textId="2486CA69" w:rsidR="00AB1B6A" w:rsidRPr="009257D9" w:rsidRDefault="00AB1B6A">
            <w:pPr>
              <w:rPr>
                <w:lang w:val="ky-KG"/>
              </w:rPr>
            </w:pPr>
          </w:p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75965C" w14:textId="2EAF7B9D" w:rsidR="00AB1B6A" w:rsidRPr="009257D9" w:rsidRDefault="00AB1B6A">
            <w:pPr>
              <w:rPr>
                <w:lang w:val="ky-KG"/>
              </w:rPr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1620AA" w14:textId="77777777" w:rsidR="00AB1B6A" w:rsidRPr="009257D9" w:rsidRDefault="00AB1B6A">
            <w:pPr>
              <w:jc w:val="center"/>
              <w:rPr>
                <w:lang w:val="ky-KG"/>
              </w:rPr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EFDA0C" w14:textId="212A81F1" w:rsidR="00AB1B6A" w:rsidRPr="009257D9" w:rsidRDefault="00AB1B6A">
            <w:pPr>
              <w:jc w:val="center"/>
              <w:rPr>
                <w:lang w:val="ky-KG"/>
              </w:rPr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8CD25B" w14:textId="731253EC" w:rsidR="00AB1B6A" w:rsidRPr="009257D9" w:rsidRDefault="00AB1B6A">
            <w:pPr>
              <w:jc w:val="center"/>
              <w:rPr>
                <w:lang w:val="ky-KG"/>
              </w:rPr>
            </w:pPr>
          </w:p>
        </w:tc>
        <w:tc>
          <w:tcPr>
            <w:tcW w:w="1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6EB849" w14:textId="77777777" w:rsidR="00AB1B6A" w:rsidRPr="009257D9" w:rsidRDefault="00AB1B6A">
            <w:pPr>
              <w:jc w:val="center"/>
              <w:rPr>
                <w:lang w:val="ky-KG"/>
              </w:rPr>
            </w:pPr>
          </w:p>
        </w:tc>
        <w:tc>
          <w:tcPr>
            <w:tcW w:w="36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A0B071" w14:textId="77777777" w:rsidR="00AB1B6A" w:rsidRPr="009257D9" w:rsidRDefault="00AB1B6A">
            <w:pPr>
              <w:jc w:val="center"/>
              <w:rPr>
                <w:lang w:val="ky-KG"/>
              </w:rPr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9DDCC9" w14:textId="77777777" w:rsidR="00AB1B6A" w:rsidRPr="009257D9" w:rsidRDefault="00AB1B6A">
            <w:pPr>
              <w:jc w:val="center"/>
              <w:rPr>
                <w:lang w:val="ky-KG"/>
              </w:rPr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2BB6B3" w14:textId="77777777" w:rsidR="00AB1B6A" w:rsidRPr="009257D9" w:rsidRDefault="00AB1B6A">
            <w:pPr>
              <w:jc w:val="center"/>
              <w:rPr>
                <w:lang w:val="ky-KG"/>
              </w:rPr>
            </w:pPr>
          </w:p>
        </w:tc>
        <w:tc>
          <w:tcPr>
            <w:tcW w:w="270" w:type="dxa"/>
          </w:tcPr>
          <w:p w14:paraId="7BCDB2C9" w14:textId="77777777" w:rsidR="00AB1B6A" w:rsidRPr="009257D9" w:rsidRDefault="00AB1B6A">
            <w:pPr>
              <w:rPr>
                <w:sz w:val="15"/>
                <w:lang w:val="ky-KG"/>
              </w:rPr>
            </w:pPr>
          </w:p>
        </w:tc>
        <w:tc>
          <w:tcPr>
            <w:tcW w:w="270" w:type="dxa"/>
          </w:tcPr>
          <w:p w14:paraId="727E4D53" w14:textId="77777777" w:rsidR="00AB1B6A" w:rsidRPr="009257D9" w:rsidRDefault="00AB1B6A">
            <w:pPr>
              <w:rPr>
                <w:lang w:val="ky-KG"/>
              </w:rPr>
            </w:pPr>
          </w:p>
        </w:tc>
        <w:tc>
          <w:tcPr>
            <w:tcW w:w="450" w:type="dxa"/>
          </w:tcPr>
          <w:p w14:paraId="1D4767C4" w14:textId="77777777" w:rsidR="00AB1B6A" w:rsidRPr="009257D9" w:rsidRDefault="00AB1B6A">
            <w:pPr>
              <w:rPr>
                <w:lang w:val="ky-KG"/>
              </w:rPr>
            </w:pPr>
          </w:p>
        </w:tc>
        <w:tc>
          <w:tcPr>
            <w:tcW w:w="688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0CED44" w14:textId="284940CB" w:rsidR="00AB1B6A" w:rsidRPr="009257D9" w:rsidRDefault="00AB1B6A">
            <w:pPr>
              <w:rPr>
                <w:lang w:val="ky-KG"/>
              </w:rPr>
            </w:pPr>
          </w:p>
        </w:tc>
      </w:tr>
      <w:tr w:rsidR="00AB1B6A" w:rsidRPr="009257D9" w14:paraId="1593A509" w14:textId="77777777" w:rsidTr="0084692C">
        <w:trPr>
          <w:cantSplit/>
          <w:trHeight w:val="27"/>
          <w:jc w:val="center"/>
        </w:trPr>
        <w:tc>
          <w:tcPr>
            <w:tcW w:w="61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FCEF2A" w14:textId="77777777" w:rsidR="00AB1B6A" w:rsidRPr="009257D9" w:rsidRDefault="00AB1B6A">
            <w:pPr>
              <w:jc w:val="center"/>
              <w:rPr>
                <w:lang w:val="ky-KG"/>
              </w:rPr>
            </w:pPr>
            <w:r w:rsidRPr="009257D9">
              <w:rPr>
                <w:sz w:val="15"/>
                <w:lang w:val="ky-KG"/>
              </w:rPr>
              <w:t>4</w:t>
            </w:r>
          </w:p>
        </w:tc>
        <w:tc>
          <w:tcPr>
            <w:tcW w:w="14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6FD554" w14:textId="72737C58" w:rsidR="00AB1B6A" w:rsidRPr="009257D9" w:rsidRDefault="00AB1B6A">
            <w:pPr>
              <w:rPr>
                <w:lang w:val="ky-KG"/>
              </w:rPr>
            </w:pPr>
          </w:p>
        </w:tc>
        <w:tc>
          <w:tcPr>
            <w:tcW w:w="18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57E4C3" w14:textId="1684746F" w:rsidR="00AB1B6A" w:rsidRPr="009257D9" w:rsidRDefault="00AB1B6A">
            <w:pPr>
              <w:rPr>
                <w:lang w:val="ky-KG"/>
              </w:rPr>
            </w:pPr>
          </w:p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EFE03D" w14:textId="1D260C48" w:rsidR="00AB1B6A" w:rsidRPr="009257D9" w:rsidRDefault="00AB1B6A">
            <w:pPr>
              <w:rPr>
                <w:lang w:val="ky-KG"/>
              </w:rPr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7A3E01" w14:textId="77777777" w:rsidR="00AB1B6A" w:rsidRPr="009257D9" w:rsidRDefault="00AB1B6A">
            <w:pPr>
              <w:jc w:val="center"/>
              <w:rPr>
                <w:lang w:val="ky-KG"/>
              </w:rPr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A98EE5" w14:textId="77777777" w:rsidR="00AB1B6A" w:rsidRPr="009257D9" w:rsidRDefault="00AB1B6A">
            <w:pPr>
              <w:jc w:val="center"/>
              <w:rPr>
                <w:lang w:val="ky-KG"/>
              </w:rPr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DBBB8F" w14:textId="70073637" w:rsidR="00AB1B6A" w:rsidRPr="009257D9" w:rsidRDefault="00AB1B6A">
            <w:pPr>
              <w:jc w:val="center"/>
              <w:rPr>
                <w:lang w:val="ky-KG"/>
              </w:rPr>
            </w:pPr>
          </w:p>
        </w:tc>
        <w:tc>
          <w:tcPr>
            <w:tcW w:w="1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B74B06" w14:textId="686E718E" w:rsidR="00AB1B6A" w:rsidRPr="009257D9" w:rsidRDefault="00AB1B6A">
            <w:pPr>
              <w:jc w:val="center"/>
              <w:rPr>
                <w:lang w:val="ky-KG"/>
              </w:rPr>
            </w:pPr>
          </w:p>
        </w:tc>
        <w:tc>
          <w:tcPr>
            <w:tcW w:w="36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C5D224" w14:textId="76C7C21B" w:rsidR="00AB1B6A" w:rsidRPr="009257D9" w:rsidRDefault="00AB1B6A">
            <w:pPr>
              <w:jc w:val="center"/>
              <w:rPr>
                <w:lang w:val="ky-KG"/>
              </w:rPr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1B61F5" w14:textId="77777777" w:rsidR="00AB1B6A" w:rsidRPr="009257D9" w:rsidRDefault="00AB1B6A">
            <w:pPr>
              <w:jc w:val="center"/>
              <w:rPr>
                <w:lang w:val="ky-KG"/>
              </w:rPr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89BFCC" w14:textId="77777777" w:rsidR="00AB1B6A" w:rsidRPr="009257D9" w:rsidRDefault="00AB1B6A">
            <w:pPr>
              <w:jc w:val="center"/>
              <w:rPr>
                <w:lang w:val="ky-KG"/>
              </w:rPr>
            </w:pPr>
          </w:p>
        </w:tc>
        <w:tc>
          <w:tcPr>
            <w:tcW w:w="270" w:type="dxa"/>
          </w:tcPr>
          <w:p w14:paraId="3F612029" w14:textId="77777777" w:rsidR="00AB1B6A" w:rsidRPr="009257D9" w:rsidRDefault="00AB1B6A">
            <w:pPr>
              <w:rPr>
                <w:sz w:val="15"/>
                <w:lang w:val="ky-KG"/>
              </w:rPr>
            </w:pPr>
          </w:p>
        </w:tc>
        <w:tc>
          <w:tcPr>
            <w:tcW w:w="270" w:type="dxa"/>
          </w:tcPr>
          <w:p w14:paraId="4E919589" w14:textId="77777777" w:rsidR="00AB1B6A" w:rsidRPr="009257D9" w:rsidRDefault="00AB1B6A">
            <w:pPr>
              <w:rPr>
                <w:lang w:val="ky-KG"/>
              </w:rPr>
            </w:pPr>
          </w:p>
        </w:tc>
        <w:tc>
          <w:tcPr>
            <w:tcW w:w="450" w:type="dxa"/>
          </w:tcPr>
          <w:p w14:paraId="480D8D2A" w14:textId="77777777" w:rsidR="00AB1B6A" w:rsidRPr="009257D9" w:rsidRDefault="00AB1B6A">
            <w:pPr>
              <w:rPr>
                <w:lang w:val="ky-KG"/>
              </w:rPr>
            </w:pPr>
          </w:p>
        </w:tc>
        <w:tc>
          <w:tcPr>
            <w:tcW w:w="688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8FB15B" w14:textId="576490A2" w:rsidR="00AB1B6A" w:rsidRPr="009257D9" w:rsidRDefault="00AB1B6A">
            <w:pPr>
              <w:rPr>
                <w:lang w:val="ky-KG"/>
              </w:rPr>
            </w:pPr>
          </w:p>
        </w:tc>
      </w:tr>
      <w:tr w:rsidR="00AB1B6A" w:rsidRPr="009257D9" w14:paraId="3908FC14" w14:textId="77777777" w:rsidTr="0084692C">
        <w:trPr>
          <w:cantSplit/>
          <w:trHeight w:val="27"/>
          <w:jc w:val="center"/>
        </w:trPr>
        <w:tc>
          <w:tcPr>
            <w:tcW w:w="61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2F0DDA" w14:textId="77777777" w:rsidR="00AB1B6A" w:rsidRPr="009257D9" w:rsidRDefault="00AB1B6A">
            <w:pPr>
              <w:jc w:val="center"/>
              <w:rPr>
                <w:lang w:val="ky-KG"/>
              </w:rPr>
            </w:pPr>
            <w:r w:rsidRPr="009257D9">
              <w:rPr>
                <w:sz w:val="15"/>
                <w:lang w:val="ky-KG"/>
              </w:rPr>
              <w:t>5</w:t>
            </w:r>
          </w:p>
        </w:tc>
        <w:tc>
          <w:tcPr>
            <w:tcW w:w="14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335E42" w14:textId="79B8981C" w:rsidR="00AB1B6A" w:rsidRPr="009257D9" w:rsidRDefault="00AB1B6A">
            <w:pPr>
              <w:rPr>
                <w:lang w:val="ky-KG"/>
              </w:rPr>
            </w:pPr>
          </w:p>
        </w:tc>
        <w:tc>
          <w:tcPr>
            <w:tcW w:w="18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B3B956" w14:textId="53763ABF" w:rsidR="00AB1B6A" w:rsidRPr="009257D9" w:rsidRDefault="00AB1B6A">
            <w:pPr>
              <w:rPr>
                <w:lang w:val="ky-KG"/>
              </w:rPr>
            </w:pPr>
          </w:p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D9C3ED" w14:textId="57B1DC41" w:rsidR="00AB1B6A" w:rsidRPr="009257D9" w:rsidRDefault="00AB1B6A">
            <w:pPr>
              <w:rPr>
                <w:lang w:val="ky-KG"/>
              </w:rPr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3E30F7" w14:textId="77777777" w:rsidR="00AB1B6A" w:rsidRPr="009257D9" w:rsidRDefault="00AB1B6A">
            <w:pPr>
              <w:jc w:val="center"/>
              <w:rPr>
                <w:lang w:val="ky-KG"/>
              </w:rPr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E953B6" w14:textId="77777777" w:rsidR="00AB1B6A" w:rsidRPr="009257D9" w:rsidRDefault="00AB1B6A">
            <w:pPr>
              <w:jc w:val="center"/>
              <w:rPr>
                <w:lang w:val="ky-KG"/>
              </w:rPr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3D611B" w14:textId="77777777" w:rsidR="00AB1B6A" w:rsidRPr="009257D9" w:rsidRDefault="00AB1B6A">
            <w:pPr>
              <w:jc w:val="center"/>
              <w:rPr>
                <w:lang w:val="ky-KG"/>
              </w:rPr>
            </w:pPr>
          </w:p>
        </w:tc>
        <w:tc>
          <w:tcPr>
            <w:tcW w:w="1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C3298A" w14:textId="29AC7E3D" w:rsidR="00AB1B6A" w:rsidRPr="009257D9" w:rsidRDefault="00AB1B6A">
            <w:pPr>
              <w:jc w:val="center"/>
              <w:rPr>
                <w:lang w:val="ky-KG"/>
              </w:rPr>
            </w:pPr>
          </w:p>
        </w:tc>
        <w:tc>
          <w:tcPr>
            <w:tcW w:w="36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1D8014" w14:textId="5FB7CFD1" w:rsidR="00AB1B6A" w:rsidRPr="009257D9" w:rsidRDefault="00AB1B6A">
            <w:pPr>
              <w:jc w:val="center"/>
              <w:rPr>
                <w:lang w:val="ky-KG"/>
              </w:rPr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C75D26" w14:textId="77777777" w:rsidR="00AB1B6A" w:rsidRPr="009257D9" w:rsidRDefault="00AB1B6A">
            <w:pPr>
              <w:jc w:val="center"/>
              <w:rPr>
                <w:lang w:val="ky-KG"/>
              </w:rPr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4D6B7F" w14:textId="77777777" w:rsidR="00AB1B6A" w:rsidRPr="009257D9" w:rsidRDefault="00AB1B6A">
            <w:pPr>
              <w:jc w:val="center"/>
              <w:rPr>
                <w:lang w:val="ky-KG"/>
              </w:rPr>
            </w:pPr>
          </w:p>
        </w:tc>
        <w:tc>
          <w:tcPr>
            <w:tcW w:w="270" w:type="dxa"/>
          </w:tcPr>
          <w:p w14:paraId="1B323DA2" w14:textId="77777777" w:rsidR="00AB1B6A" w:rsidRPr="009257D9" w:rsidRDefault="00AB1B6A">
            <w:pPr>
              <w:rPr>
                <w:sz w:val="15"/>
                <w:lang w:val="ky-KG"/>
              </w:rPr>
            </w:pPr>
          </w:p>
        </w:tc>
        <w:tc>
          <w:tcPr>
            <w:tcW w:w="270" w:type="dxa"/>
          </w:tcPr>
          <w:p w14:paraId="4177E6A7" w14:textId="77777777" w:rsidR="00AB1B6A" w:rsidRPr="009257D9" w:rsidRDefault="00AB1B6A">
            <w:pPr>
              <w:rPr>
                <w:lang w:val="ky-KG"/>
              </w:rPr>
            </w:pPr>
          </w:p>
        </w:tc>
        <w:tc>
          <w:tcPr>
            <w:tcW w:w="450" w:type="dxa"/>
          </w:tcPr>
          <w:p w14:paraId="0E28E34D" w14:textId="77777777" w:rsidR="00AB1B6A" w:rsidRPr="009257D9" w:rsidRDefault="00AB1B6A">
            <w:pPr>
              <w:rPr>
                <w:lang w:val="ky-KG"/>
              </w:rPr>
            </w:pPr>
          </w:p>
        </w:tc>
        <w:tc>
          <w:tcPr>
            <w:tcW w:w="688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21C82B" w14:textId="4AED56D4" w:rsidR="00AB1B6A" w:rsidRPr="009257D9" w:rsidRDefault="00AB1B6A">
            <w:pPr>
              <w:rPr>
                <w:lang w:val="ky-KG"/>
              </w:rPr>
            </w:pPr>
          </w:p>
        </w:tc>
      </w:tr>
      <w:tr w:rsidR="00AB1B6A" w:rsidRPr="009257D9" w14:paraId="5E1CB47F" w14:textId="77777777" w:rsidTr="0084692C">
        <w:trPr>
          <w:cantSplit/>
          <w:trHeight w:val="27"/>
          <w:jc w:val="center"/>
        </w:trPr>
        <w:tc>
          <w:tcPr>
            <w:tcW w:w="61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BB58AB" w14:textId="77777777" w:rsidR="00AB1B6A" w:rsidRPr="009257D9" w:rsidRDefault="00AB1B6A">
            <w:pPr>
              <w:jc w:val="center"/>
              <w:rPr>
                <w:lang w:val="ky-KG"/>
              </w:rPr>
            </w:pPr>
            <w:r w:rsidRPr="009257D9">
              <w:rPr>
                <w:sz w:val="15"/>
                <w:lang w:val="ky-KG"/>
              </w:rPr>
              <w:t>6</w:t>
            </w:r>
          </w:p>
        </w:tc>
        <w:tc>
          <w:tcPr>
            <w:tcW w:w="14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4563F3" w14:textId="4018D4C2" w:rsidR="00AB1B6A" w:rsidRPr="009257D9" w:rsidRDefault="00AB1B6A">
            <w:pPr>
              <w:rPr>
                <w:lang w:val="ky-KG"/>
              </w:rPr>
            </w:pPr>
          </w:p>
        </w:tc>
        <w:tc>
          <w:tcPr>
            <w:tcW w:w="18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18343A" w14:textId="39B06B80" w:rsidR="00AB1B6A" w:rsidRPr="009257D9" w:rsidRDefault="00AB1B6A">
            <w:pPr>
              <w:rPr>
                <w:lang w:val="ky-KG"/>
              </w:rPr>
            </w:pPr>
          </w:p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984B77" w14:textId="5D5B88FF" w:rsidR="00AB1B6A" w:rsidRPr="009257D9" w:rsidRDefault="00AB1B6A">
            <w:pPr>
              <w:rPr>
                <w:lang w:val="ky-KG"/>
              </w:rPr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940F7D" w14:textId="77777777" w:rsidR="00AB1B6A" w:rsidRPr="009257D9" w:rsidRDefault="00AB1B6A">
            <w:pPr>
              <w:jc w:val="center"/>
              <w:rPr>
                <w:lang w:val="ky-KG"/>
              </w:rPr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23009B" w14:textId="77777777" w:rsidR="00AB1B6A" w:rsidRPr="009257D9" w:rsidRDefault="00AB1B6A">
            <w:pPr>
              <w:jc w:val="center"/>
              <w:rPr>
                <w:lang w:val="ky-KG"/>
              </w:rPr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DB1E1D" w14:textId="77777777" w:rsidR="00AB1B6A" w:rsidRPr="009257D9" w:rsidRDefault="00AB1B6A">
            <w:pPr>
              <w:jc w:val="center"/>
              <w:rPr>
                <w:lang w:val="ky-KG"/>
              </w:rPr>
            </w:pPr>
          </w:p>
        </w:tc>
        <w:tc>
          <w:tcPr>
            <w:tcW w:w="1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1F1647" w14:textId="77777777" w:rsidR="00AB1B6A" w:rsidRPr="009257D9" w:rsidRDefault="00AB1B6A">
            <w:pPr>
              <w:jc w:val="center"/>
              <w:rPr>
                <w:lang w:val="ky-KG"/>
              </w:rPr>
            </w:pPr>
          </w:p>
        </w:tc>
        <w:tc>
          <w:tcPr>
            <w:tcW w:w="36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A6702B" w14:textId="77777777" w:rsidR="00AB1B6A" w:rsidRPr="009257D9" w:rsidRDefault="00AB1B6A">
            <w:pPr>
              <w:jc w:val="center"/>
              <w:rPr>
                <w:lang w:val="ky-KG"/>
              </w:rPr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29FB4F" w14:textId="5973A08F" w:rsidR="00AB1B6A" w:rsidRPr="009257D9" w:rsidRDefault="00AB1B6A">
            <w:pPr>
              <w:jc w:val="center"/>
              <w:rPr>
                <w:lang w:val="ky-KG"/>
              </w:rPr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9AEFCD" w14:textId="77777777" w:rsidR="00AB1B6A" w:rsidRPr="009257D9" w:rsidRDefault="00AB1B6A">
            <w:pPr>
              <w:jc w:val="center"/>
              <w:rPr>
                <w:lang w:val="ky-KG"/>
              </w:rPr>
            </w:pPr>
          </w:p>
        </w:tc>
        <w:tc>
          <w:tcPr>
            <w:tcW w:w="270" w:type="dxa"/>
          </w:tcPr>
          <w:p w14:paraId="6D498F35" w14:textId="77777777" w:rsidR="00AB1B6A" w:rsidRPr="009257D9" w:rsidRDefault="00AB1B6A">
            <w:pPr>
              <w:rPr>
                <w:sz w:val="15"/>
                <w:lang w:val="ky-KG"/>
              </w:rPr>
            </w:pPr>
          </w:p>
        </w:tc>
        <w:tc>
          <w:tcPr>
            <w:tcW w:w="270" w:type="dxa"/>
          </w:tcPr>
          <w:p w14:paraId="1E957192" w14:textId="77777777" w:rsidR="00AB1B6A" w:rsidRPr="009257D9" w:rsidRDefault="00AB1B6A">
            <w:pPr>
              <w:rPr>
                <w:lang w:val="ky-KG"/>
              </w:rPr>
            </w:pPr>
          </w:p>
        </w:tc>
        <w:tc>
          <w:tcPr>
            <w:tcW w:w="450" w:type="dxa"/>
          </w:tcPr>
          <w:p w14:paraId="3904366C" w14:textId="77777777" w:rsidR="00AB1B6A" w:rsidRPr="009257D9" w:rsidRDefault="00AB1B6A">
            <w:pPr>
              <w:rPr>
                <w:lang w:val="ky-KG"/>
              </w:rPr>
            </w:pPr>
          </w:p>
        </w:tc>
        <w:tc>
          <w:tcPr>
            <w:tcW w:w="688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EE46BD" w14:textId="51A4C41C" w:rsidR="00AB1B6A" w:rsidRPr="009257D9" w:rsidRDefault="00AB1B6A">
            <w:pPr>
              <w:rPr>
                <w:lang w:val="ky-KG"/>
              </w:rPr>
            </w:pPr>
          </w:p>
        </w:tc>
      </w:tr>
      <w:tr w:rsidR="00AB1B6A" w:rsidRPr="009257D9" w14:paraId="0F47818A" w14:textId="77777777" w:rsidTr="0084692C">
        <w:trPr>
          <w:cantSplit/>
          <w:trHeight w:val="27"/>
          <w:jc w:val="center"/>
        </w:trPr>
        <w:tc>
          <w:tcPr>
            <w:tcW w:w="61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45654D" w14:textId="77777777" w:rsidR="00AB1B6A" w:rsidRPr="009257D9" w:rsidRDefault="00AB1B6A">
            <w:pPr>
              <w:jc w:val="center"/>
              <w:rPr>
                <w:lang w:val="ky-KG"/>
              </w:rPr>
            </w:pPr>
            <w:r w:rsidRPr="009257D9">
              <w:rPr>
                <w:sz w:val="15"/>
                <w:lang w:val="ky-KG"/>
              </w:rPr>
              <w:t>7</w:t>
            </w:r>
          </w:p>
        </w:tc>
        <w:tc>
          <w:tcPr>
            <w:tcW w:w="14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4BE370" w14:textId="04DFD64D" w:rsidR="00AB1B6A" w:rsidRPr="009257D9" w:rsidRDefault="00AB1B6A">
            <w:pPr>
              <w:rPr>
                <w:lang w:val="ky-KG"/>
              </w:rPr>
            </w:pPr>
          </w:p>
        </w:tc>
        <w:tc>
          <w:tcPr>
            <w:tcW w:w="18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60F676" w14:textId="13A6E65A" w:rsidR="00AB1B6A" w:rsidRPr="009257D9" w:rsidRDefault="00AB1B6A">
            <w:pPr>
              <w:rPr>
                <w:lang w:val="ky-KG"/>
              </w:rPr>
            </w:pPr>
          </w:p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DBDE3E" w14:textId="1BA3813F" w:rsidR="00AB1B6A" w:rsidRPr="009257D9" w:rsidRDefault="00AB1B6A">
            <w:pPr>
              <w:rPr>
                <w:lang w:val="ky-KG"/>
              </w:rPr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E9AE0B" w14:textId="77777777" w:rsidR="00AB1B6A" w:rsidRPr="009257D9" w:rsidRDefault="00AB1B6A">
            <w:pPr>
              <w:jc w:val="center"/>
              <w:rPr>
                <w:lang w:val="ky-KG"/>
              </w:rPr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C69458" w14:textId="77777777" w:rsidR="00AB1B6A" w:rsidRPr="009257D9" w:rsidRDefault="00AB1B6A">
            <w:pPr>
              <w:jc w:val="center"/>
              <w:rPr>
                <w:lang w:val="ky-KG"/>
              </w:rPr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35BE39" w14:textId="77777777" w:rsidR="00AB1B6A" w:rsidRPr="009257D9" w:rsidRDefault="00AB1B6A">
            <w:pPr>
              <w:jc w:val="center"/>
              <w:rPr>
                <w:lang w:val="ky-KG"/>
              </w:rPr>
            </w:pPr>
          </w:p>
        </w:tc>
        <w:tc>
          <w:tcPr>
            <w:tcW w:w="1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CF6AC4" w14:textId="77777777" w:rsidR="00AB1B6A" w:rsidRPr="009257D9" w:rsidRDefault="00AB1B6A">
            <w:pPr>
              <w:jc w:val="center"/>
              <w:rPr>
                <w:lang w:val="ky-KG"/>
              </w:rPr>
            </w:pPr>
          </w:p>
        </w:tc>
        <w:tc>
          <w:tcPr>
            <w:tcW w:w="36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3FEE25" w14:textId="77777777" w:rsidR="00AB1B6A" w:rsidRPr="009257D9" w:rsidRDefault="00AB1B6A">
            <w:pPr>
              <w:jc w:val="center"/>
              <w:rPr>
                <w:lang w:val="ky-KG"/>
              </w:rPr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9FCE8A" w14:textId="0553CA98" w:rsidR="00AB1B6A" w:rsidRPr="009257D9" w:rsidRDefault="00AB1B6A">
            <w:pPr>
              <w:jc w:val="center"/>
              <w:rPr>
                <w:lang w:val="ky-KG"/>
              </w:rPr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C380D0" w14:textId="43E362D8" w:rsidR="00AB1B6A" w:rsidRPr="009257D9" w:rsidRDefault="00AB1B6A">
            <w:pPr>
              <w:jc w:val="center"/>
              <w:rPr>
                <w:lang w:val="ky-KG"/>
              </w:rPr>
            </w:pPr>
          </w:p>
        </w:tc>
        <w:tc>
          <w:tcPr>
            <w:tcW w:w="270" w:type="dxa"/>
          </w:tcPr>
          <w:p w14:paraId="56DDA769" w14:textId="77777777" w:rsidR="00AB1B6A" w:rsidRPr="009257D9" w:rsidRDefault="00AB1B6A">
            <w:pPr>
              <w:rPr>
                <w:sz w:val="15"/>
                <w:lang w:val="ky-KG"/>
              </w:rPr>
            </w:pPr>
          </w:p>
        </w:tc>
        <w:tc>
          <w:tcPr>
            <w:tcW w:w="270" w:type="dxa"/>
          </w:tcPr>
          <w:p w14:paraId="42D4EF4F" w14:textId="77777777" w:rsidR="00AB1B6A" w:rsidRPr="009257D9" w:rsidRDefault="00AB1B6A">
            <w:pPr>
              <w:rPr>
                <w:lang w:val="ky-KG"/>
              </w:rPr>
            </w:pPr>
          </w:p>
        </w:tc>
        <w:tc>
          <w:tcPr>
            <w:tcW w:w="450" w:type="dxa"/>
          </w:tcPr>
          <w:p w14:paraId="6B751439" w14:textId="77777777" w:rsidR="00AB1B6A" w:rsidRPr="009257D9" w:rsidRDefault="00AB1B6A">
            <w:pPr>
              <w:rPr>
                <w:lang w:val="ky-KG"/>
              </w:rPr>
            </w:pPr>
          </w:p>
        </w:tc>
        <w:tc>
          <w:tcPr>
            <w:tcW w:w="688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318EFE" w14:textId="71A89550" w:rsidR="00AB1B6A" w:rsidRPr="009257D9" w:rsidRDefault="00AB1B6A">
            <w:pPr>
              <w:rPr>
                <w:lang w:val="ky-KG"/>
              </w:rPr>
            </w:pPr>
          </w:p>
        </w:tc>
      </w:tr>
      <w:tr w:rsidR="00AB1B6A" w:rsidRPr="009257D9" w14:paraId="38385074" w14:textId="77777777" w:rsidTr="0084692C">
        <w:trPr>
          <w:cantSplit/>
          <w:trHeight w:val="27"/>
          <w:jc w:val="center"/>
        </w:trPr>
        <w:tc>
          <w:tcPr>
            <w:tcW w:w="61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4147C0" w14:textId="77777777" w:rsidR="00AB1B6A" w:rsidRPr="009257D9" w:rsidRDefault="00AB1B6A">
            <w:pPr>
              <w:jc w:val="center"/>
              <w:rPr>
                <w:lang w:val="ky-KG"/>
              </w:rPr>
            </w:pPr>
            <w:r w:rsidRPr="009257D9">
              <w:rPr>
                <w:sz w:val="15"/>
                <w:lang w:val="ky-KG"/>
              </w:rPr>
              <w:t>8</w:t>
            </w:r>
          </w:p>
        </w:tc>
        <w:tc>
          <w:tcPr>
            <w:tcW w:w="14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6A6890" w14:textId="4C4C8A37" w:rsidR="00AB1B6A" w:rsidRPr="009257D9" w:rsidRDefault="00AB1B6A">
            <w:pPr>
              <w:rPr>
                <w:lang w:val="ky-KG"/>
              </w:rPr>
            </w:pPr>
          </w:p>
        </w:tc>
        <w:tc>
          <w:tcPr>
            <w:tcW w:w="18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3A5805" w14:textId="1A2D0604" w:rsidR="00AB1B6A" w:rsidRPr="009257D9" w:rsidRDefault="00AB1B6A">
            <w:pPr>
              <w:rPr>
                <w:lang w:val="ky-KG"/>
              </w:rPr>
            </w:pPr>
          </w:p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4F8D76" w14:textId="6AA202DC" w:rsidR="00AB1B6A" w:rsidRPr="009257D9" w:rsidRDefault="00AB1B6A">
            <w:pPr>
              <w:rPr>
                <w:lang w:val="ky-KG"/>
              </w:rPr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F2B2F2" w14:textId="77777777" w:rsidR="00AB1B6A" w:rsidRPr="009257D9" w:rsidRDefault="00AB1B6A">
            <w:pPr>
              <w:jc w:val="center"/>
              <w:rPr>
                <w:lang w:val="ky-KG"/>
              </w:rPr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C7C7E6" w14:textId="77777777" w:rsidR="00AB1B6A" w:rsidRPr="009257D9" w:rsidRDefault="00AB1B6A">
            <w:pPr>
              <w:jc w:val="center"/>
              <w:rPr>
                <w:lang w:val="ky-KG"/>
              </w:rPr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4CC886" w14:textId="77777777" w:rsidR="00AB1B6A" w:rsidRPr="009257D9" w:rsidRDefault="00AB1B6A">
            <w:pPr>
              <w:jc w:val="center"/>
              <w:rPr>
                <w:lang w:val="ky-KG"/>
              </w:rPr>
            </w:pPr>
          </w:p>
        </w:tc>
        <w:tc>
          <w:tcPr>
            <w:tcW w:w="1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B5B431" w14:textId="77777777" w:rsidR="00AB1B6A" w:rsidRPr="009257D9" w:rsidRDefault="00AB1B6A">
            <w:pPr>
              <w:jc w:val="center"/>
              <w:rPr>
                <w:lang w:val="ky-KG"/>
              </w:rPr>
            </w:pPr>
          </w:p>
        </w:tc>
        <w:tc>
          <w:tcPr>
            <w:tcW w:w="36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CE8ADA" w14:textId="77777777" w:rsidR="00AB1B6A" w:rsidRPr="009257D9" w:rsidRDefault="00AB1B6A">
            <w:pPr>
              <w:jc w:val="center"/>
              <w:rPr>
                <w:lang w:val="ky-KG"/>
              </w:rPr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B198E0" w14:textId="77777777" w:rsidR="00AB1B6A" w:rsidRPr="009257D9" w:rsidRDefault="00AB1B6A">
            <w:pPr>
              <w:jc w:val="center"/>
              <w:rPr>
                <w:lang w:val="ky-KG"/>
              </w:rPr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428E62" w14:textId="7A8FDFB0" w:rsidR="00AB1B6A" w:rsidRPr="009257D9" w:rsidRDefault="00AB1B6A">
            <w:pPr>
              <w:jc w:val="center"/>
              <w:rPr>
                <w:lang w:val="ky-KG"/>
              </w:rPr>
            </w:pPr>
          </w:p>
        </w:tc>
        <w:tc>
          <w:tcPr>
            <w:tcW w:w="270" w:type="dxa"/>
          </w:tcPr>
          <w:p w14:paraId="27C30A28" w14:textId="77777777" w:rsidR="00AB1B6A" w:rsidRPr="009257D9" w:rsidRDefault="00AB1B6A">
            <w:pPr>
              <w:rPr>
                <w:sz w:val="15"/>
                <w:lang w:val="ky-KG"/>
              </w:rPr>
            </w:pPr>
          </w:p>
        </w:tc>
        <w:tc>
          <w:tcPr>
            <w:tcW w:w="270" w:type="dxa"/>
          </w:tcPr>
          <w:p w14:paraId="1DC4C0D2" w14:textId="77777777" w:rsidR="00AB1B6A" w:rsidRPr="009257D9" w:rsidRDefault="00AB1B6A">
            <w:pPr>
              <w:rPr>
                <w:lang w:val="ky-KG"/>
              </w:rPr>
            </w:pPr>
          </w:p>
        </w:tc>
        <w:tc>
          <w:tcPr>
            <w:tcW w:w="450" w:type="dxa"/>
          </w:tcPr>
          <w:p w14:paraId="5C04F6DC" w14:textId="77777777" w:rsidR="00AB1B6A" w:rsidRPr="009257D9" w:rsidRDefault="00AB1B6A">
            <w:pPr>
              <w:rPr>
                <w:lang w:val="ky-KG"/>
              </w:rPr>
            </w:pPr>
          </w:p>
        </w:tc>
        <w:tc>
          <w:tcPr>
            <w:tcW w:w="688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5D2A9B" w14:textId="0595B9C9" w:rsidR="00AB1B6A" w:rsidRPr="009257D9" w:rsidRDefault="00AB1B6A">
            <w:pPr>
              <w:rPr>
                <w:lang w:val="ky-KG"/>
              </w:rPr>
            </w:pPr>
          </w:p>
        </w:tc>
      </w:tr>
      <w:tr w:rsidR="00AB1B6A" w:rsidRPr="009257D9" w14:paraId="1546B7AA" w14:textId="77777777" w:rsidTr="0084692C">
        <w:trPr>
          <w:cantSplit/>
          <w:trHeight w:val="27"/>
          <w:jc w:val="center"/>
        </w:trPr>
        <w:tc>
          <w:tcPr>
            <w:tcW w:w="61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734B4E" w14:textId="77777777" w:rsidR="00AB1B6A" w:rsidRPr="009257D9" w:rsidRDefault="00AB1B6A">
            <w:pPr>
              <w:jc w:val="center"/>
              <w:rPr>
                <w:lang w:val="ky-KG"/>
              </w:rPr>
            </w:pPr>
            <w:r w:rsidRPr="009257D9">
              <w:rPr>
                <w:sz w:val="15"/>
                <w:lang w:val="ky-KG"/>
              </w:rPr>
              <w:t>9</w:t>
            </w:r>
          </w:p>
        </w:tc>
        <w:tc>
          <w:tcPr>
            <w:tcW w:w="14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1CCF05" w14:textId="7251296F" w:rsidR="00AB1B6A" w:rsidRPr="009257D9" w:rsidRDefault="00AB1B6A">
            <w:pPr>
              <w:rPr>
                <w:lang w:val="ky-KG"/>
              </w:rPr>
            </w:pPr>
          </w:p>
        </w:tc>
        <w:tc>
          <w:tcPr>
            <w:tcW w:w="18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3ECAEF" w14:textId="2F5F33C0" w:rsidR="00AB1B6A" w:rsidRPr="009257D9" w:rsidRDefault="00AB1B6A">
            <w:pPr>
              <w:rPr>
                <w:lang w:val="ky-KG"/>
              </w:rPr>
            </w:pPr>
          </w:p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FBFDAE" w14:textId="64549BDE" w:rsidR="00AB1B6A" w:rsidRPr="009257D9" w:rsidRDefault="00AB1B6A">
            <w:pPr>
              <w:rPr>
                <w:lang w:val="ky-KG"/>
              </w:rPr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3FC14B" w14:textId="77777777" w:rsidR="00AB1B6A" w:rsidRPr="009257D9" w:rsidRDefault="00AB1B6A">
            <w:pPr>
              <w:jc w:val="center"/>
              <w:rPr>
                <w:lang w:val="ky-KG"/>
              </w:rPr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E74637" w14:textId="77777777" w:rsidR="00AB1B6A" w:rsidRPr="009257D9" w:rsidRDefault="00AB1B6A">
            <w:pPr>
              <w:jc w:val="center"/>
              <w:rPr>
                <w:lang w:val="ky-KG"/>
              </w:rPr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7DA271" w14:textId="77777777" w:rsidR="00AB1B6A" w:rsidRPr="009257D9" w:rsidRDefault="00AB1B6A">
            <w:pPr>
              <w:jc w:val="center"/>
              <w:rPr>
                <w:lang w:val="ky-KG"/>
              </w:rPr>
            </w:pPr>
          </w:p>
        </w:tc>
        <w:tc>
          <w:tcPr>
            <w:tcW w:w="1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CDA9A3" w14:textId="77777777" w:rsidR="00AB1B6A" w:rsidRPr="009257D9" w:rsidRDefault="00AB1B6A">
            <w:pPr>
              <w:jc w:val="center"/>
              <w:rPr>
                <w:lang w:val="ky-KG"/>
              </w:rPr>
            </w:pPr>
          </w:p>
        </w:tc>
        <w:tc>
          <w:tcPr>
            <w:tcW w:w="36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F18ADD" w14:textId="77777777" w:rsidR="00AB1B6A" w:rsidRPr="009257D9" w:rsidRDefault="00AB1B6A">
            <w:pPr>
              <w:jc w:val="center"/>
              <w:rPr>
                <w:lang w:val="ky-KG"/>
              </w:rPr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69000E" w14:textId="77777777" w:rsidR="00AB1B6A" w:rsidRPr="009257D9" w:rsidRDefault="00AB1B6A">
            <w:pPr>
              <w:jc w:val="center"/>
              <w:rPr>
                <w:lang w:val="ky-KG"/>
              </w:rPr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33BC4D" w14:textId="7C856529" w:rsidR="00AB1B6A" w:rsidRPr="009257D9" w:rsidRDefault="00AB1B6A">
            <w:pPr>
              <w:jc w:val="center"/>
              <w:rPr>
                <w:lang w:val="ky-KG"/>
              </w:rPr>
            </w:pPr>
          </w:p>
        </w:tc>
        <w:tc>
          <w:tcPr>
            <w:tcW w:w="270" w:type="dxa"/>
          </w:tcPr>
          <w:p w14:paraId="6507B40B" w14:textId="77777777" w:rsidR="00AB1B6A" w:rsidRPr="009257D9" w:rsidRDefault="00AB1B6A">
            <w:pPr>
              <w:rPr>
                <w:sz w:val="15"/>
                <w:lang w:val="ky-KG"/>
              </w:rPr>
            </w:pPr>
          </w:p>
        </w:tc>
        <w:tc>
          <w:tcPr>
            <w:tcW w:w="270" w:type="dxa"/>
          </w:tcPr>
          <w:p w14:paraId="6DFFDFC3" w14:textId="77777777" w:rsidR="00AB1B6A" w:rsidRPr="009257D9" w:rsidRDefault="00AB1B6A">
            <w:pPr>
              <w:rPr>
                <w:lang w:val="ky-KG"/>
              </w:rPr>
            </w:pPr>
          </w:p>
        </w:tc>
        <w:tc>
          <w:tcPr>
            <w:tcW w:w="450" w:type="dxa"/>
          </w:tcPr>
          <w:p w14:paraId="3E015EDD" w14:textId="77777777" w:rsidR="00AB1B6A" w:rsidRPr="009257D9" w:rsidRDefault="00AB1B6A">
            <w:pPr>
              <w:rPr>
                <w:lang w:val="ky-KG"/>
              </w:rPr>
            </w:pPr>
          </w:p>
        </w:tc>
        <w:tc>
          <w:tcPr>
            <w:tcW w:w="688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CBBE0D" w14:textId="457F4185" w:rsidR="00AB1B6A" w:rsidRPr="009257D9" w:rsidRDefault="00AB1B6A">
            <w:pPr>
              <w:rPr>
                <w:lang w:val="ky-KG"/>
              </w:rPr>
            </w:pPr>
          </w:p>
        </w:tc>
      </w:tr>
      <w:tr w:rsidR="00AB1B6A" w:rsidRPr="009257D9" w14:paraId="5415F78F" w14:textId="77777777" w:rsidTr="0084692C">
        <w:trPr>
          <w:cantSplit/>
          <w:trHeight w:val="27"/>
          <w:jc w:val="center"/>
        </w:trPr>
        <w:tc>
          <w:tcPr>
            <w:tcW w:w="61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00BE69" w14:textId="77777777" w:rsidR="00AB1B6A" w:rsidRPr="009257D9" w:rsidRDefault="00AB1B6A">
            <w:pPr>
              <w:jc w:val="center"/>
              <w:rPr>
                <w:lang w:val="ky-KG"/>
              </w:rPr>
            </w:pPr>
            <w:r w:rsidRPr="009257D9">
              <w:rPr>
                <w:sz w:val="15"/>
                <w:lang w:val="ky-KG"/>
              </w:rPr>
              <w:t>10</w:t>
            </w:r>
          </w:p>
        </w:tc>
        <w:tc>
          <w:tcPr>
            <w:tcW w:w="14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95B131" w14:textId="77777777" w:rsidR="00AB1B6A" w:rsidRPr="009257D9" w:rsidRDefault="00AB1B6A">
            <w:pPr>
              <w:rPr>
                <w:lang w:val="ky-KG"/>
              </w:rPr>
            </w:pPr>
          </w:p>
        </w:tc>
        <w:tc>
          <w:tcPr>
            <w:tcW w:w="185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BB5F9F" w14:textId="77777777" w:rsidR="00AB1B6A" w:rsidRPr="009257D9" w:rsidRDefault="00AB1B6A">
            <w:pPr>
              <w:rPr>
                <w:lang w:val="ky-KG"/>
              </w:rPr>
            </w:pPr>
          </w:p>
        </w:tc>
        <w:tc>
          <w:tcPr>
            <w:tcW w:w="1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5020CA" w14:textId="77777777" w:rsidR="00AB1B6A" w:rsidRPr="009257D9" w:rsidRDefault="00AB1B6A">
            <w:pPr>
              <w:rPr>
                <w:lang w:val="ky-KG"/>
              </w:rPr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06D0E8" w14:textId="77777777" w:rsidR="00AB1B6A" w:rsidRPr="009257D9" w:rsidRDefault="00AB1B6A">
            <w:pPr>
              <w:rPr>
                <w:lang w:val="ky-KG"/>
              </w:rPr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8920DB" w14:textId="77777777" w:rsidR="00AB1B6A" w:rsidRPr="009257D9" w:rsidRDefault="00AB1B6A">
            <w:pPr>
              <w:rPr>
                <w:lang w:val="ky-KG"/>
              </w:rPr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BE63D4" w14:textId="77777777" w:rsidR="00AB1B6A" w:rsidRPr="009257D9" w:rsidRDefault="00AB1B6A">
            <w:pPr>
              <w:rPr>
                <w:lang w:val="ky-KG"/>
              </w:rPr>
            </w:pPr>
          </w:p>
        </w:tc>
        <w:tc>
          <w:tcPr>
            <w:tcW w:w="1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086F92" w14:textId="77777777" w:rsidR="00AB1B6A" w:rsidRPr="009257D9" w:rsidRDefault="00AB1B6A">
            <w:pPr>
              <w:rPr>
                <w:lang w:val="ky-KG"/>
              </w:rPr>
            </w:pPr>
          </w:p>
        </w:tc>
        <w:tc>
          <w:tcPr>
            <w:tcW w:w="36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ACE651" w14:textId="77777777" w:rsidR="00AB1B6A" w:rsidRPr="009257D9" w:rsidRDefault="00AB1B6A">
            <w:pPr>
              <w:rPr>
                <w:lang w:val="ky-KG"/>
              </w:rPr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0C86B2" w14:textId="77777777" w:rsidR="00AB1B6A" w:rsidRPr="009257D9" w:rsidRDefault="00AB1B6A">
            <w:pPr>
              <w:rPr>
                <w:lang w:val="ky-KG"/>
              </w:rPr>
            </w:pPr>
          </w:p>
        </w:tc>
        <w:tc>
          <w:tcPr>
            <w:tcW w:w="27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982943" w14:textId="77777777" w:rsidR="00AB1B6A" w:rsidRPr="009257D9" w:rsidRDefault="00AB1B6A">
            <w:pPr>
              <w:rPr>
                <w:lang w:val="ky-KG"/>
              </w:rPr>
            </w:pPr>
          </w:p>
        </w:tc>
        <w:tc>
          <w:tcPr>
            <w:tcW w:w="270" w:type="dxa"/>
          </w:tcPr>
          <w:p w14:paraId="659A4488" w14:textId="77777777" w:rsidR="00AB1B6A" w:rsidRPr="009257D9" w:rsidRDefault="00AB1B6A">
            <w:pPr>
              <w:rPr>
                <w:lang w:val="ky-KG"/>
              </w:rPr>
            </w:pPr>
          </w:p>
        </w:tc>
        <w:tc>
          <w:tcPr>
            <w:tcW w:w="270" w:type="dxa"/>
          </w:tcPr>
          <w:p w14:paraId="648C81EE" w14:textId="77777777" w:rsidR="00AB1B6A" w:rsidRPr="009257D9" w:rsidRDefault="00AB1B6A">
            <w:pPr>
              <w:rPr>
                <w:lang w:val="ky-KG"/>
              </w:rPr>
            </w:pPr>
          </w:p>
        </w:tc>
        <w:tc>
          <w:tcPr>
            <w:tcW w:w="450" w:type="dxa"/>
          </w:tcPr>
          <w:p w14:paraId="1E58C277" w14:textId="77777777" w:rsidR="00AB1B6A" w:rsidRPr="009257D9" w:rsidRDefault="00AB1B6A">
            <w:pPr>
              <w:rPr>
                <w:lang w:val="ky-KG"/>
              </w:rPr>
            </w:pPr>
          </w:p>
        </w:tc>
        <w:tc>
          <w:tcPr>
            <w:tcW w:w="688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73DDF0" w14:textId="55A10C11" w:rsidR="00AB1B6A" w:rsidRPr="009257D9" w:rsidRDefault="00AB1B6A">
            <w:pPr>
              <w:rPr>
                <w:lang w:val="ky-KG"/>
              </w:rPr>
            </w:pPr>
          </w:p>
        </w:tc>
      </w:tr>
    </w:tbl>
    <w:p w14:paraId="69C70BB4" w14:textId="45FE7CA3" w:rsidR="0044297A" w:rsidRPr="009257D9" w:rsidRDefault="0042553D">
      <w:pPr>
        <w:pStyle w:val="1"/>
        <w:rPr>
          <w:lang w:val="ky-KG"/>
        </w:rPr>
      </w:pPr>
      <w:r w:rsidRPr="009257D9">
        <w:rPr>
          <w:rFonts w:ascii="Arial" w:eastAsia="Arial" w:hAnsi="Arial"/>
          <w:color w:val="1F4E79"/>
          <w:sz w:val="22"/>
          <w:lang w:val="ky-KG"/>
        </w:rPr>
        <w:t>3</w:t>
      </w:r>
      <w:r w:rsidR="00E5127D" w:rsidRPr="009257D9">
        <w:rPr>
          <w:rFonts w:ascii="Arial" w:eastAsia="Arial" w:hAnsi="Arial"/>
          <w:color w:val="1F4E79"/>
          <w:sz w:val="22"/>
          <w:lang w:val="ky-KG"/>
        </w:rPr>
        <w:t>-бөлүм</w:t>
      </w:r>
      <w:r w:rsidRPr="009257D9">
        <w:rPr>
          <w:rFonts w:ascii="Arial" w:eastAsia="Arial" w:hAnsi="Arial"/>
          <w:color w:val="1F4E79"/>
          <w:sz w:val="22"/>
          <w:lang w:val="ky-KG"/>
        </w:rPr>
        <w:t>. Контрол</w:t>
      </w:r>
      <w:r w:rsidR="00E5127D" w:rsidRPr="009257D9">
        <w:rPr>
          <w:rFonts w:ascii="Arial" w:eastAsia="Arial" w:hAnsi="Arial"/>
          <w:color w:val="1F4E79"/>
          <w:sz w:val="22"/>
          <w:lang w:val="ky-KG"/>
        </w:rPr>
        <w:t>дук чекиттер жана отчеттуулук</w:t>
      </w:r>
    </w:p>
    <w:p w14:paraId="1418E1AB" w14:textId="5CC43521" w:rsidR="0044297A" w:rsidRPr="009257D9" w:rsidRDefault="00E5127D">
      <w:pPr>
        <w:spacing w:after="80"/>
        <w:rPr>
          <w:lang w:val="ky-KG"/>
        </w:rPr>
      </w:pPr>
      <w:r w:rsidRPr="009257D9">
        <w:rPr>
          <w:lang w:val="ky-KG"/>
        </w:rPr>
        <w:t>Долбоордун сапаттуу жана өз убагында аткарылып жатканын түшүндүрүүчү контролдук чекиттерди толтуруңуз. Гранттык келишимге кол коюлган датанын негизинде даталарды болжолдуу түрдө көрсөтсө болот</w:t>
      </w:r>
      <w:r w:rsidR="0042553D" w:rsidRPr="009257D9">
        <w:rPr>
          <w:lang w:val="ky-KG"/>
        </w:rPr>
        <w:t>.</w:t>
      </w:r>
      <w:r w:rsidRPr="009257D9">
        <w:rPr>
          <w:lang w:val="ky-KG"/>
        </w:rPr>
        <w:t xml:space="preserve"> 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10"/>
        <w:gridCol w:w="3969"/>
        <w:gridCol w:w="1701"/>
        <w:gridCol w:w="6236"/>
        <w:gridCol w:w="2835"/>
      </w:tblGrid>
      <w:tr w:rsidR="0044297A" w:rsidRPr="009257D9" w14:paraId="14691FD4" w14:textId="77777777">
        <w:trPr>
          <w:tblHeader/>
          <w:jc w:val="center"/>
        </w:trPr>
        <w:tc>
          <w:tcPr>
            <w:tcW w:w="510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961878" w14:textId="77777777" w:rsidR="0044297A" w:rsidRPr="009257D9" w:rsidRDefault="0042553D">
            <w:pPr>
              <w:jc w:val="center"/>
              <w:rPr>
                <w:lang w:val="ky-KG"/>
              </w:rPr>
            </w:pPr>
            <w:r w:rsidRPr="009257D9">
              <w:rPr>
                <w:b/>
                <w:sz w:val="16"/>
                <w:lang w:val="ky-KG"/>
              </w:rPr>
              <w:t>№</w:t>
            </w:r>
          </w:p>
        </w:tc>
        <w:tc>
          <w:tcPr>
            <w:tcW w:w="3969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3561AD" w14:textId="10438872" w:rsidR="0044297A" w:rsidRPr="009257D9" w:rsidRDefault="00E5127D">
            <w:pPr>
              <w:jc w:val="center"/>
              <w:rPr>
                <w:lang w:val="ky-KG"/>
              </w:rPr>
            </w:pPr>
            <w:r w:rsidRPr="009257D9">
              <w:rPr>
                <w:b/>
                <w:sz w:val="16"/>
                <w:lang w:val="ky-KG"/>
              </w:rPr>
              <w:t>Контролдук чекит</w:t>
            </w:r>
          </w:p>
        </w:tc>
        <w:tc>
          <w:tcPr>
            <w:tcW w:w="1701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F0F886" w14:textId="17137778" w:rsidR="0044297A" w:rsidRPr="009257D9" w:rsidRDefault="00E5127D">
            <w:pPr>
              <w:jc w:val="center"/>
              <w:rPr>
                <w:lang w:val="ky-KG"/>
              </w:rPr>
            </w:pPr>
            <w:r w:rsidRPr="009257D9">
              <w:rPr>
                <w:b/>
                <w:sz w:val="16"/>
                <w:lang w:val="ky-KG"/>
              </w:rPr>
              <w:t xml:space="preserve">Мөөнөтү </w:t>
            </w:r>
            <w:r w:rsidR="0042553D" w:rsidRPr="009257D9">
              <w:rPr>
                <w:b/>
                <w:sz w:val="16"/>
                <w:lang w:val="ky-KG"/>
              </w:rPr>
              <w:t xml:space="preserve">/ </w:t>
            </w:r>
            <w:r w:rsidRPr="009257D9">
              <w:rPr>
                <w:b/>
                <w:sz w:val="16"/>
                <w:lang w:val="ky-KG"/>
              </w:rPr>
              <w:t>ай</w:t>
            </w:r>
          </w:p>
        </w:tc>
        <w:tc>
          <w:tcPr>
            <w:tcW w:w="6236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7AFBE1" w14:textId="239B7BA8" w:rsidR="0044297A" w:rsidRPr="009257D9" w:rsidRDefault="00E5127D">
            <w:pPr>
              <w:jc w:val="center"/>
              <w:rPr>
                <w:lang w:val="ky-KG"/>
              </w:rPr>
            </w:pPr>
            <w:r w:rsidRPr="009257D9">
              <w:rPr>
                <w:b/>
                <w:sz w:val="16"/>
                <w:lang w:val="ky-KG"/>
              </w:rPr>
              <w:t xml:space="preserve">Аткарылышын эмне ырастайт  </w:t>
            </w:r>
          </w:p>
        </w:tc>
        <w:tc>
          <w:tcPr>
            <w:tcW w:w="2835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1DC05A" w14:textId="10055506" w:rsidR="0044297A" w:rsidRPr="009257D9" w:rsidRDefault="00E5127D">
            <w:pPr>
              <w:jc w:val="center"/>
              <w:rPr>
                <w:lang w:val="ky-KG"/>
              </w:rPr>
            </w:pPr>
            <w:r w:rsidRPr="009257D9">
              <w:rPr>
                <w:b/>
                <w:sz w:val="16"/>
                <w:lang w:val="ky-KG"/>
              </w:rPr>
              <w:t xml:space="preserve">Жоопту </w:t>
            </w:r>
          </w:p>
        </w:tc>
      </w:tr>
      <w:tr w:rsidR="0044297A" w:rsidRPr="009257D9" w14:paraId="0BA27EA7" w14:textId="77777777">
        <w:trPr>
          <w:jc w:val="center"/>
        </w:trPr>
        <w:tc>
          <w:tcPr>
            <w:tcW w:w="51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F6C768" w14:textId="77777777" w:rsidR="0044297A" w:rsidRPr="009257D9" w:rsidRDefault="0042553D">
            <w:pPr>
              <w:rPr>
                <w:lang w:val="ky-KG"/>
              </w:rPr>
            </w:pPr>
            <w:r w:rsidRPr="009257D9">
              <w:rPr>
                <w:sz w:val="16"/>
                <w:lang w:val="ky-KG"/>
              </w:rPr>
              <w:t>1</w:t>
            </w:r>
          </w:p>
        </w:tc>
        <w:tc>
          <w:tcPr>
            <w:tcW w:w="396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4CADE2" w14:textId="73AEA329" w:rsidR="0044297A" w:rsidRPr="009257D9" w:rsidRDefault="00E5127D">
            <w:pPr>
              <w:rPr>
                <w:lang w:val="ky-KG"/>
              </w:rPr>
            </w:pPr>
            <w:r w:rsidRPr="009257D9">
              <w:rPr>
                <w:i/>
                <w:color w:val="666666"/>
                <w:sz w:val="16"/>
                <w:lang w:val="ky-KG"/>
              </w:rPr>
              <w:t>Мисалы</w:t>
            </w:r>
            <w:r w:rsidR="000F1A66" w:rsidRPr="009257D9">
              <w:rPr>
                <w:i/>
                <w:color w:val="666666"/>
                <w:sz w:val="16"/>
                <w:lang w:val="ky-KG"/>
              </w:rPr>
              <w:t xml:space="preserve"> - </w:t>
            </w:r>
            <w:r w:rsidRPr="009257D9">
              <w:rPr>
                <w:i/>
                <w:color w:val="FF0000"/>
                <w:sz w:val="16"/>
                <w:lang w:val="ky-KG"/>
              </w:rPr>
              <w:t>Документтердин баштапкы пакети даярдалды</w:t>
            </w:r>
          </w:p>
        </w:tc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B78D6B" w14:textId="4DA27573" w:rsidR="0044297A" w:rsidRPr="009257D9" w:rsidRDefault="00E5127D">
            <w:pPr>
              <w:rPr>
                <w:i/>
                <w:color w:val="FF0000"/>
                <w:sz w:val="16"/>
                <w:lang w:val="ky-KG"/>
              </w:rPr>
            </w:pPr>
            <w:r w:rsidRPr="009257D9">
              <w:rPr>
                <w:i/>
                <w:color w:val="FF0000"/>
                <w:sz w:val="16"/>
                <w:lang w:val="ky-KG"/>
              </w:rPr>
              <w:t>1-ай</w:t>
            </w:r>
          </w:p>
        </w:tc>
        <w:tc>
          <w:tcPr>
            <w:tcW w:w="62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B9254D" w14:textId="45AD0D44" w:rsidR="0044297A" w:rsidRPr="009257D9" w:rsidRDefault="00AB1F04">
            <w:pPr>
              <w:rPr>
                <w:i/>
                <w:color w:val="FF0000"/>
                <w:sz w:val="16"/>
                <w:lang w:val="ky-KG"/>
              </w:rPr>
            </w:pPr>
            <w:r w:rsidRPr="009257D9">
              <w:rPr>
                <w:i/>
                <w:color w:val="FF0000"/>
                <w:sz w:val="16"/>
                <w:lang w:val="ky-KG"/>
              </w:rPr>
              <w:t>Бекитилген иш графиги, календардык план, сатып алуулар планы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D8D650" w14:textId="46629EE3" w:rsidR="0044297A" w:rsidRPr="009257D9" w:rsidRDefault="00AB1F04">
            <w:pPr>
              <w:rPr>
                <w:i/>
                <w:color w:val="FF0000"/>
                <w:sz w:val="16"/>
                <w:lang w:val="ky-KG"/>
              </w:rPr>
            </w:pPr>
            <w:r w:rsidRPr="009257D9">
              <w:rPr>
                <w:i/>
                <w:color w:val="FF0000"/>
                <w:sz w:val="16"/>
                <w:lang w:val="ky-KG"/>
              </w:rPr>
              <w:t>БӨУ</w:t>
            </w:r>
          </w:p>
        </w:tc>
      </w:tr>
      <w:tr w:rsidR="0044297A" w:rsidRPr="009257D9" w14:paraId="0C9F54EF" w14:textId="77777777">
        <w:trPr>
          <w:jc w:val="center"/>
        </w:trPr>
        <w:tc>
          <w:tcPr>
            <w:tcW w:w="51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E179FF" w14:textId="77777777" w:rsidR="0044297A" w:rsidRPr="009257D9" w:rsidRDefault="0042553D">
            <w:pPr>
              <w:rPr>
                <w:lang w:val="ky-KG"/>
              </w:rPr>
            </w:pPr>
            <w:r w:rsidRPr="009257D9">
              <w:rPr>
                <w:sz w:val="16"/>
                <w:lang w:val="ky-KG"/>
              </w:rPr>
              <w:t>2</w:t>
            </w:r>
          </w:p>
        </w:tc>
        <w:tc>
          <w:tcPr>
            <w:tcW w:w="396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1227B8" w14:textId="1EEF6CC0" w:rsidR="0044297A" w:rsidRPr="009257D9" w:rsidRDefault="00E5127D">
            <w:pPr>
              <w:rPr>
                <w:i/>
                <w:color w:val="FF0000"/>
                <w:sz w:val="16"/>
                <w:lang w:val="ky-KG"/>
              </w:rPr>
            </w:pPr>
            <w:r w:rsidRPr="009257D9">
              <w:rPr>
                <w:i/>
                <w:color w:val="FF0000"/>
                <w:sz w:val="16"/>
                <w:lang w:val="ky-KG"/>
              </w:rPr>
              <w:t>Макулдашуулар жана объектиге кирүү тастыкталды</w:t>
            </w:r>
          </w:p>
        </w:tc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8A8FE4" w14:textId="0B5862BB" w:rsidR="0044297A" w:rsidRPr="009257D9" w:rsidRDefault="00E5127D">
            <w:pPr>
              <w:rPr>
                <w:i/>
                <w:color w:val="FF0000"/>
                <w:sz w:val="16"/>
                <w:lang w:val="ky-KG"/>
              </w:rPr>
            </w:pPr>
            <w:r w:rsidRPr="009257D9">
              <w:rPr>
                <w:i/>
                <w:color w:val="FF0000"/>
                <w:sz w:val="16"/>
                <w:lang w:val="ky-KG"/>
              </w:rPr>
              <w:t>1-ай</w:t>
            </w:r>
          </w:p>
        </w:tc>
        <w:tc>
          <w:tcPr>
            <w:tcW w:w="62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BEF3B3" w14:textId="73090986" w:rsidR="0044297A" w:rsidRPr="009257D9" w:rsidRDefault="00AB1F04">
            <w:pPr>
              <w:rPr>
                <w:i/>
                <w:color w:val="FF0000"/>
                <w:sz w:val="16"/>
                <w:lang w:val="ky-KG"/>
              </w:rPr>
            </w:pPr>
            <w:r w:rsidRPr="009257D9">
              <w:rPr>
                <w:i/>
                <w:color w:val="FF0000"/>
                <w:sz w:val="16"/>
                <w:lang w:val="ky-KG"/>
              </w:rPr>
              <w:t>Өнөктөшүнөн же объектти балансында кармоочудан кат/макулдашуу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97D3A5" w14:textId="165CAEE8" w:rsidR="0044297A" w:rsidRPr="009257D9" w:rsidRDefault="00AB1F04">
            <w:pPr>
              <w:rPr>
                <w:i/>
                <w:color w:val="FF0000"/>
                <w:sz w:val="16"/>
                <w:lang w:val="ky-KG"/>
              </w:rPr>
            </w:pPr>
            <w:r w:rsidRPr="009257D9">
              <w:rPr>
                <w:i/>
                <w:color w:val="FF0000"/>
                <w:sz w:val="16"/>
                <w:lang w:val="ky-KG"/>
              </w:rPr>
              <w:t>БӨУ</w:t>
            </w:r>
            <w:r w:rsidR="0042553D" w:rsidRPr="009257D9">
              <w:rPr>
                <w:i/>
                <w:color w:val="FF0000"/>
                <w:sz w:val="16"/>
                <w:lang w:val="ky-KG"/>
              </w:rPr>
              <w:t xml:space="preserve">, </w:t>
            </w:r>
            <w:r w:rsidRPr="009257D9">
              <w:rPr>
                <w:i/>
                <w:color w:val="FF0000"/>
                <w:sz w:val="16"/>
                <w:lang w:val="ky-KG"/>
              </w:rPr>
              <w:t>өнөктөш</w:t>
            </w:r>
          </w:p>
        </w:tc>
      </w:tr>
      <w:tr w:rsidR="00AB1F04" w:rsidRPr="009257D9" w14:paraId="7C543BAE" w14:textId="77777777" w:rsidTr="00D3251F">
        <w:trPr>
          <w:jc w:val="center"/>
        </w:trPr>
        <w:tc>
          <w:tcPr>
            <w:tcW w:w="51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8A0F31" w14:textId="77777777" w:rsidR="00AB1F04" w:rsidRPr="009257D9" w:rsidRDefault="00AB1F04" w:rsidP="00AB1F04">
            <w:pPr>
              <w:rPr>
                <w:lang w:val="ky-KG"/>
              </w:rPr>
            </w:pPr>
            <w:r w:rsidRPr="009257D9">
              <w:rPr>
                <w:sz w:val="16"/>
                <w:lang w:val="ky-KG"/>
              </w:rPr>
              <w:t>3</w:t>
            </w:r>
          </w:p>
        </w:tc>
        <w:tc>
          <w:tcPr>
            <w:tcW w:w="396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75B7BF" w14:textId="5A1ECE96" w:rsidR="00AB1F04" w:rsidRPr="009257D9" w:rsidRDefault="00AB1F04" w:rsidP="00AB1F04">
            <w:pPr>
              <w:rPr>
                <w:i/>
                <w:color w:val="FF0000"/>
                <w:sz w:val="16"/>
                <w:lang w:val="ky-KG"/>
              </w:rPr>
            </w:pPr>
            <w:r w:rsidRPr="009257D9">
              <w:rPr>
                <w:i/>
                <w:color w:val="FF0000"/>
                <w:sz w:val="16"/>
                <w:lang w:val="ky-KG"/>
              </w:rPr>
              <w:t>Сатып алуулар аяктады</w:t>
            </w:r>
          </w:p>
        </w:tc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16F845" w14:textId="019AD2D3" w:rsidR="00AB1F04" w:rsidRPr="009257D9" w:rsidRDefault="00AB1F04" w:rsidP="00AB1F04">
            <w:pPr>
              <w:rPr>
                <w:i/>
                <w:color w:val="FF0000"/>
                <w:sz w:val="16"/>
                <w:lang w:val="ky-KG"/>
              </w:rPr>
            </w:pPr>
            <w:r w:rsidRPr="009257D9">
              <w:rPr>
                <w:i/>
                <w:color w:val="FF0000"/>
                <w:sz w:val="16"/>
                <w:lang w:val="ky-KG"/>
              </w:rPr>
              <w:t xml:space="preserve"> 2–3-ай </w:t>
            </w:r>
          </w:p>
        </w:tc>
        <w:tc>
          <w:tcPr>
            <w:tcW w:w="62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3F5FC3" w14:textId="30C5584A" w:rsidR="00AB1F04" w:rsidRPr="009257D9" w:rsidRDefault="00AB1F04" w:rsidP="00AB1F04">
            <w:pPr>
              <w:rPr>
                <w:i/>
                <w:color w:val="FF0000"/>
                <w:sz w:val="16"/>
                <w:lang w:val="ky-KG"/>
              </w:rPr>
            </w:pPr>
            <w:r w:rsidRPr="009257D9">
              <w:rPr>
                <w:i/>
                <w:color w:val="FF0000"/>
                <w:sz w:val="16"/>
                <w:lang w:val="ky-KG"/>
              </w:rPr>
              <w:t>Сатып алуу документтери, келишимдер, эсептер, жеткирүү актылары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497682" w14:textId="1BE0084C" w:rsidR="00AB1F04" w:rsidRPr="009257D9" w:rsidRDefault="00AB1F04" w:rsidP="00AB1F04">
            <w:pPr>
              <w:rPr>
                <w:i/>
                <w:color w:val="FF0000"/>
                <w:sz w:val="16"/>
                <w:lang w:val="ky-KG"/>
              </w:rPr>
            </w:pPr>
            <w:r w:rsidRPr="009257D9">
              <w:rPr>
                <w:i/>
                <w:color w:val="FF0000"/>
                <w:sz w:val="16"/>
                <w:lang w:val="ky-KG"/>
              </w:rPr>
              <w:t>БӨУ</w:t>
            </w:r>
          </w:p>
        </w:tc>
      </w:tr>
      <w:tr w:rsidR="00AB1F04" w:rsidRPr="009257D9" w14:paraId="2F1E83DA" w14:textId="77777777" w:rsidTr="00D3251F">
        <w:trPr>
          <w:jc w:val="center"/>
        </w:trPr>
        <w:tc>
          <w:tcPr>
            <w:tcW w:w="51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827620" w14:textId="77777777" w:rsidR="00AB1F04" w:rsidRPr="009257D9" w:rsidRDefault="00AB1F04" w:rsidP="00AB1F04">
            <w:pPr>
              <w:rPr>
                <w:lang w:val="ky-KG"/>
              </w:rPr>
            </w:pPr>
            <w:r w:rsidRPr="009257D9">
              <w:rPr>
                <w:sz w:val="16"/>
                <w:lang w:val="ky-KG"/>
              </w:rPr>
              <w:t>4</w:t>
            </w:r>
          </w:p>
        </w:tc>
        <w:tc>
          <w:tcPr>
            <w:tcW w:w="396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FA8378" w14:textId="4A4FA983" w:rsidR="00AB1F04" w:rsidRPr="009257D9" w:rsidRDefault="00AB1F04" w:rsidP="00AB1F04">
            <w:pPr>
              <w:rPr>
                <w:i/>
                <w:color w:val="FF0000"/>
                <w:sz w:val="16"/>
                <w:lang w:val="ky-KG"/>
              </w:rPr>
            </w:pPr>
            <w:r w:rsidRPr="009257D9">
              <w:rPr>
                <w:i/>
                <w:color w:val="FF0000"/>
                <w:sz w:val="16"/>
                <w:lang w:val="ky-KG"/>
              </w:rPr>
              <w:t>Негизги иштер кеминде 50% аткарылган</w:t>
            </w:r>
          </w:p>
        </w:tc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923DE7" w14:textId="53EDA032" w:rsidR="00AB1F04" w:rsidRPr="009257D9" w:rsidRDefault="00AB1F04" w:rsidP="00AB1F04">
            <w:pPr>
              <w:rPr>
                <w:i/>
                <w:color w:val="FF0000"/>
                <w:sz w:val="16"/>
                <w:lang w:val="ky-KG"/>
              </w:rPr>
            </w:pPr>
            <w:r w:rsidRPr="009257D9">
              <w:rPr>
                <w:i/>
                <w:color w:val="FF0000"/>
                <w:sz w:val="16"/>
                <w:lang w:val="ky-KG"/>
              </w:rPr>
              <w:t xml:space="preserve">  3–6-ай</w:t>
            </w:r>
          </w:p>
        </w:tc>
        <w:tc>
          <w:tcPr>
            <w:tcW w:w="62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5DA04E" w14:textId="36EBBCE9" w:rsidR="00AB1F04" w:rsidRPr="009257D9" w:rsidRDefault="00AB1F04" w:rsidP="00AB1F04">
            <w:pPr>
              <w:rPr>
                <w:i/>
                <w:color w:val="FF0000"/>
                <w:sz w:val="16"/>
                <w:lang w:val="ky-KG"/>
              </w:rPr>
            </w:pPr>
            <w:r w:rsidRPr="009257D9">
              <w:rPr>
                <w:i/>
                <w:color w:val="FF0000"/>
                <w:sz w:val="16"/>
                <w:lang w:val="ky-KG"/>
              </w:rPr>
              <w:t>Аралык отчет, фотофиксация, аткарылган иштердин актылары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DBC4EC" w14:textId="46DAC2BC" w:rsidR="00AB1F04" w:rsidRPr="009257D9" w:rsidRDefault="00AB1F04" w:rsidP="00AB1F04">
            <w:pPr>
              <w:rPr>
                <w:i/>
                <w:color w:val="FF0000"/>
                <w:sz w:val="16"/>
                <w:lang w:val="ky-KG"/>
              </w:rPr>
            </w:pPr>
            <w:r w:rsidRPr="009257D9">
              <w:rPr>
                <w:i/>
                <w:color w:val="FF0000"/>
                <w:sz w:val="16"/>
                <w:lang w:val="ky-KG"/>
              </w:rPr>
              <w:t>БӨУ</w:t>
            </w:r>
          </w:p>
        </w:tc>
      </w:tr>
      <w:tr w:rsidR="0044297A" w:rsidRPr="009257D9" w14:paraId="4AD52BA5" w14:textId="77777777">
        <w:trPr>
          <w:jc w:val="center"/>
        </w:trPr>
        <w:tc>
          <w:tcPr>
            <w:tcW w:w="51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B50E2C" w14:textId="77777777" w:rsidR="0044297A" w:rsidRPr="009257D9" w:rsidRDefault="0042553D">
            <w:pPr>
              <w:rPr>
                <w:lang w:val="ky-KG"/>
              </w:rPr>
            </w:pPr>
            <w:r w:rsidRPr="009257D9">
              <w:rPr>
                <w:sz w:val="16"/>
                <w:lang w:val="ky-KG"/>
              </w:rPr>
              <w:t>5</w:t>
            </w:r>
          </w:p>
        </w:tc>
        <w:tc>
          <w:tcPr>
            <w:tcW w:w="396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ED8EDD" w14:textId="2551FC4A" w:rsidR="0044297A" w:rsidRPr="009257D9" w:rsidRDefault="00E5127D">
            <w:pPr>
              <w:rPr>
                <w:i/>
                <w:color w:val="FF0000"/>
                <w:sz w:val="16"/>
                <w:lang w:val="ky-KG"/>
              </w:rPr>
            </w:pPr>
            <w:r w:rsidRPr="009257D9">
              <w:rPr>
                <w:i/>
                <w:color w:val="FF0000"/>
                <w:sz w:val="16"/>
                <w:lang w:val="ky-KG"/>
              </w:rPr>
              <w:t>Техникалык жыйынтык текшерилди жана кабыл алынды</w:t>
            </w:r>
          </w:p>
        </w:tc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8EAF2B" w14:textId="240DEC54" w:rsidR="0044297A" w:rsidRPr="009257D9" w:rsidRDefault="00E5127D">
            <w:pPr>
              <w:rPr>
                <w:i/>
                <w:color w:val="FF0000"/>
                <w:sz w:val="16"/>
                <w:lang w:val="ky-KG"/>
              </w:rPr>
            </w:pPr>
            <w:r w:rsidRPr="009257D9">
              <w:rPr>
                <w:i/>
                <w:color w:val="FF0000"/>
                <w:sz w:val="16"/>
                <w:lang w:val="ky-KG"/>
              </w:rPr>
              <w:t xml:space="preserve"> </w:t>
            </w:r>
            <w:r w:rsidR="0042553D" w:rsidRPr="009257D9">
              <w:rPr>
                <w:i/>
                <w:color w:val="FF0000"/>
                <w:sz w:val="16"/>
                <w:lang w:val="ky-KG"/>
              </w:rPr>
              <w:t>6–</w:t>
            </w:r>
            <w:r w:rsidR="00BA0CB2" w:rsidRPr="009257D9">
              <w:rPr>
                <w:i/>
                <w:color w:val="FF0000"/>
                <w:sz w:val="16"/>
                <w:lang w:val="ky-KG"/>
              </w:rPr>
              <w:t>8</w:t>
            </w:r>
            <w:r w:rsidRPr="009257D9">
              <w:rPr>
                <w:i/>
                <w:color w:val="FF0000"/>
                <w:sz w:val="16"/>
                <w:lang w:val="ky-KG"/>
              </w:rPr>
              <w:t>-ай</w:t>
            </w:r>
          </w:p>
        </w:tc>
        <w:tc>
          <w:tcPr>
            <w:tcW w:w="62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E2DA44" w14:textId="22CF13EB" w:rsidR="0044297A" w:rsidRPr="009257D9" w:rsidRDefault="00AB1F04">
            <w:pPr>
              <w:rPr>
                <w:i/>
                <w:color w:val="FF0000"/>
                <w:sz w:val="16"/>
                <w:lang w:val="ky-KG"/>
              </w:rPr>
            </w:pPr>
            <w:r w:rsidRPr="009257D9">
              <w:rPr>
                <w:i/>
                <w:color w:val="FF0000"/>
                <w:sz w:val="16"/>
                <w:lang w:val="ky-KG"/>
              </w:rPr>
              <w:t>Кабыл алуу актысы, балансында кармоочунун тастыктоосу, фото / видео материалдар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DC2DC7" w14:textId="762CAFE3" w:rsidR="0044297A" w:rsidRPr="009257D9" w:rsidRDefault="00AB1F04">
            <w:pPr>
              <w:rPr>
                <w:i/>
                <w:color w:val="FF0000"/>
                <w:sz w:val="16"/>
                <w:lang w:val="ky-KG"/>
              </w:rPr>
            </w:pPr>
            <w:r w:rsidRPr="009257D9">
              <w:rPr>
                <w:i/>
                <w:color w:val="FF0000"/>
                <w:sz w:val="16"/>
                <w:lang w:val="ky-KG"/>
              </w:rPr>
              <w:t>БӨУ</w:t>
            </w:r>
            <w:r w:rsidR="0042553D" w:rsidRPr="009257D9">
              <w:rPr>
                <w:i/>
                <w:color w:val="FF0000"/>
                <w:sz w:val="16"/>
                <w:lang w:val="ky-KG"/>
              </w:rPr>
              <w:t xml:space="preserve">, </w:t>
            </w:r>
            <w:r w:rsidRPr="009257D9">
              <w:rPr>
                <w:i/>
                <w:color w:val="FF0000"/>
                <w:sz w:val="16"/>
                <w:lang w:val="ky-KG"/>
              </w:rPr>
              <w:t>өнөктөш</w:t>
            </w:r>
            <w:r w:rsidR="0042553D" w:rsidRPr="009257D9">
              <w:rPr>
                <w:i/>
                <w:color w:val="FF0000"/>
                <w:sz w:val="16"/>
                <w:lang w:val="ky-KG"/>
              </w:rPr>
              <w:t xml:space="preserve">, </w:t>
            </w:r>
            <w:r w:rsidRPr="009257D9">
              <w:rPr>
                <w:i/>
                <w:color w:val="FF0000"/>
                <w:sz w:val="16"/>
                <w:lang w:val="ky-KG"/>
              </w:rPr>
              <w:t>БУУӨП</w:t>
            </w:r>
          </w:p>
        </w:tc>
      </w:tr>
      <w:tr w:rsidR="0044297A" w:rsidRPr="009257D9" w14:paraId="746C4828" w14:textId="77777777">
        <w:trPr>
          <w:jc w:val="center"/>
        </w:trPr>
        <w:tc>
          <w:tcPr>
            <w:tcW w:w="51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F8388C" w14:textId="77777777" w:rsidR="0044297A" w:rsidRPr="009257D9" w:rsidRDefault="0042553D">
            <w:pPr>
              <w:rPr>
                <w:lang w:val="ky-KG"/>
              </w:rPr>
            </w:pPr>
            <w:r w:rsidRPr="009257D9">
              <w:rPr>
                <w:sz w:val="16"/>
                <w:lang w:val="ky-KG"/>
              </w:rPr>
              <w:t>6</w:t>
            </w:r>
          </w:p>
        </w:tc>
        <w:tc>
          <w:tcPr>
            <w:tcW w:w="396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9E4A5F" w14:textId="1C8EB95D" w:rsidR="0044297A" w:rsidRPr="009257D9" w:rsidRDefault="00E5127D">
            <w:pPr>
              <w:rPr>
                <w:i/>
                <w:color w:val="FF0000"/>
                <w:sz w:val="16"/>
                <w:lang w:val="ky-KG"/>
              </w:rPr>
            </w:pPr>
            <w:r w:rsidRPr="009257D9">
              <w:rPr>
                <w:i/>
                <w:color w:val="FF0000"/>
                <w:sz w:val="16"/>
                <w:lang w:val="ky-KG"/>
              </w:rPr>
              <w:t>Финалдык отчет берилди</w:t>
            </w:r>
          </w:p>
        </w:tc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97ED90" w14:textId="25777148" w:rsidR="0044297A" w:rsidRPr="009257D9" w:rsidRDefault="00E5127D">
            <w:pPr>
              <w:rPr>
                <w:i/>
                <w:color w:val="FF0000"/>
                <w:sz w:val="16"/>
                <w:lang w:val="ky-KG"/>
              </w:rPr>
            </w:pPr>
            <w:r w:rsidRPr="009257D9">
              <w:rPr>
                <w:i/>
                <w:color w:val="FF0000"/>
                <w:sz w:val="16"/>
                <w:lang w:val="ky-KG"/>
              </w:rPr>
              <w:t xml:space="preserve"> </w:t>
            </w:r>
            <w:r w:rsidR="00BA0CB2" w:rsidRPr="009257D9">
              <w:rPr>
                <w:i/>
                <w:color w:val="FF0000"/>
                <w:sz w:val="16"/>
                <w:lang w:val="ky-KG"/>
              </w:rPr>
              <w:t>9-10</w:t>
            </w:r>
            <w:r w:rsidRPr="009257D9">
              <w:rPr>
                <w:i/>
                <w:color w:val="FF0000"/>
                <w:sz w:val="16"/>
                <w:lang w:val="ky-KG"/>
              </w:rPr>
              <w:t>-ай</w:t>
            </w:r>
          </w:p>
        </w:tc>
        <w:tc>
          <w:tcPr>
            <w:tcW w:w="62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8178FE" w14:textId="6368737E" w:rsidR="0044297A" w:rsidRPr="009257D9" w:rsidRDefault="00AB1F04">
            <w:pPr>
              <w:rPr>
                <w:i/>
                <w:color w:val="FF0000"/>
                <w:sz w:val="16"/>
                <w:lang w:val="ky-KG"/>
              </w:rPr>
            </w:pPr>
            <w:r w:rsidRPr="009257D9">
              <w:rPr>
                <w:i/>
                <w:color w:val="FF0000"/>
                <w:sz w:val="16"/>
                <w:lang w:val="ky-KG"/>
              </w:rPr>
              <w:t>Акыркы программалык камсыздоо жана финансылык отчет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0B6D47" w14:textId="5226B659" w:rsidR="0044297A" w:rsidRPr="009257D9" w:rsidRDefault="00AB1F04">
            <w:pPr>
              <w:rPr>
                <w:i/>
                <w:color w:val="FF0000"/>
                <w:sz w:val="16"/>
                <w:lang w:val="ky-KG"/>
              </w:rPr>
            </w:pPr>
            <w:r w:rsidRPr="009257D9">
              <w:rPr>
                <w:i/>
                <w:color w:val="FF0000"/>
                <w:sz w:val="16"/>
                <w:lang w:val="ky-KG"/>
              </w:rPr>
              <w:t>БӨУ</w:t>
            </w:r>
          </w:p>
        </w:tc>
      </w:tr>
    </w:tbl>
    <w:p w14:paraId="79192109" w14:textId="77777777" w:rsidR="0044297A" w:rsidRPr="009257D9" w:rsidRDefault="0042553D">
      <w:pPr>
        <w:rPr>
          <w:lang w:val="ky-KG"/>
        </w:rPr>
      </w:pPr>
      <w:r w:rsidRPr="009257D9">
        <w:rPr>
          <w:lang w:val="ky-KG"/>
        </w:rPr>
        <w:br w:type="page"/>
      </w:r>
    </w:p>
    <w:p w14:paraId="541555DF" w14:textId="586AE63B" w:rsidR="0044297A" w:rsidRPr="009257D9" w:rsidRDefault="0042553D">
      <w:pPr>
        <w:pStyle w:val="1"/>
        <w:rPr>
          <w:lang w:val="ky-KG"/>
        </w:rPr>
      </w:pPr>
      <w:r w:rsidRPr="009257D9">
        <w:rPr>
          <w:rFonts w:ascii="Arial" w:eastAsia="Arial" w:hAnsi="Arial"/>
          <w:color w:val="1F4E79"/>
          <w:sz w:val="22"/>
          <w:lang w:val="ky-KG"/>
        </w:rPr>
        <w:lastRenderedPageBreak/>
        <w:t>4</w:t>
      </w:r>
      <w:r w:rsidR="00AB1F04" w:rsidRPr="009257D9">
        <w:rPr>
          <w:rFonts w:ascii="Arial" w:eastAsia="Arial" w:hAnsi="Arial"/>
          <w:color w:val="1F4E79"/>
          <w:sz w:val="22"/>
          <w:lang w:val="ky-KG"/>
        </w:rPr>
        <w:t>-бөлүм</w:t>
      </w:r>
      <w:r w:rsidRPr="009257D9">
        <w:rPr>
          <w:rFonts w:ascii="Arial" w:eastAsia="Arial" w:hAnsi="Arial"/>
          <w:color w:val="1F4E79"/>
          <w:sz w:val="22"/>
          <w:lang w:val="ky-KG"/>
        </w:rPr>
        <w:t xml:space="preserve">. </w:t>
      </w:r>
      <w:r w:rsidR="00AB1F04" w:rsidRPr="009257D9">
        <w:rPr>
          <w:rFonts w:ascii="Arial" w:eastAsia="Arial" w:hAnsi="Arial"/>
          <w:color w:val="1F4E79"/>
          <w:sz w:val="22"/>
          <w:lang w:val="ky-KG"/>
        </w:rPr>
        <w:t xml:space="preserve">Сапатына, тобокелдиктерге жана эксплуатацияга мониторинг жүргүзүү  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10"/>
        <w:gridCol w:w="3402"/>
        <w:gridCol w:w="3969"/>
        <w:gridCol w:w="2268"/>
        <w:gridCol w:w="5102"/>
      </w:tblGrid>
      <w:tr w:rsidR="0044297A" w:rsidRPr="009257D9" w14:paraId="00C80BBD" w14:textId="77777777">
        <w:trPr>
          <w:tblHeader/>
          <w:jc w:val="center"/>
        </w:trPr>
        <w:tc>
          <w:tcPr>
            <w:tcW w:w="510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8C32BD" w14:textId="77777777" w:rsidR="0044297A" w:rsidRPr="009257D9" w:rsidRDefault="0042553D">
            <w:pPr>
              <w:jc w:val="center"/>
              <w:rPr>
                <w:lang w:val="ky-KG"/>
              </w:rPr>
            </w:pPr>
            <w:r w:rsidRPr="009257D9">
              <w:rPr>
                <w:b/>
                <w:sz w:val="16"/>
                <w:lang w:val="ky-KG"/>
              </w:rPr>
              <w:t>№</w:t>
            </w:r>
          </w:p>
        </w:tc>
        <w:tc>
          <w:tcPr>
            <w:tcW w:w="3402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8357A0" w14:textId="5C5E4158" w:rsidR="0044297A" w:rsidRPr="009257D9" w:rsidRDefault="00AB1F04">
            <w:pPr>
              <w:jc w:val="center"/>
              <w:rPr>
                <w:lang w:val="ky-KG"/>
              </w:rPr>
            </w:pPr>
            <w:r w:rsidRPr="009257D9">
              <w:rPr>
                <w:b/>
                <w:sz w:val="16"/>
                <w:lang w:val="ky-KG"/>
              </w:rPr>
              <w:t>Эмнеге байкоо жүргүзүлөт</w:t>
            </w:r>
          </w:p>
        </w:tc>
        <w:tc>
          <w:tcPr>
            <w:tcW w:w="3969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C55C3B" w14:textId="5A290053" w:rsidR="0044297A" w:rsidRPr="009257D9" w:rsidRDefault="00AB1F04">
            <w:pPr>
              <w:jc w:val="center"/>
              <w:rPr>
                <w:lang w:val="ky-KG"/>
              </w:rPr>
            </w:pPr>
            <w:r w:rsidRPr="009257D9">
              <w:rPr>
                <w:b/>
                <w:sz w:val="16"/>
                <w:lang w:val="ky-KG"/>
              </w:rPr>
              <w:t>Кандай текшерилет</w:t>
            </w:r>
          </w:p>
        </w:tc>
        <w:tc>
          <w:tcPr>
            <w:tcW w:w="2268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702BBD" w14:textId="5B437831" w:rsidR="0044297A" w:rsidRPr="009257D9" w:rsidRDefault="00AB1F04">
            <w:pPr>
              <w:jc w:val="center"/>
              <w:rPr>
                <w:lang w:val="ky-KG"/>
              </w:rPr>
            </w:pPr>
            <w:r w:rsidRPr="009257D9">
              <w:rPr>
                <w:b/>
                <w:sz w:val="16"/>
                <w:lang w:val="ky-KG"/>
              </w:rPr>
              <w:t xml:space="preserve">Мезгилдүүлүк </w:t>
            </w:r>
          </w:p>
        </w:tc>
        <w:tc>
          <w:tcPr>
            <w:tcW w:w="5102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4A9F25" w14:textId="24EEAD74" w:rsidR="0044297A" w:rsidRPr="009257D9" w:rsidRDefault="00AB1F04">
            <w:pPr>
              <w:jc w:val="center"/>
              <w:rPr>
                <w:lang w:val="ky-KG"/>
              </w:rPr>
            </w:pPr>
            <w:r w:rsidRPr="009257D9">
              <w:rPr>
                <w:b/>
                <w:sz w:val="16"/>
                <w:lang w:val="ky-KG"/>
              </w:rPr>
              <w:t>Ырастоочу документтер</w:t>
            </w:r>
          </w:p>
        </w:tc>
      </w:tr>
      <w:tr w:rsidR="0044297A" w:rsidRPr="009257D9" w14:paraId="39E0239E" w14:textId="77777777">
        <w:trPr>
          <w:jc w:val="center"/>
        </w:trPr>
        <w:tc>
          <w:tcPr>
            <w:tcW w:w="51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76F51B" w14:textId="77777777" w:rsidR="0044297A" w:rsidRPr="009257D9" w:rsidRDefault="0042553D">
            <w:pPr>
              <w:rPr>
                <w:lang w:val="ky-KG"/>
              </w:rPr>
            </w:pPr>
            <w:r w:rsidRPr="009257D9">
              <w:rPr>
                <w:sz w:val="16"/>
                <w:lang w:val="ky-KG"/>
              </w:rPr>
              <w:t>1</w:t>
            </w: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A5BD11" w14:textId="183D2C37" w:rsidR="0044297A" w:rsidRPr="009257D9" w:rsidRDefault="00AB1F04">
            <w:pPr>
              <w:rPr>
                <w:i/>
                <w:color w:val="FF0000"/>
                <w:lang w:val="ky-KG"/>
              </w:rPr>
            </w:pPr>
            <w:r w:rsidRPr="009257D9">
              <w:rPr>
                <w:i/>
                <w:color w:val="FF0000"/>
                <w:sz w:val="16"/>
                <w:lang w:val="ky-KG"/>
              </w:rPr>
              <w:t>мисалы</w:t>
            </w:r>
            <w:r w:rsidR="00F5008B" w:rsidRPr="009257D9">
              <w:rPr>
                <w:i/>
                <w:color w:val="FF0000"/>
                <w:sz w:val="16"/>
                <w:lang w:val="ky-KG"/>
              </w:rPr>
              <w:t xml:space="preserve"> - </w:t>
            </w:r>
            <w:r w:rsidRPr="009257D9">
              <w:rPr>
                <w:i/>
                <w:color w:val="FF0000"/>
                <w:sz w:val="16"/>
                <w:lang w:val="ky-KG"/>
              </w:rPr>
              <w:t>Техникалык чечимди сактоо</w:t>
            </w:r>
          </w:p>
        </w:tc>
        <w:tc>
          <w:tcPr>
            <w:tcW w:w="396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52F341" w14:textId="203122EA" w:rsidR="0044297A" w:rsidRPr="009257D9" w:rsidRDefault="00AB1F04">
            <w:pPr>
              <w:rPr>
                <w:i/>
                <w:color w:val="FF0000"/>
                <w:lang w:val="ky-KG"/>
              </w:rPr>
            </w:pPr>
            <w:r w:rsidRPr="009257D9">
              <w:rPr>
                <w:i/>
                <w:color w:val="FF0000"/>
                <w:sz w:val="16"/>
                <w:lang w:val="ky-KG"/>
              </w:rPr>
              <w:t>Жумуштардын ДСД/BoQ/техникалык сүрөттөмөсүнө ылайык келүүсүн текшерүү</w:t>
            </w:r>
            <w:r w:rsidR="0042553D" w:rsidRPr="009257D9">
              <w:rPr>
                <w:i/>
                <w:color w:val="FF0000"/>
                <w:sz w:val="16"/>
                <w:lang w:val="ky-KG"/>
              </w:rPr>
              <w:t xml:space="preserve"> </w:t>
            </w:r>
          </w:p>
        </w:tc>
        <w:tc>
          <w:tcPr>
            <w:tcW w:w="22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4ADE0A" w14:textId="59479C9E" w:rsidR="0044297A" w:rsidRPr="009257D9" w:rsidRDefault="00D03814">
            <w:pPr>
              <w:rPr>
                <w:i/>
                <w:color w:val="FF0000"/>
                <w:lang w:val="ky-KG"/>
              </w:rPr>
            </w:pPr>
            <w:r w:rsidRPr="009257D9">
              <w:rPr>
                <w:i/>
                <w:color w:val="FF0000"/>
                <w:sz w:val="16"/>
                <w:lang w:val="ky-KG"/>
              </w:rPr>
              <w:t>Ай сайын</w:t>
            </w:r>
          </w:p>
        </w:tc>
        <w:tc>
          <w:tcPr>
            <w:tcW w:w="51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350A7D" w14:textId="57C4BD60" w:rsidR="0044297A" w:rsidRPr="009257D9" w:rsidRDefault="0042553D">
            <w:pPr>
              <w:rPr>
                <w:i/>
                <w:color w:val="FF0000"/>
                <w:lang w:val="ky-KG"/>
              </w:rPr>
            </w:pPr>
            <w:r w:rsidRPr="009257D9">
              <w:rPr>
                <w:i/>
                <w:color w:val="FF0000"/>
                <w:sz w:val="16"/>
                <w:lang w:val="ky-KG"/>
              </w:rPr>
              <w:t>Фото, акт</w:t>
            </w:r>
            <w:r w:rsidR="00D03814" w:rsidRPr="009257D9">
              <w:rPr>
                <w:i/>
                <w:color w:val="FF0000"/>
                <w:sz w:val="16"/>
                <w:lang w:val="ky-KG"/>
              </w:rPr>
              <w:t>ылар</w:t>
            </w:r>
            <w:r w:rsidRPr="009257D9">
              <w:rPr>
                <w:i/>
                <w:color w:val="FF0000"/>
                <w:sz w:val="16"/>
                <w:lang w:val="ky-KG"/>
              </w:rPr>
              <w:t>, техни</w:t>
            </w:r>
            <w:r w:rsidR="00D03814" w:rsidRPr="009257D9">
              <w:rPr>
                <w:i/>
                <w:color w:val="FF0000"/>
                <w:sz w:val="16"/>
                <w:lang w:val="ky-KG"/>
              </w:rPr>
              <w:t>калык корутундулар</w:t>
            </w:r>
          </w:p>
        </w:tc>
      </w:tr>
      <w:tr w:rsidR="0044297A" w:rsidRPr="009257D9" w14:paraId="192C98D0" w14:textId="77777777">
        <w:trPr>
          <w:jc w:val="center"/>
        </w:trPr>
        <w:tc>
          <w:tcPr>
            <w:tcW w:w="51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C345CE" w14:textId="77777777" w:rsidR="0044297A" w:rsidRPr="009257D9" w:rsidRDefault="0042553D">
            <w:pPr>
              <w:rPr>
                <w:lang w:val="ky-KG"/>
              </w:rPr>
            </w:pPr>
            <w:r w:rsidRPr="009257D9">
              <w:rPr>
                <w:sz w:val="16"/>
                <w:lang w:val="ky-KG"/>
              </w:rPr>
              <w:t>2</w:t>
            </w: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59CEC5" w14:textId="49A13F74" w:rsidR="0044297A" w:rsidRPr="009257D9" w:rsidRDefault="00AB1F04">
            <w:pPr>
              <w:rPr>
                <w:i/>
                <w:color w:val="FF0000"/>
                <w:lang w:val="ky-KG"/>
              </w:rPr>
            </w:pPr>
            <w:r w:rsidRPr="009257D9">
              <w:rPr>
                <w:i/>
                <w:color w:val="FF0000"/>
                <w:sz w:val="16"/>
                <w:lang w:val="ky-KG"/>
              </w:rPr>
              <w:t xml:space="preserve">Графикти сактоо </w:t>
            </w:r>
          </w:p>
        </w:tc>
        <w:tc>
          <w:tcPr>
            <w:tcW w:w="396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5E3ABA" w14:textId="1D4B560E" w:rsidR="0044297A" w:rsidRPr="009257D9" w:rsidRDefault="00D03814">
            <w:pPr>
              <w:rPr>
                <w:i/>
                <w:color w:val="FF0000"/>
                <w:lang w:val="ky-KG"/>
              </w:rPr>
            </w:pPr>
            <w:r w:rsidRPr="009257D9">
              <w:rPr>
                <w:i/>
                <w:color w:val="FF0000"/>
                <w:sz w:val="16"/>
                <w:lang w:val="ky-KG"/>
              </w:rPr>
              <w:t>Календардык план менен иш жүзүндө аткарууну салыштыруу</w:t>
            </w:r>
          </w:p>
        </w:tc>
        <w:tc>
          <w:tcPr>
            <w:tcW w:w="22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FFBF6B" w14:textId="28CA4F89" w:rsidR="0044297A" w:rsidRPr="009257D9" w:rsidRDefault="00D03814">
            <w:pPr>
              <w:rPr>
                <w:i/>
                <w:color w:val="FF0000"/>
                <w:lang w:val="ky-KG"/>
              </w:rPr>
            </w:pPr>
            <w:r w:rsidRPr="009257D9">
              <w:rPr>
                <w:i/>
                <w:color w:val="FF0000"/>
                <w:sz w:val="16"/>
                <w:lang w:val="ky-KG"/>
              </w:rPr>
              <w:t>Ай сайын</w:t>
            </w:r>
          </w:p>
        </w:tc>
        <w:tc>
          <w:tcPr>
            <w:tcW w:w="51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5F6182" w14:textId="109F5F56" w:rsidR="0044297A" w:rsidRPr="009257D9" w:rsidRDefault="00D03814">
            <w:pPr>
              <w:rPr>
                <w:i/>
                <w:color w:val="FF0000"/>
                <w:lang w:val="ky-KG"/>
              </w:rPr>
            </w:pPr>
            <w:r w:rsidRPr="009257D9">
              <w:rPr>
                <w:i/>
                <w:color w:val="FF0000"/>
                <w:sz w:val="16"/>
                <w:lang w:val="ky-KG"/>
              </w:rPr>
              <w:t>Жаңыланган</w:t>
            </w:r>
            <w:r w:rsidR="0042553D" w:rsidRPr="009257D9">
              <w:rPr>
                <w:i/>
                <w:color w:val="FF0000"/>
                <w:sz w:val="16"/>
                <w:lang w:val="ky-KG"/>
              </w:rPr>
              <w:t xml:space="preserve"> график, </w:t>
            </w:r>
            <w:r w:rsidRPr="009257D9">
              <w:rPr>
                <w:i/>
                <w:color w:val="FF0000"/>
                <w:sz w:val="16"/>
                <w:lang w:val="ky-KG"/>
              </w:rPr>
              <w:t>жолугушуулар протоколдору</w:t>
            </w:r>
          </w:p>
        </w:tc>
      </w:tr>
      <w:tr w:rsidR="0044297A" w:rsidRPr="009257D9" w14:paraId="0BFE89AE" w14:textId="77777777">
        <w:trPr>
          <w:jc w:val="center"/>
        </w:trPr>
        <w:tc>
          <w:tcPr>
            <w:tcW w:w="51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EF1C35" w14:textId="77777777" w:rsidR="0044297A" w:rsidRPr="009257D9" w:rsidRDefault="0042553D">
            <w:pPr>
              <w:rPr>
                <w:lang w:val="ky-KG"/>
              </w:rPr>
            </w:pPr>
            <w:r w:rsidRPr="009257D9">
              <w:rPr>
                <w:sz w:val="16"/>
                <w:lang w:val="ky-KG"/>
              </w:rPr>
              <w:t>3</w:t>
            </w: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1A0362" w14:textId="7F2183DF" w:rsidR="0044297A" w:rsidRPr="009257D9" w:rsidRDefault="00AB1F04">
            <w:pPr>
              <w:rPr>
                <w:i/>
                <w:color w:val="FF0000"/>
                <w:sz w:val="16"/>
                <w:lang w:val="ky-KG"/>
              </w:rPr>
            </w:pPr>
            <w:r w:rsidRPr="009257D9">
              <w:rPr>
                <w:i/>
                <w:color w:val="FF0000"/>
                <w:sz w:val="16"/>
                <w:lang w:val="ky-KG"/>
              </w:rPr>
              <w:t>Сатып алынган материалдардын/жабдуулардын сапаты</w:t>
            </w:r>
          </w:p>
        </w:tc>
        <w:tc>
          <w:tcPr>
            <w:tcW w:w="396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00902D" w14:textId="0CF74CA5" w:rsidR="0044297A" w:rsidRPr="009257D9" w:rsidRDefault="00D03814">
            <w:pPr>
              <w:rPr>
                <w:i/>
                <w:color w:val="FF0000"/>
                <w:sz w:val="16"/>
                <w:lang w:val="ky-KG"/>
              </w:rPr>
            </w:pPr>
            <w:r w:rsidRPr="009257D9">
              <w:rPr>
                <w:i/>
                <w:color w:val="FF0000"/>
                <w:sz w:val="16"/>
                <w:lang w:val="ky-KG"/>
              </w:rPr>
              <w:t>Спецификацияларды, санын жана жеткирүү абалын текшерүү</w:t>
            </w:r>
          </w:p>
        </w:tc>
        <w:tc>
          <w:tcPr>
            <w:tcW w:w="22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A81CC9" w14:textId="0180D99A" w:rsidR="0044297A" w:rsidRPr="009257D9" w:rsidRDefault="00D03814">
            <w:pPr>
              <w:rPr>
                <w:i/>
                <w:color w:val="FF0000"/>
                <w:sz w:val="16"/>
                <w:lang w:val="ky-KG"/>
              </w:rPr>
            </w:pPr>
            <w:r w:rsidRPr="009257D9">
              <w:rPr>
                <w:i/>
                <w:color w:val="FF0000"/>
                <w:sz w:val="16"/>
                <w:lang w:val="ky-KG"/>
              </w:rPr>
              <w:t>Сатып алуулар боюнча</w:t>
            </w:r>
          </w:p>
        </w:tc>
        <w:tc>
          <w:tcPr>
            <w:tcW w:w="51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653065" w14:textId="2A4B7FDE" w:rsidR="0044297A" w:rsidRPr="009257D9" w:rsidRDefault="00D03814">
            <w:pPr>
              <w:rPr>
                <w:i/>
                <w:color w:val="FF0000"/>
                <w:sz w:val="16"/>
                <w:lang w:val="ky-KG"/>
              </w:rPr>
            </w:pPr>
            <w:r w:rsidRPr="009257D9">
              <w:rPr>
                <w:i/>
                <w:color w:val="FF0000"/>
                <w:sz w:val="16"/>
                <w:lang w:val="ky-KG"/>
              </w:rPr>
              <w:t>Эсептер</w:t>
            </w:r>
            <w:r w:rsidR="0042553D" w:rsidRPr="009257D9">
              <w:rPr>
                <w:i/>
                <w:color w:val="FF0000"/>
                <w:sz w:val="16"/>
                <w:lang w:val="ky-KG"/>
              </w:rPr>
              <w:t xml:space="preserve">, </w:t>
            </w:r>
            <w:r w:rsidRPr="009257D9">
              <w:rPr>
                <w:i/>
                <w:color w:val="FF0000"/>
                <w:sz w:val="16"/>
                <w:lang w:val="ky-KG"/>
              </w:rPr>
              <w:t>коштомо кагаздар</w:t>
            </w:r>
            <w:r w:rsidR="0042553D" w:rsidRPr="009257D9">
              <w:rPr>
                <w:i/>
                <w:color w:val="FF0000"/>
                <w:sz w:val="16"/>
                <w:lang w:val="ky-KG"/>
              </w:rPr>
              <w:t xml:space="preserve">, </w:t>
            </w:r>
            <w:r w:rsidRPr="009257D9">
              <w:rPr>
                <w:i/>
                <w:color w:val="FF0000"/>
                <w:sz w:val="16"/>
                <w:lang w:val="ky-KG"/>
              </w:rPr>
              <w:t>кабыл алуу актылары</w:t>
            </w:r>
          </w:p>
        </w:tc>
      </w:tr>
      <w:tr w:rsidR="0044297A" w:rsidRPr="009257D9" w14:paraId="590A1DAF" w14:textId="77777777">
        <w:trPr>
          <w:jc w:val="center"/>
        </w:trPr>
        <w:tc>
          <w:tcPr>
            <w:tcW w:w="51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F49CC5" w14:textId="77777777" w:rsidR="0044297A" w:rsidRPr="009257D9" w:rsidRDefault="0042553D">
            <w:pPr>
              <w:rPr>
                <w:lang w:val="ky-KG"/>
              </w:rPr>
            </w:pPr>
            <w:r w:rsidRPr="009257D9">
              <w:rPr>
                <w:sz w:val="16"/>
                <w:lang w:val="ky-KG"/>
              </w:rPr>
              <w:t>4</w:t>
            </w: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2F131F" w14:textId="0E1662BD" w:rsidR="0044297A" w:rsidRPr="009257D9" w:rsidRDefault="00AB1F04">
            <w:pPr>
              <w:rPr>
                <w:i/>
                <w:color w:val="FF0000"/>
                <w:sz w:val="16"/>
                <w:lang w:val="ky-KG"/>
              </w:rPr>
            </w:pPr>
            <w:r w:rsidRPr="009257D9">
              <w:rPr>
                <w:i/>
                <w:color w:val="FF0000"/>
                <w:sz w:val="16"/>
                <w:lang w:val="ky-KG"/>
              </w:rPr>
              <w:t>Кечигүү же техникалык көйгөйлөрдүн тобокелдиктери</w:t>
            </w:r>
          </w:p>
        </w:tc>
        <w:tc>
          <w:tcPr>
            <w:tcW w:w="396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FD7922" w14:textId="2B50A1EC" w:rsidR="0044297A" w:rsidRPr="009257D9" w:rsidRDefault="00D03814">
            <w:pPr>
              <w:rPr>
                <w:i/>
                <w:color w:val="FF0000"/>
                <w:sz w:val="16"/>
                <w:lang w:val="ky-KG"/>
              </w:rPr>
            </w:pPr>
            <w:r w:rsidRPr="009257D9">
              <w:rPr>
                <w:i/>
                <w:color w:val="FF0000"/>
                <w:sz w:val="16"/>
                <w:lang w:val="ky-KG"/>
              </w:rPr>
              <w:t>Өнөктөш/балансында кармоочу жана подрядчы менен талкуулоо</w:t>
            </w:r>
          </w:p>
        </w:tc>
        <w:tc>
          <w:tcPr>
            <w:tcW w:w="22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1CE444" w14:textId="3C89C860" w:rsidR="0044297A" w:rsidRPr="009257D9" w:rsidRDefault="00D03814">
            <w:pPr>
              <w:rPr>
                <w:i/>
                <w:color w:val="FF0000"/>
                <w:sz w:val="16"/>
                <w:lang w:val="ky-KG"/>
              </w:rPr>
            </w:pPr>
            <w:r w:rsidRPr="009257D9">
              <w:rPr>
                <w:i/>
                <w:color w:val="FF0000"/>
                <w:sz w:val="16"/>
                <w:lang w:val="ky-KG"/>
              </w:rPr>
              <w:t>Зарыл болгондо</w:t>
            </w:r>
          </w:p>
        </w:tc>
        <w:tc>
          <w:tcPr>
            <w:tcW w:w="51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6DF985" w14:textId="3F039C38" w:rsidR="0044297A" w:rsidRPr="009257D9" w:rsidRDefault="00D03814">
            <w:pPr>
              <w:rPr>
                <w:i/>
                <w:color w:val="FF0000"/>
                <w:sz w:val="16"/>
                <w:lang w:val="ky-KG"/>
              </w:rPr>
            </w:pPr>
            <w:r w:rsidRPr="009257D9">
              <w:rPr>
                <w:i/>
                <w:color w:val="FF0000"/>
                <w:sz w:val="16"/>
                <w:lang w:val="ky-KG"/>
              </w:rPr>
              <w:t>Протоколдор</w:t>
            </w:r>
            <w:r w:rsidR="0042553D" w:rsidRPr="009257D9">
              <w:rPr>
                <w:i/>
                <w:color w:val="FF0000"/>
                <w:sz w:val="16"/>
                <w:lang w:val="ky-KG"/>
              </w:rPr>
              <w:t xml:space="preserve">, </w:t>
            </w:r>
            <w:r w:rsidRPr="009257D9">
              <w:rPr>
                <w:i/>
                <w:color w:val="FF0000"/>
                <w:sz w:val="16"/>
                <w:lang w:val="ky-KG"/>
              </w:rPr>
              <w:t>каттар</w:t>
            </w:r>
            <w:r w:rsidR="0042553D" w:rsidRPr="009257D9">
              <w:rPr>
                <w:i/>
                <w:color w:val="FF0000"/>
                <w:sz w:val="16"/>
                <w:lang w:val="ky-KG"/>
              </w:rPr>
              <w:t xml:space="preserve">, </w:t>
            </w:r>
            <w:r w:rsidRPr="009257D9">
              <w:rPr>
                <w:i/>
                <w:color w:val="FF0000"/>
                <w:sz w:val="16"/>
                <w:lang w:val="ky-KG"/>
              </w:rPr>
              <w:t xml:space="preserve">түзөтүү чараларынын планы  </w:t>
            </w:r>
          </w:p>
        </w:tc>
      </w:tr>
      <w:tr w:rsidR="0044297A" w:rsidRPr="009257D9" w14:paraId="6A8C907B" w14:textId="77777777">
        <w:trPr>
          <w:jc w:val="center"/>
        </w:trPr>
        <w:tc>
          <w:tcPr>
            <w:tcW w:w="51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21AF84" w14:textId="77777777" w:rsidR="0044297A" w:rsidRPr="009257D9" w:rsidRDefault="0042553D">
            <w:pPr>
              <w:rPr>
                <w:lang w:val="ky-KG"/>
              </w:rPr>
            </w:pPr>
            <w:r w:rsidRPr="009257D9">
              <w:rPr>
                <w:sz w:val="16"/>
                <w:lang w:val="ky-KG"/>
              </w:rPr>
              <w:t>5</w:t>
            </w: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575F34" w14:textId="78C2C0B7" w:rsidR="0044297A" w:rsidRPr="009257D9" w:rsidRDefault="00AB1F04">
            <w:pPr>
              <w:rPr>
                <w:i/>
                <w:color w:val="FF0000"/>
                <w:sz w:val="16"/>
                <w:lang w:val="ky-KG"/>
              </w:rPr>
            </w:pPr>
            <w:r w:rsidRPr="009257D9">
              <w:rPr>
                <w:i/>
                <w:color w:val="FF0000"/>
                <w:sz w:val="16"/>
                <w:lang w:val="ky-KG"/>
              </w:rPr>
              <w:t>Максаттуу топтун артыкчылыктары</w:t>
            </w:r>
          </w:p>
        </w:tc>
        <w:tc>
          <w:tcPr>
            <w:tcW w:w="396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EC184B" w14:textId="2D042F03" w:rsidR="0044297A" w:rsidRPr="009257D9" w:rsidRDefault="00D03814">
            <w:pPr>
              <w:rPr>
                <w:i/>
                <w:color w:val="FF0000"/>
                <w:sz w:val="16"/>
                <w:lang w:val="ky-KG"/>
              </w:rPr>
            </w:pPr>
            <w:r w:rsidRPr="009257D9">
              <w:rPr>
                <w:i/>
                <w:color w:val="FF0000"/>
                <w:sz w:val="16"/>
                <w:lang w:val="ky-KG"/>
              </w:rPr>
              <w:t>Колдонуучулардын / бенефициарлардын санын белгилөө</w:t>
            </w:r>
          </w:p>
        </w:tc>
        <w:tc>
          <w:tcPr>
            <w:tcW w:w="22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6CDD40" w14:textId="756B03A9" w:rsidR="0044297A" w:rsidRPr="009257D9" w:rsidRDefault="00D03814">
            <w:pPr>
              <w:rPr>
                <w:i/>
                <w:color w:val="FF0000"/>
                <w:sz w:val="16"/>
                <w:lang w:val="ky-KG"/>
              </w:rPr>
            </w:pPr>
            <w:r w:rsidRPr="009257D9">
              <w:rPr>
                <w:i/>
                <w:color w:val="FF0000"/>
                <w:sz w:val="16"/>
                <w:lang w:val="ky-KG"/>
              </w:rPr>
              <w:t xml:space="preserve">Долбоордун ортосунда жана аягында  </w:t>
            </w:r>
          </w:p>
        </w:tc>
        <w:tc>
          <w:tcPr>
            <w:tcW w:w="51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709839" w14:textId="7C7B74DA" w:rsidR="0044297A" w:rsidRPr="009257D9" w:rsidRDefault="00D03814">
            <w:pPr>
              <w:rPr>
                <w:i/>
                <w:color w:val="FF0000"/>
                <w:sz w:val="16"/>
                <w:lang w:val="ky-KG"/>
              </w:rPr>
            </w:pPr>
            <w:r w:rsidRPr="009257D9">
              <w:rPr>
                <w:i/>
                <w:color w:val="FF0000"/>
                <w:sz w:val="16"/>
                <w:lang w:val="ky-KG"/>
              </w:rPr>
              <w:t>Тизмелер</w:t>
            </w:r>
            <w:r w:rsidR="0042553D" w:rsidRPr="009257D9">
              <w:rPr>
                <w:i/>
                <w:color w:val="FF0000"/>
                <w:sz w:val="16"/>
                <w:lang w:val="ky-KG"/>
              </w:rPr>
              <w:t xml:space="preserve">, фото, </w:t>
            </w:r>
            <w:r w:rsidRPr="009257D9">
              <w:rPr>
                <w:i/>
                <w:color w:val="FF0000"/>
                <w:sz w:val="16"/>
                <w:lang w:val="ky-KG"/>
              </w:rPr>
              <w:t>пикирлер</w:t>
            </w:r>
            <w:r w:rsidR="0042553D" w:rsidRPr="009257D9">
              <w:rPr>
                <w:i/>
                <w:color w:val="FF0000"/>
                <w:sz w:val="16"/>
                <w:lang w:val="ky-KG"/>
              </w:rPr>
              <w:t xml:space="preserve">, </w:t>
            </w:r>
            <w:r w:rsidRPr="009257D9">
              <w:rPr>
                <w:i/>
                <w:color w:val="FF0000"/>
                <w:sz w:val="16"/>
                <w:lang w:val="ky-KG"/>
              </w:rPr>
              <w:t>мониторингдин дайындары</w:t>
            </w:r>
          </w:p>
        </w:tc>
      </w:tr>
      <w:tr w:rsidR="0044297A" w:rsidRPr="009257D9" w14:paraId="3DB5A317" w14:textId="77777777">
        <w:trPr>
          <w:jc w:val="center"/>
        </w:trPr>
        <w:tc>
          <w:tcPr>
            <w:tcW w:w="51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8FAD5B" w14:textId="77777777" w:rsidR="0044297A" w:rsidRPr="009257D9" w:rsidRDefault="0042553D">
            <w:pPr>
              <w:rPr>
                <w:lang w:val="ky-KG"/>
              </w:rPr>
            </w:pPr>
            <w:r w:rsidRPr="009257D9">
              <w:rPr>
                <w:sz w:val="16"/>
                <w:lang w:val="ky-KG"/>
              </w:rPr>
              <w:t>6</w:t>
            </w: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FA3A65" w14:textId="3F5431E7" w:rsidR="0044297A" w:rsidRPr="009257D9" w:rsidRDefault="00AB1F04">
            <w:pPr>
              <w:rPr>
                <w:i/>
                <w:color w:val="FF0000"/>
                <w:sz w:val="16"/>
                <w:lang w:val="ky-KG"/>
              </w:rPr>
            </w:pPr>
            <w:r w:rsidRPr="009257D9">
              <w:rPr>
                <w:i/>
                <w:color w:val="FF0000"/>
                <w:sz w:val="16"/>
                <w:lang w:val="ky-KG"/>
              </w:rPr>
              <w:t>Долбоор аяктагандан кийин иштөө</w:t>
            </w:r>
          </w:p>
        </w:tc>
        <w:tc>
          <w:tcPr>
            <w:tcW w:w="396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9F39B0" w14:textId="5F080559" w:rsidR="0044297A" w:rsidRPr="009257D9" w:rsidRDefault="00D03814">
            <w:pPr>
              <w:rPr>
                <w:i/>
                <w:color w:val="FF0000"/>
                <w:sz w:val="16"/>
                <w:lang w:val="ky-KG"/>
              </w:rPr>
            </w:pPr>
            <w:r w:rsidRPr="009257D9">
              <w:rPr>
                <w:i/>
                <w:color w:val="FF0000"/>
                <w:sz w:val="16"/>
                <w:lang w:val="ky-KG"/>
              </w:rPr>
              <w:t>Кызматка жооптуу адамды текшерүү</w:t>
            </w:r>
          </w:p>
        </w:tc>
        <w:tc>
          <w:tcPr>
            <w:tcW w:w="22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74FEA8" w14:textId="7BC18877" w:rsidR="0044297A" w:rsidRPr="009257D9" w:rsidRDefault="00D03814">
            <w:pPr>
              <w:rPr>
                <w:i/>
                <w:color w:val="FF0000"/>
                <w:sz w:val="16"/>
                <w:lang w:val="ky-KG"/>
              </w:rPr>
            </w:pPr>
            <w:r w:rsidRPr="009257D9">
              <w:rPr>
                <w:i/>
                <w:color w:val="FF0000"/>
                <w:sz w:val="16"/>
                <w:lang w:val="ky-KG"/>
              </w:rPr>
              <w:t>Долбоордун аягында</w:t>
            </w:r>
          </w:p>
        </w:tc>
        <w:tc>
          <w:tcPr>
            <w:tcW w:w="51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5A7E8D" w14:textId="07BF77E3" w:rsidR="0044297A" w:rsidRPr="009257D9" w:rsidRDefault="00D03814">
            <w:pPr>
              <w:rPr>
                <w:i/>
                <w:color w:val="FF0000"/>
                <w:sz w:val="16"/>
                <w:lang w:val="ky-KG"/>
              </w:rPr>
            </w:pPr>
            <w:r w:rsidRPr="009257D9">
              <w:rPr>
                <w:i/>
                <w:color w:val="FF0000"/>
                <w:sz w:val="16"/>
                <w:lang w:val="ky-KG"/>
              </w:rPr>
              <w:t>Эксплуатациялоо планы, өткөрүп берүү актысы, баланс кармоочунун каты</w:t>
            </w:r>
          </w:p>
        </w:tc>
      </w:tr>
    </w:tbl>
    <w:p w14:paraId="7C3E8836" w14:textId="06C4E2FB" w:rsidR="0044297A" w:rsidRPr="009257D9" w:rsidRDefault="0042553D">
      <w:pPr>
        <w:pStyle w:val="1"/>
        <w:rPr>
          <w:lang w:val="ky-KG"/>
        </w:rPr>
      </w:pPr>
      <w:r w:rsidRPr="009257D9">
        <w:rPr>
          <w:rFonts w:ascii="Arial" w:eastAsia="Arial" w:hAnsi="Arial"/>
          <w:color w:val="1F4E79"/>
          <w:sz w:val="22"/>
          <w:lang w:val="ky-KG"/>
        </w:rPr>
        <w:t>5</w:t>
      </w:r>
      <w:r w:rsidR="00D03814" w:rsidRPr="009257D9">
        <w:rPr>
          <w:rFonts w:ascii="Arial" w:eastAsia="Arial" w:hAnsi="Arial"/>
          <w:color w:val="1F4E79"/>
          <w:sz w:val="22"/>
          <w:lang w:val="ky-KG"/>
        </w:rPr>
        <w:t>-бөлүм</w:t>
      </w:r>
      <w:r w:rsidRPr="009257D9">
        <w:rPr>
          <w:rFonts w:ascii="Arial" w:eastAsia="Arial" w:hAnsi="Arial"/>
          <w:color w:val="1F4E79"/>
          <w:sz w:val="22"/>
          <w:lang w:val="ky-KG"/>
        </w:rPr>
        <w:t xml:space="preserve">. </w:t>
      </w:r>
      <w:r w:rsidR="00D03814" w:rsidRPr="009257D9">
        <w:rPr>
          <w:rFonts w:ascii="Arial" w:eastAsia="Arial" w:hAnsi="Arial"/>
          <w:color w:val="1F4E79"/>
          <w:sz w:val="22"/>
          <w:lang w:val="ky-KG"/>
        </w:rPr>
        <w:t xml:space="preserve">Өтүнмө берүүчүнүн жана өнөктөштөрдүн эмгек, накталай жана башка салымы  </w:t>
      </w:r>
    </w:p>
    <w:p w14:paraId="05FC7E2D" w14:textId="524DD0AB" w:rsidR="0044297A" w:rsidRPr="009257D9" w:rsidRDefault="00D03814">
      <w:pPr>
        <w:spacing w:after="80"/>
        <w:rPr>
          <w:lang w:val="ky-KG"/>
        </w:rPr>
      </w:pPr>
      <w:r w:rsidRPr="009257D9">
        <w:rPr>
          <w:lang w:val="ky-KG"/>
        </w:rPr>
        <w:t>Долбоордун иш-чараларына байланыштуу өтүнмө ээсинин жана өнөктөштөрдүн салымын көрсөтүңүз. Салымдын акчалай баалоосу долбоордун бюджетине ылайык келүүгө тийиш (4-тиркеме).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10"/>
        <w:gridCol w:w="2268"/>
        <w:gridCol w:w="2268"/>
        <w:gridCol w:w="1701"/>
        <w:gridCol w:w="5102"/>
        <w:gridCol w:w="3402"/>
      </w:tblGrid>
      <w:tr w:rsidR="0044297A" w:rsidRPr="009257D9" w14:paraId="5920ABAE" w14:textId="77777777">
        <w:trPr>
          <w:tblHeader/>
          <w:jc w:val="center"/>
        </w:trPr>
        <w:tc>
          <w:tcPr>
            <w:tcW w:w="510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812FE2" w14:textId="77777777" w:rsidR="0044297A" w:rsidRPr="009257D9" w:rsidRDefault="0042553D">
            <w:pPr>
              <w:jc w:val="center"/>
              <w:rPr>
                <w:lang w:val="ky-KG"/>
              </w:rPr>
            </w:pPr>
            <w:r w:rsidRPr="009257D9">
              <w:rPr>
                <w:b/>
                <w:sz w:val="16"/>
                <w:lang w:val="ky-KG"/>
              </w:rPr>
              <w:t>№</w:t>
            </w:r>
          </w:p>
        </w:tc>
        <w:tc>
          <w:tcPr>
            <w:tcW w:w="2268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16B908" w14:textId="0BFE62C7" w:rsidR="0044297A" w:rsidRPr="009257D9" w:rsidRDefault="00D03814">
            <w:pPr>
              <w:jc w:val="center"/>
              <w:rPr>
                <w:lang w:val="ky-KG"/>
              </w:rPr>
            </w:pPr>
            <w:r w:rsidRPr="009257D9">
              <w:rPr>
                <w:b/>
                <w:sz w:val="16"/>
                <w:lang w:val="ky-KG"/>
              </w:rPr>
              <w:t>Салымдын түрү</w:t>
            </w:r>
          </w:p>
        </w:tc>
        <w:tc>
          <w:tcPr>
            <w:tcW w:w="2268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C55023" w14:textId="74B65380" w:rsidR="0044297A" w:rsidRPr="009257D9" w:rsidRDefault="00D03814">
            <w:pPr>
              <w:jc w:val="center"/>
              <w:rPr>
                <w:lang w:val="ky-KG"/>
              </w:rPr>
            </w:pPr>
            <w:r w:rsidRPr="009257D9">
              <w:rPr>
                <w:b/>
                <w:sz w:val="16"/>
                <w:lang w:val="ky-KG"/>
              </w:rPr>
              <w:t>Ким берет</w:t>
            </w:r>
          </w:p>
        </w:tc>
        <w:tc>
          <w:tcPr>
            <w:tcW w:w="1701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9FF54E" w14:textId="63F07908" w:rsidR="0044297A" w:rsidRPr="009257D9" w:rsidRDefault="00D03814">
            <w:pPr>
              <w:jc w:val="center"/>
              <w:rPr>
                <w:lang w:val="ky-KG"/>
              </w:rPr>
            </w:pPr>
            <w:r w:rsidRPr="009257D9">
              <w:rPr>
                <w:b/>
                <w:sz w:val="16"/>
                <w:lang w:val="ky-KG"/>
              </w:rPr>
              <w:t xml:space="preserve">Мезгили </w:t>
            </w:r>
          </w:p>
        </w:tc>
        <w:tc>
          <w:tcPr>
            <w:tcW w:w="5102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9279B7" w14:textId="7CB2360F" w:rsidR="0044297A" w:rsidRPr="009257D9" w:rsidRDefault="00D03814">
            <w:pPr>
              <w:jc w:val="center"/>
              <w:rPr>
                <w:lang w:val="ky-KG"/>
              </w:rPr>
            </w:pPr>
            <w:r w:rsidRPr="009257D9">
              <w:rPr>
                <w:b/>
                <w:sz w:val="16"/>
                <w:lang w:val="ky-KG"/>
              </w:rPr>
              <w:t xml:space="preserve">Сүрөттөлүшү жана иш-чара менен байланышы </w:t>
            </w:r>
            <w:r w:rsidR="0042553D" w:rsidRPr="009257D9">
              <w:rPr>
                <w:b/>
                <w:sz w:val="16"/>
                <w:lang w:val="ky-KG"/>
              </w:rPr>
              <w:t xml:space="preserve"> </w:t>
            </w:r>
            <w:r w:rsidRPr="009257D9">
              <w:rPr>
                <w:b/>
                <w:sz w:val="16"/>
                <w:lang w:val="ky-KG"/>
              </w:rPr>
              <w:t xml:space="preserve"> </w:t>
            </w:r>
          </w:p>
        </w:tc>
        <w:tc>
          <w:tcPr>
            <w:tcW w:w="3402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544D27" w14:textId="46CD9C12" w:rsidR="0044297A" w:rsidRPr="009257D9" w:rsidRDefault="00D03814">
            <w:pPr>
              <w:jc w:val="center"/>
              <w:rPr>
                <w:lang w:val="ky-KG"/>
              </w:rPr>
            </w:pPr>
            <w:r w:rsidRPr="009257D9">
              <w:rPr>
                <w:b/>
                <w:sz w:val="16"/>
                <w:lang w:val="ky-KG"/>
              </w:rPr>
              <w:t>Ырастоочу</w:t>
            </w:r>
            <w:r w:rsidR="0042553D" w:rsidRPr="009257D9">
              <w:rPr>
                <w:b/>
                <w:sz w:val="16"/>
                <w:lang w:val="ky-KG"/>
              </w:rPr>
              <w:t xml:space="preserve"> документ</w:t>
            </w:r>
          </w:p>
        </w:tc>
      </w:tr>
      <w:tr w:rsidR="0044297A" w:rsidRPr="009257D9" w14:paraId="383D3715" w14:textId="77777777">
        <w:trPr>
          <w:jc w:val="center"/>
        </w:trPr>
        <w:tc>
          <w:tcPr>
            <w:tcW w:w="51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671C3C" w14:textId="77777777" w:rsidR="0044297A" w:rsidRPr="009257D9" w:rsidRDefault="0042553D">
            <w:pPr>
              <w:rPr>
                <w:lang w:val="ky-KG"/>
              </w:rPr>
            </w:pPr>
            <w:r w:rsidRPr="009257D9">
              <w:rPr>
                <w:i/>
                <w:color w:val="666666"/>
                <w:sz w:val="16"/>
                <w:lang w:val="ky-KG"/>
              </w:rPr>
              <w:t>1</w:t>
            </w:r>
          </w:p>
        </w:tc>
        <w:tc>
          <w:tcPr>
            <w:tcW w:w="22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B30475" w14:textId="2D990F36" w:rsidR="0044297A" w:rsidRPr="009257D9" w:rsidRDefault="00D03814">
            <w:pPr>
              <w:rPr>
                <w:color w:val="FF0000"/>
                <w:lang w:val="ky-KG"/>
              </w:rPr>
            </w:pPr>
            <w:r w:rsidRPr="009257D9">
              <w:rPr>
                <w:i/>
                <w:color w:val="FF0000"/>
                <w:sz w:val="16"/>
                <w:lang w:val="ky-KG"/>
              </w:rPr>
              <w:t>Эмгек салымы</w:t>
            </w:r>
            <w:r w:rsidR="0042553D" w:rsidRPr="009257D9">
              <w:rPr>
                <w:i/>
                <w:color w:val="FF0000"/>
                <w:sz w:val="16"/>
                <w:lang w:val="ky-KG"/>
              </w:rPr>
              <w:t xml:space="preserve"> / </w:t>
            </w:r>
            <w:r w:rsidRPr="009257D9">
              <w:rPr>
                <w:i/>
                <w:color w:val="FF0000"/>
                <w:sz w:val="16"/>
                <w:lang w:val="ky-KG"/>
              </w:rPr>
              <w:t>адистер</w:t>
            </w:r>
          </w:p>
        </w:tc>
        <w:tc>
          <w:tcPr>
            <w:tcW w:w="22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BEF477" w14:textId="00C62436" w:rsidR="0044297A" w:rsidRPr="009257D9" w:rsidRDefault="00D03814">
            <w:pPr>
              <w:rPr>
                <w:color w:val="FF0000"/>
                <w:lang w:val="ky-KG"/>
              </w:rPr>
            </w:pPr>
            <w:r w:rsidRPr="009257D9">
              <w:rPr>
                <w:i/>
                <w:color w:val="FF0000"/>
                <w:sz w:val="16"/>
                <w:lang w:val="ky-KG"/>
              </w:rPr>
              <w:t>Өтүнмө ээси</w:t>
            </w:r>
          </w:p>
        </w:tc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B54BBA" w14:textId="7447FB39" w:rsidR="0044297A" w:rsidRPr="009257D9" w:rsidRDefault="00D03814">
            <w:pPr>
              <w:rPr>
                <w:color w:val="FF0000"/>
                <w:lang w:val="ky-KG"/>
              </w:rPr>
            </w:pPr>
            <w:r w:rsidRPr="009257D9">
              <w:rPr>
                <w:i/>
                <w:color w:val="FF0000"/>
                <w:sz w:val="16"/>
                <w:lang w:val="ky-KG"/>
              </w:rPr>
              <w:t xml:space="preserve"> </w:t>
            </w:r>
            <w:r w:rsidR="0042553D" w:rsidRPr="009257D9">
              <w:rPr>
                <w:i/>
                <w:color w:val="FF0000"/>
                <w:sz w:val="16"/>
                <w:lang w:val="ky-KG"/>
              </w:rPr>
              <w:t>1–</w:t>
            </w:r>
            <w:r w:rsidR="00233508" w:rsidRPr="009257D9">
              <w:rPr>
                <w:i/>
                <w:color w:val="FF0000"/>
                <w:sz w:val="16"/>
                <w:lang w:val="ky-KG"/>
              </w:rPr>
              <w:t>9</w:t>
            </w:r>
            <w:r w:rsidRPr="009257D9">
              <w:rPr>
                <w:i/>
                <w:color w:val="FF0000"/>
                <w:sz w:val="16"/>
                <w:lang w:val="ky-KG"/>
              </w:rPr>
              <w:t>-ай</w:t>
            </w:r>
          </w:p>
        </w:tc>
        <w:tc>
          <w:tcPr>
            <w:tcW w:w="51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26F7E3" w14:textId="4861BC47" w:rsidR="0044297A" w:rsidRPr="009257D9" w:rsidRDefault="00D03814">
            <w:pPr>
              <w:rPr>
                <w:color w:val="FF0000"/>
                <w:lang w:val="ky-KG"/>
              </w:rPr>
            </w:pPr>
            <w:r w:rsidRPr="009257D9">
              <w:rPr>
                <w:i/>
                <w:color w:val="FF0000"/>
                <w:sz w:val="16"/>
                <w:lang w:val="ky-KG"/>
              </w:rPr>
              <w:t>Иштерди координациялоо, мониторинг жүргүзүү, максаттуу топ менен байланышуу</w:t>
            </w: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0086B9" w14:textId="66B6B848" w:rsidR="0044297A" w:rsidRPr="009257D9" w:rsidRDefault="0042553D">
            <w:pPr>
              <w:rPr>
                <w:color w:val="FF0000"/>
                <w:lang w:val="ky-KG"/>
              </w:rPr>
            </w:pPr>
            <w:r w:rsidRPr="009257D9">
              <w:rPr>
                <w:i/>
                <w:color w:val="FF0000"/>
                <w:sz w:val="16"/>
                <w:lang w:val="ky-KG"/>
              </w:rPr>
              <w:t xml:space="preserve">табель, </w:t>
            </w:r>
            <w:r w:rsidR="00D03814" w:rsidRPr="009257D9">
              <w:rPr>
                <w:i/>
                <w:color w:val="FF0000"/>
                <w:sz w:val="16"/>
                <w:lang w:val="ky-KG"/>
              </w:rPr>
              <w:t>өтүнмө ээсинин арызы</w:t>
            </w:r>
          </w:p>
        </w:tc>
      </w:tr>
      <w:tr w:rsidR="0044297A" w:rsidRPr="009257D9" w14:paraId="50E4609E" w14:textId="77777777">
        <w:trPr>
          <w:jc w:val="center"/>
        </w:trPr>
        <w:tc>
          <w:tcPr>
            <w:tcW w:w="51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76EC3C" w14:textId="77777777" w:rsidR="0044297A" w:rsidRPr="009257D9" w:rsidRDefault="0042553D">
            <w:pPr>
              <w:rPr>
                <w:lang w:val="ky-KG"/>
              </w:rPr>
            </w:pPr>
            <w:r w:rsidRPr="009257D9">
              <w:rPr>
                <w:i/>
                <w:color w:val="666666"/>
                <w:sz w:val="16"/>
                <w:lang w:val="ky-KG"/>
              </w:rPr>
              <w:t>2</w:t>
            </w:r>
          </w:p>
        </w:tc>
        <w:tc>
          <w:tcPr>
            <w:tcW w:w="22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5177D7" w14:textId="52F45886" w:rsidR="0044297A" w:rsidRPr="009257D9" w:rsidRDefault="0042553D">
            <w:pPr>
              <w:rPr>
                <w:color w:val="FF0000"/>
                <w:lang w:val="ky-KG"/>
              </w:rPr>
            </w:pPr>
            <w:r w:rsidRPr="009257D9">
              <w:rPr>
                <w:i/>
                <w:color w:val="FF0000"/>
                <w:sz w:val="16"/>
                <w:lang w:val="ky-KG"/>
              </w:rPr>
              <w:t xml:space="preserve">Техника / </w:t>
            </w:r>
            <w:r w:rsidR="00D03814" w:rsidRPr="009257D9">
              <w:rPr>
                <w:i/>
                <w:color w:val="FF0000"/>
                <w:sz w:val="16"/>
                <w:lang w:val="ky-KG"/>
              </w:rPr>
              <w:t>жайлар</w:t>
            </w:r>
            <w:r w:rsidRPr="009257D9">
              <w:rPr>
                <w:i/>
                <w:color w:val="FF0000"/>
                <w:sz w:val="16"/>
                <w:lang w:val="ky-KG"/>
              </w:rPr>
              <w:t xml:space="preserve"> / материал</w:t>
            </w:r>
            <w:r w:rsidR="00D03814" w:rsidRPr="009257D9">
              <w:rPr>
                <w:i/>
                <w:color w:val="FF0000"/>
                <w:sz w:val="16"/>
                <w:lang w:val="ky-KG"/>
              </w:rPr>
              <w:t>дар</w:t>
            </w:r>
          </w:p>
        </w:tc>
        <w:tc>
          <w:tcPr>
            <w:tcW w:w="22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6F35DE" w14:textId="337953C8" w:rsidR="0044297A" w:rsidRPr="009257D9" w:rsidRDefault="00D03814">
            <w:pPr>
              <w:rPr>
                <w:color w:val="FF0000"/>
                <w:lang w:val="ky-KG"/>
              </w:rPr>
            </w:pPr>
            <w:r w:rsidRPr="009257D9">
              <w:rPr>
                <w:i/>
                <w:color w:val="FF0000"/>
                <w:sz w:val="16"/>
                <w:lang w:val="ky-KG"/>
              </w:rPr>
              <w:t xml:space="preserve">Өнөктөш </w:t>
            </w:r>
          </w:p>
        </w:tc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72596C" w14:textId="2100312A" w:rsidR="0044297A" w:rsidRPr="009257D9" w:rsidRDefault="00D03814">
            <w:pPr>
              <w:rPr>
                <w:color w:val="FF0000"/>
                <w:lang w:val="ky-KG"/>
              </w:rPr>
            </w:pPr>
            <w:r w:rsidRPr="009257D9">
              <w:rPr>
                <w:i/>
                <w:color w:val="FF0000"/>
                <w:sz w:val="16"/>
                <w:lang w:val="ky-KG"/>
              </w:rPr>
              <w:t xml:space="preserve"> </w:t>
            </w:r>
            <w:r w:rsidR="0042553D" w:rsidRPr="009257D9">
              <w:rPr>
                <w:i/>
                <w:color w:val="FF0000"/>
                <w:sz w:val="16"/>
                <w:lang w:val="ky-KG"/>
              </w:rPr>
              <w:t xml:space="preserve"> ___</w:t>
            </w:r>
            <w:r w:rsidRPr="009257D9">
              <w:rPr>
                <w:i/>
                <w:color w:val="FF0000"/>
                <w:sz w:val="16"/>
                <w:lang w:val="ky-KG"/>
              </w:rPr>
              <w:t xml:space="preserve"> ай</w:t>
            </w:r>
          </w:p>
        </w:tc>
        <w:tc>
          <w:tcPr>
            <w:tcW w:w="51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DD3A90" w14:textId="64CD0835" w:rsidR="0044297A" w:rsidRPr="009257D9" w:rsidRDefault="00D03814">
            <w:pPr>
              <w:rPr>
                <w:color w:val="FF0000"/>
                <w:lang w:val="ky-KG"/>
              </w:rPr>
            </w:pPr>
            <w:r w:rsidRPr="009257D9">
              <w:rPr>
                <w:i/>
                <w:color w:val="FF0000"/>
                <w:sz w:val="16"/>
                <w:lang w:val="ky-KG"/>
              </w:rPr>
              <w:t>Жумушту аткаруу үчүн ресурстар менен камсыз кылуу</w:t>
            </w: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1C4DE0" w14:textId="22735EC0" w:rsidR="0044297A" w:rsidRPr="009257D9" w:rsidRDefault="00D03814">
            <w:pPr>
              <w:rPr>
                <w:color w:val="FF0000"/>
                <w:lang w:val="ky-KG"/>
              </w:rPr>
            </w:pPr>
            <w:r w:rsidRPr="009257D9">
              <w:rPr>
                <w:i/>
                <w:color w:val="FF0000"/>
                <w:sz w:val="16"/>
                <w:lang w:val="ky-KG"/>
              </w:rPr>
              <w:t xml:space="preserve">Колдоо каты, өткөрүп берүү актысы  </w:t>
            </w:r>
          </w:p>
        </w:tc>
      </w:tr>
      <w:tr w:rsidR="0044297A" w:rsidRPr="009257D9" w14:paraId="4F28F2AF" w14:textId="77777777">
        <w:trPr>
          <w:jc w:val="center"/>
        </w:trPr>
        <w:tc>
          <w:tcPr>
            <w:tcW w:w="51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5B69DC" w14:textId="77777777" w:rsidR="0044297A" w:rsidRPr="009257D9" w:rsidRDefault="0042553D">
            <w:pPr>
              <w:jc w:val="center"/>
              <w:rPr>
                <w:lang w:val="ky-KG"/>
              </w:rPr>
            </w:pPr>
            <w:r w:rsidRPr="009257D9">
              <w:rPr>
                <w:sz w:val="16"/>
                <w:lang w:val="ky-KG"/>
              </w:rPr>
              <w:t>3</w:t>
            </w:r>
          </w:p>
        </w:tc>
        <w:tc>
          <w:tcPr>
            <w:tcW w:w="22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F8FC4F" w14:textId="77777777" w:rsidR="0044297A" w:rsidRPr="009257D9" w:rsidRDefault="0044297A">
            <w:pPr>
              <w:rPr>
                <w:lang w:val="ky-KG"/>
              </w:rPr>
            </w:pPr>
          </w:p>
        </w:tc>
        <w:tc>
          <w:tcPr>
            <w:tcW w:w="22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F41EF1" w14:textId="77777777" w:rsidR="0044297A" w:rsidRPr="009257D9" w:rsidRDefault="0044297A">
            <w:pPr>
              <w:rPr>
                <w:lang w:val="ky-KG"/>
              </w:rPr>
            </w:pPr>
          </w:p>
        </w:tc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53DEE4" w14:textId="77777777" w:rsidR="0044297A" w:rsidRPr="009257D9" w:rsidRDefault="0044297A">
            <w:pPr>
              <w:rPr>
                <w:lang w:val="ky-KG"/>
              </w:rPr>
            </w:pPr>
          </w:p>
        </w:tc>
        <w:tc>
          <w:tcPr>
            <w:tcW w:w="51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9A9469" w14:textId="77777777" w:rsidR="0044297A" w:rsidRPr="009257D9" w:rsidRDefault="0044297A">
            <w:pPr>
              <w:rPr>
                <w:lang w:val="ky-KG"/>
              </w:rPr>
            </w:pP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3C7A33" w14:textId="77777777" w:rsidR="0044297A" w:rsidRPr="009257D9" w:rsidRDefault="0044297A">
            <w:pPr>
              <w:rPr>
                <w:lang w:val="ky-KG"/>
              </w:rPr>
            </w:pPr>
          </w:p>
        </w:tc>
      </w:tr>
      <w:tr w:rsidR="0044297A" w:rsidRPr="009257D9" w14:paraId="72B6660D" w14:textId="77777777">
        <w:trPr>
          <w:jc w:val="center"/>
        </w:trPr>
        <w:tc>
          <w:tcPr>
            <w:tcW w:w="51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F2FCA9" w14:textId="77777777" w:rsidR="0044297A" w:rsidRPr="009257D9" w:rsidRDefault="0042553D">
            <w:pPr>
              <w:jc w:val="center"/>
              <w:rPr>
                <w:lang w:val="ky-KG"/>
              </w:rPr>
            </w:pPr>
            <w:r w:rsidRPr="009257D9">
              <w:rPr>
                <w:sz w:val="16"/>
                <w:lang w:val="ky-KG"/>
              </w:rPr>
              <w:t>4</w:t>
            </w:r>
          </w:p>
        </w:tc>
        <w:tc>
          <w:tcPr>
            <w:tcW w:w="22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D3DE79" w14:textId="77777777" w:rsidR="0044297A" w:rsidRPr="009257D9" w:rsidRDefault="0044297A">
            <w:pPr>
              <w:rPr>
                <w:lang w:val="ky-KG"/>
              </w:rPr>
            </w:pPr>
          </w:p>
        </w:tc>
        <w:tc>
          <w:tcPr>
            <w:tcW w:w="22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0AA432" w14:textId="77777777" w:rsidR="0044297A" w:rsidRPr="009257D9" w:rsidRDefault="0044297A">
            <w:pPr>
              <w:rPr>
                <w:lang w:val="ky-KG"/>
              </w:rPr>
            </w:pPr>
          </w:p>
        </w:tc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49DCA5" w14:textId="77777777" w:rsidR="0044297A" w:rsidRPr="009257D9" w:rsidRDefault="0044297A">
            <w:pPr>
              <w:rPr>
                <w:lang w:val="ky-KG"/>
              </w:rPr>
            </w:pPr>
          </w:p>
        </w:tc>
        <w:tc>
          <w:tcPr>
            <w:tcW w:w="51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A26E8C" w14:textId="77777777" w:rsidR="0044297A" w:rsidRPr="009257D9" w:rsidRDefault="0044297A">
            <w:pPr>
              <w:rPr>
                <w:lang w:val="ky-KG"/>
              </w:rPr>
            </w:pP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77CB13" w14:textId="77777777" w:rsidR="0044297A" w:rsidRPr="009257D9" w:rsidRDefault="0044297A">
            <w:pPr>
              <w:rPr>
                <w:lang w:val="ky-KG"/>
              </w:rPr>
            </w:pPr>
          </w:p>
        </w:tc>
      </w:tr>
      <w:tr w:rsidR="0044297A" w:rsidRPr="009257D9" w14:paraId="36D8EA35" w14:textId="77777777">
        <w:trPr>
          <w:jc w:val="center"/>
        </w:trPr>
        <w:tc>
          <w:tcPr>
            <w:tcW w:w="51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75EBDE" w14:textId="77777777" w:rsidR="0044297A" w:rsidRPr="009257D9" w:rsidRDefault="0042553D">
            <w:pPr>
              <w:jc w:val="center"/>
              <w:rPr>
                <w:lang w:val="ky-KG"/>
              </w:rPr>
            </w:pPr>
            <w:r w:rsidRPr="009257D9">
              <w:rPr>
                <w:sz w:val="16"/>
                <w:lang w:val="ky-KG"/>
              </w:rPr>
              <w:t>5</w:t>
            </w:r>
          </w:p>
        </w:tc>
        <w:tc>
          <w:tcPr>
            <w:tcW w:w="22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E69A42" w14:textId="77777777" w:rsidR="0044297A" w:rsidRPr="009257D9" w:rsidRDefault="0044297A">
            <w:pPr>
              <w:rPr>
                <w:lang w:val="ky-KG"/>
              </w:rPr>
            </w:pPr>
          </w:p>
        </w:tc>
        <w:tc>
          <w:tcPr>
            <w:tcW w:w="22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B8C46C" w14:textId="77777777" w:rsidR="0044297A" w:rsidRPr="009257D9" w:rsidRDefault="0044297A">
            <w:pPr>
              <w:rPr>
                <w:lang w:val="ky-KG"/>
              </w:rPr>
            </w:pPr>
          </w:p>
        </w:tc>
        <w:tc>
          <w:tcPr>
            <w:tcW w:w="17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54332E" w14:textId="77777777" w:rsidR="0044297A" w:rsidRPr="009257D9" w:rsidRDefault="0044297A">
            <w:pPr>
              <w:rPr>
                <w:lang w:val="ky-KG"/>
              </w:rPr>
            </w:pPr>
          </w:p>
        </w:tc>
        <w:tc>
          <w:tcPr>
            <w:tcW w:w="51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3C64A6" w14:textId="77777777" w:rsidR="0044297A" w:rsidRPr="009257D9" w:rsidRDefault="0044297A">
            <w:pPr>
              <w:rPr>
                <w:lang w:val="ky-KG"/>
              </w:rPr>
            </w:pPr>
          </w:p>
        </w:tc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EDEE3A" w14:textId="77777777" w:rsidR="0044297A" w:rsidRPr="009257D9" w:rsidRDefault="0044297A">
            <w:pPr>
              <w:rPr>
                <w:lang w:val="ky-KG"/>
              </w:rPr>
            </w:pPr>
          </w:p>
        </w:tc>
      </w:tr>
    </w:tbl>
    <w:p w14:paraId="3A9DCF00" w14:textId="69FAEC2E" w:rsidR="0044297A" w:rsidRPr="009257D9" w:rsidRDefault="00D03814">
      <w:pPr>
        <w:pStyle w:val="1"/>
        <w:rPr>
          <w:lang w:val="ky-KG"/>
        </w:rPr>
      </w:pPr>
      <w:r w:rsidRPr="009257D9">
        <w:rPr>
          <w:rFonts w:ascii="Arial" w:eastAsia="Arial" w:hAnsi="Arial"/>
          <w:color w:val="1F4E79"/>
          <w:sz w:val="22"/>
          <w:lang w:val="ky-KG"/>
        </w:rPr>
        <w:t xml:space="preserve"> </w:t>
      </w:r>
      <w:r w:rsidR="0042553D" w:rsidRPr="009257D9">
        <w:rPr>
          <w:rFonts w:ascii="Arial" w:eastAsia="Arial" w:hAnsi="Arial"/>
          <w:color w:val="1F4E79"/>
          <w:sz w:val="22"/>
          <w:lang w:val="ky-KG"/>
        </w:rPr>
        <w:t>6</w:t>
      </w:r>
      <w:r w:rsidRPr="009257D9">
        <w:rPr>
          <w:rFonts w:ascii="Arial" w:eastAsia="Arial" w:hAnsi="Arial"/>
          <w:color w:val="1F4E79"/>
          <w:sz w:val="22"/>
          <w:lang w:val="ky-KG"/>
        </w:rPr>
        <w:t>-бөлүм</w:t>
      </w:r>
      <w:r w:rsidR="0042553D" w:rsidRPr="009257D9">
        <w:rPr>
          <w:rFonts w:ascii="Arial" w:eastAsia="Arial" w:hAnsi="Arial"/>
          <w:color w:val="1F4E79"/>
          <w:sz w:val="22"/>
          <w:lang w:val="ky-KG"/>
        </w:rPr>
        <w:t xml:space="preserve">. </w:t>
      </w:r>
      <w:r w:rsidR="009257D9" w:rsidRPr="009257D9">
        <w:rPr>
          <w:rFonts w:ascii="Arial" w:eastAsia="Arial" w:hAnsi="Arial"/>
          <w:color w:val="1F4E79"/>
          <w:sz w:val="22"/>
          <w:lang w:val="ky-KG"/>
        </w:rPr>
        <w:t xml:space="preserve">Өтүнмө ээсинин ырастамасы  </w:t>
      </w:r>
    </w:p>
    <w:p w14:paraId="531B0220" w14:textId="0A56F5A3" w:rsidR="0044297A" w:rsidRPr="009257D9" w:rsidRDefault="009257D9">
      <w:pPr>
        <w:spacing w:after="80"/>
        <w:rPr>
          <w:lang w:val="ky-KG"/>
        </w:rPr>
      </w:pPr>
      <w:r w:rsidRPr="009257D9">
        <w:rPr>
          <w:lang w:val="ky-KG"/>
        </w:rPr>
        <w:t>Календардык план реалдуу экенин, Өтүнмөнүн формасына (2-тиркеме) жана Долбоордун бюджетине (4-тиркеме) ылайык келет, ошондой эле гранттык макулдашууга кол коюлгандан кийин белгиленген мөөнөттө аткарылышы мүмкүн деп ырастайм</w:t>
      </w:r>
      <w:r w:rsidR="0042553D" w:rsidRPr="009257D9">
        <w:rPr>
          <w:lang w:val="ky-KG"/>
        </w:rPr>
        <w:t>.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969"/>
        <w:gridCol w:w="11339"/>
      </w:tblGrid>
      <w:tr w:rsidR="0044297A" w:rsidRPr="009257D9" w14:paraId="6950A6CD" w14:textId="77777777">
        <w:trPr>
          <w:jc w:val="center"/>
        </w:trPr>
        <w:tc>
          <w:tcPr>
            <w:tcW w:w="396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2D5845" w14:textId="20143F0D" w:rsidR="0044297A" w:rsidRPr="009257D9" w:rsidRDefault="009257D9">
            <w:pPr>
              <w:rPr>
                <w:lang w:val="ky-KG"/>
              </w:rPr>
            </w:pPr>
            <w:r w:rsidRPr="009257D9">
              <w:rPr>
                <w:b/>
                <w:lang w:val="ky-KG"/>
              </w:rPr>
              <w:t>Жоопту жактын ФАА</w:t>
            </w:r>
          </w:p>
        </w:tc>
        <w:tc>
          <w:tcPr>
            <w:tcW w:w="1133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A03651" w14:textId="77777777" w:rsidR="0044297A" w:rsidRPr="009257D9" w:rsidRDefault="0044297A">
            <w:pPr>
              <w:rPr>
                <w:lang w:val="ky-KG"/>
              </w:rPr>
            </w:pPr>
          </w:p>
        </w:tc>
      </w:tr>
      <w:tr w:rsidR="0044297A" w:rsidRPr="009257D9" w14:paraId="0301A329" w14:textId="77777777">
        <w:trPr>
          <w:jc w:val="center"/>
        </w:trPr>
        <w:tc>
          <w:tcPr>
            <w:tcW w:w="396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1BFD75" w14:textId="1FBA8460" w:rsidR="0044297A" w:rsidRPr="009257D9" w:rsidRDefault="009257D9">
            <w:pPr>
              <w:rPr>
                <w:lang w:val="ky-KG"/>
              </w:rPr>
            </w:pPr>
            <w:r w:rsidRPr="009257D9">
              <w:rPr>
                <w:b/>
                <w:lang w:val="ky-KG"/>
              </w:rPr>
              <w:t xml:space="preserve">Кызматы </w:t>
            </w:r>
          </w:p>
        </w:tc>
        <w:tc>
          <w:tcPr>
            <w:tcW w:w="1133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D75C6E" w14:textId="77777777" w:rsidR="0044297A" w:rsidRPr="009257D9" w:rsidRDefault="0044297A">
            <w:pPr>
              <w:rPr>
                <w:lang w:val="ky-KG"/>
              </w:rPr>
            </w:pPr>
          </w:p>
        </w:tc>
      </w:tr>
      <w:tr w:rsidR="0044297A" w:rsidRPr="009257D9" w14:paraId="57A920C0" w14:textId="77777777">
        <w:trPr>
          <w:jc w:val="center"/>
        </w:trPr>
        <w:tc>
          <w:tcPr>
            <w:tcW w:w="396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DCFC09" w14:textId="7D9FD0F8" w:rsidR="0044297A" w:rsidRPr="009257D9" w:rsidRDefault="009257D9">
            <w:pPr>
              <w:rPr>
                <w:lang w:val="ky-KG"/>
              </w:rPr>
            </w:pPr>
            <w:r w:rsidRPr="009257D9">
              <w:rPr>
                <w:b/>
                <w:lang w:val="ky-KG"/>
              </w:rPr>
              <w:t xml:space="preserve">Колу </w:t>
            </w:r>
          </w:p>
        </w:tc>
        <w:tc>
          <w:tcPr>
            <w:tcW w:w="1133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BDE28D" w14:textId="77777777" w:rsidR="0044297A" w:rsidRPr="009257D9" w:rsidRDefault="0044297A">
            <w:pPr>
              <w:rPr>
                <w:lang w:val="ky-KG"/>
              </w:rPr>
            </w:pPr>
          </w:p>
        </w:tc>
      </w:tr>
      <w:tr w:rsidR="0044297A" w:rsidRPr="009257D9" w14:paraId="43A0048B" w14:textId="77777777">
        <w:trPr>
          <w:jc w:val="center"/>
        </w:trPr>
        <w:tc>
          <w:tcPr>
            <w:tcW w:w="396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5A4450" w14:textId="20B77917" w:rsidR="0044297A" w:rsidRPr="009257D9" w:rsidRDefault="0042553D">
            <w:pPr>
              <w:rPr>
                <w:lang w:val="ky-KG"/>
              </w:rPr>
            </w:pPr>
            <w:r w:rsidRPr="009257D9">
              <w:rPr>
                <w:b/>
                <w:lang w:val="ky-KG"/>
              </w:rPr>
              <w:t>Дата</w:t>
            </w:r>
            <w:r w:rsidR="009257D9" w:rsidRPr="009257D9">
              <w:rPr>
                <w:b/>
                <w:lang w:val="ky-KG"/>
              </w:rPr>
              <w:t>сы</w:t>
            </w:r>
            <w:r w:rsidRPr="009257D9">
              <w:rPr>
                <w:b/>
                <w:lang w:val="ky-KG"/>
              </w:rPr>
              <w:t xml:space="preserve"> / </w:t>
            </w:r>
            <w:r w:rsidR="009257D9" w:rsidRPr="009257D9">
              <w:rPr>
                <w:b/>
                <w:lang w:val="ky-KG"/>
              </w:rPr>
              <w:t xml:space="preserve">мөөр </w:t>
            </w:r>
          </w:p>
        </w:tc>
        <w:tc>
          <w:tcPr>
            <w:tcW w:w="1133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FB6D61" w14:textId="77777777" w:rsidR="0044297A" w:rsidRPr="009257D9" w:rsidRDefault="0044297A">
            <w:pPr>
              <w:rPr>
                <w:lang w:val="ky-KG"/>
              </w:rPr>
            </w:pPr>
          </w:p>
        </w:tc>
      </w:tr>
    </w:tbl>
    <w:p w14:paraId="6CDB2E52" w14:textId="2FE537C2" w:rsidR="0044297A" w:rsidRPr="009257D9" w:rsidRDefault="009257D9">
      <w:pPr>
        <w:rPr>
          <w:lang w:val="ky-KG"/>
        </w:rPr>
      </w:pPr>
      <w:r w:rsidRPr="009257D9">
        <w:rPr>
          <w:i/>
          <w:color w:val="666666"/>
          <w:sz w:val="16"/>
          <w:lang w:val="ky-KG"/>
        </w:rPr>
        <w:t>Эскертме</w:t>
      </w:r>
      <w:r w:rsidR="0042553D" w:rsidRPr="009257D9">
        <w:rPr>
          <w:i/>
          <w:color w:val="666666"/>
          <w:sz w:val="16"/>
          <w:lang w:val="ky-KG"/>
        </w:rPr>
        <w:t xml:space="preserve">: </w:t>
      </w:r>
      <w:r w:rsidRPr="009257D9">
        <w:rPr>
          <w:i/>
          <w:color w:val="666666"/>
          <w:sz w:val="16"/>
          <w:lang w:val="ky-KG"/>
        </w:rPr>
        <w:t>мисал катары берилген текст форманы толтурууда өтүнмө ээси тарабынан алынып салынышы же алмаштырылышы мүмкүн.</w:t>
      </w:r>
    </w:p>
    <w:sectPr w:rsidR="0044297A" w:rsidRPr="009257D9" w:rsidSect="00034616">
      <w:pgSz w:w="16838" w:h="11906" w:orient="landscape"/>
      <w:pgMar w:top="624" w:right="624" w:bottom="567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64364574">
    <w:abstractNumId w:val="8"/>
  </w:num>
  <w:num w:numId="2" w16cid:durableId="718553050">
    <w:abstractNumId w:val="6"/>
  </w:num>
  <w:num w:numId="3" w16cid:durableId="1827166253">
    <w:abstractNumId w:val="5"/>
  </w:num>
  <w:num w:numId="4" w16cid:durableId="1269704220">
    <w:abstractNumId w:val="4"/>
  </w:num>
  <w:num w:numId="5" w16cid:durableId="629016070">
    <w:abstractNumId w:val="7"/>
  </w:num>
  <w:num w:numId="6" w16cid:durableId="311519973">
    <w:abstractNumId w:val="3"/>
  </w:num>
  <w:num w:numId="7" w16cid:durableId="1668442153">
    <w:abstractNumId w:val="2"/>
  </w:num>
  <w:num w:numId="8" w16cid:durableId="459567686">
    <w:abstractNumId w:val="1"/>
  </w:num>
  <w:num w:numId="9" w16cid:durableId="1773624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6CA2"/>
    <w:rsid w:val="0006063C"/>
    <w:rsid w:val="000C2317"/>
    <w:rsid w:val="000F1A66"/>
    <w:rsid w:val="00134B73"/>
    <w:rsid w:val="00135919"/>
    <w:rsid w:val="0015074B"/>
    <w:rsid w:val="0015592F"/>
    <w:rsid w:val="00233508"/>
    <w:rsid w:val="0029639D"/>
    <w:rsid w:val="00326F90"/>
    <w:rsid w:val="00341CDC"/>
    <w:rsid w:val="0042553D"/>
    <w:rsid w:val="0044297A"/>
    <w:rsid w:val="007476A2"/>
    <w:rsid w:val="0084692C"/>
    <w:rsid w:val="00857E1C"/>
    <w:rsid w:val="009257D9"/>
    <w:rsid w:val="00AA1D8D"/>
    <w:rsid w:val="00AB1B6A"/>
    <w:rsid w:val="00AB1F04"/>
    <w:rsid w:val="00B47730"/>
    <w:rsid w:val="00B80509"/>
    <w:rsid w:val="00BA0CB2"/>
    <w:rsid w:val="00CB0664"/>
    <w:rsid w:val="00D03814"/>
    <w:rsid w:val="00D40DF1"/>
    <w:rsid w:val="00E5127D"/>
    <w:rsid w:val="00F04A05"/>
    <w:rsid w:val="00F5008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F30C79"/>
  <w14:defaultImageDpi w14:val="300"/>
  <w15:docId w15:val="{30EEE263-E913-44F0-8E92-AE5E8088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eastAsia="Arial" w:hAnsi="Arial"/>
      <w:sz w:val="1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1F872169EA1784A850AF6FBEC661C2B" ma:contentTypeVersion="19" ma:contentTypeDescription="Создание документа." ma:contentTypeScope="" ma:versionID="b6cc1223f4a526c7043265bffcb1091c">
  <xsd:schema xmlns:xsd="http://www.w3.org/2001/XMLSchema" xmlns:xs="http://www.w3.org/2001/XMLSchema" xmlns:p="http://schemas.microsoft.com/office/2006/metadata/properties" xmlns:ns2="6c69a0a0-9879-479b-a758-0616cad2705a" xmlns:ns3="b50eb652-19d5-4e10-aeb5-3430ff274d62" targetNamespace="http://schemas.microsoft.com/office/2006/metadata/properties" ma:root="true" ma:fieldsID="e453105d9ad2dea0a48c72bdcc05872b" ns2:_="" ns3:_="">
    <xsd:import namespace="6c69a0a0-9879-479b-a758-0616cad2705a"/>
    <xsd:import namespace="b50eb652-19d5-4e10-aeb5-3430ff274d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69a0a0-9879-479b-a758-0616cad270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0eb652-19d5-4e10-aeb5-3430ff274d6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41fbe12-bcde-469e-b443-ab204b88ba28}" ma:internalName="TaxCatchAll" ma:showField="CatchAllData" ma:web="b50eb652-19d5-4e10-aeb5-3430ff274d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50eb652-19d5-4e10-aeb5-3430ff274d62" xsi:nil="true"/>
    <lcf76f155ced4ddcb4097134ff3c332f xmlns="6c69a0a0-9879-479b-a758-0616cad2705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F3F1DE-8725-4225-8E6F-C04D5C1D4FFB}"/>
</file>

<file path=customXml/itemProps3.xml><?xml version="1.0" encoding="utf-8"?>
<ds:datastoreItem xmlns:ds="http://schemas.openxmlformats.org/officeDocument/2006/customXml" ds:itemID="{7E905DA5-7FC7-4B6D-890F-89AB475EF664}"/>
</file>

<file path=customXml/itemProps4.xml><?xml version="1.0" encoding="utf-8"?>
<ds:datastoreItem xmlns:ds="http://schemas.openxmlformats.org/officeDocument/2006/customXml" ds:itemID="{1E5759ED-F613-4936-A195-878E0D1416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618</Words>
  <Characters>4547</Characters>
  <Application>Microsoft Office Word</Application>
  <DocSecurity>0</DocSecurity>
  <Lines>116</Lines>
  <Paragraphs>79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5086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Иса Абдрахматов</cp:lastModifiedBy>
  <cp:revision>2</cp:revision>
  <dcterms:created xsi:type="dcterms:W3CDTF">2026-08-03T11:22:00Z</dcterms:created>
  <dcterms:modified xsi:type="dcterms:W3CDTF">2026-08-03T11:22:00Z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aec65e7e-ab5b-4b5d-9140-2718109053a2</vt:lpwstr>
  </property>
  <property fmtid="{D5CDD505-2E9C-101B-9397-08002B2CF9AE}" pid="3" name="ContentTypeId">
    <vt:lpwstr>0x01010061F872169EA1784A850AF6FBEC661C2B</vt:lpwstr>
  </property>
</Properties>
</file>