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99E015" w14:textId="46AFC817" w:rsidR="00EF2D22" w:rsidRPr="009F0F48" w:rsidRDefault="003A6C31">
      <w:pPr>
        <w:spacing w:after="80" w:line="240" w:lineRule="auto"/>
        <w:jc w:val="right"/>
        <w:rPr>
          <w:lang w:val="ky-KG"/>
        </w:rPr>
      </w:pPr>
      <w:r w:rsidRPr="009F0F48">
        <w:rPr>
          <w:b/>
          <w:lang w:val="ky-KG"/>
        </w:rPr>
        <w:t>2</w:t>
      </w:r>
      <w:r w:rsidR="009F0F48">
        <w:rPr>
          <w:b/>
          <w:lang w:val="ky-KG"/>
        </w:rPr>
        <w:t>-тиркеме</w:t>
      </w:r>
    </w:p>
    <w:p w14:paraId="2B366FCE" w14:textId="641F77B8" w:rsidR="00EF2D22" w:rsidRPr="009F0F48" w:rsidRDefault="002927D4">
      <w:pPr>
        <w:spacing w:after="80" w:line="240" w:lineRule="auto"/>
        <w:jc w:val="center"/>
        <w:rPr>
          <w:lang w:val="ky-KG"/>
        </w:rPr>
      </w:pPr>
      <w:r w:rsidRPr="009F0F48">
        <w:rPr>
          <w:b/>
          <w:color w:val="1F4E79"/>
          <w:sz w:val="28"/>
          <w:lang w:val="ky-KG"/>
        </w:rPr>
        <w:t xml:space="preserve">ЧАКАН ГРАНТТЫК ДОЛБООРДУ ИШКЕ АШЫРУУГА ӨТҮНМӨНҮН ФОРМАСЫ  </w:t>
      </w:r>
    </w:p>
    <w:p w14:paraId="626BF425" w14:textId="246D80EB" w:rsidR="00EF2D22" w:rsidRPr="009F0F48" w:rsidRDefault="002927D4">
      <w:pPr>
        <w:spacing w:after="80" w:line="240" w:lineRule="auto"/>
        <w:rPr>
          <w:lang w:val="ky-KG"/>
        </w:rPr>
      </w:pPr>
      <w:r w:rsidRPr="009F0F48">
        <w:rPr>
          <w:i/>
          <w:color w:val="5A5A5A"/>
          <w:sz w:val="17"/>
          <w:lang w:val="ky-KG"/>
        </w:rPr>
        <w:t>Сураныч, форманын  бардык бөлүмдөрүн толтургула. Маалымат бюджеттин (4-тиркеме)  календардык планына жана техникалык документтерге  ылайык келүүгө тийиш</w:t>
      </w:r>
      <w:r w:rsidR="003A6C31" w:rsidRPr="009F0F48">
        <w:rPr>
          <w:i/>
          <w:color w:val="5A5A5A"/>
          <w:sz w:val="17"/>
          <w:lang w:val="ky-KG"/>
        </w:rPr>
        <w:t xml:space="preserve">. </w:t>
      </w:r>
      <w:r w:rsidRPr="009F0F48">
        <w:rPr>
          <w:i/>
          <w:color w:val="5A5A5A"/>
          <w:sz w:val="17"/>
          <w:lang w:val="ky-KG"/>
        </w:rPr>
        <w:t xml:space="preserve">Эгерде талаа колдонулбаса, «колдонулбайт» деп көрсөтүңүз.  </w:t>
      </w:r>
    </w:p>
    <w:p w14:paraId="62822620" w14:textId="05AE763D" w:rsidR="00EF2D22" w:rsidRPr="009F0F48" w:rsidRDefault="003A6C31">
      <w:pPr>
        <w:pStyle w:val="1"/>
        <w:spacing w:before="200" w:after="80" w:line="240" w:lineRule="auto"/>
        <w:rPr>
          <w:lang w:val="ky-KG"/>
        </w:rPr>
      </w:pPr>
      <w:r w:rsidRPr="009F0F48">
        <w:rPr>
          <w:rFonts w:ascii="Arial" w:eastAsia="Arial" w:hAnsi="Arial"/>
          <w:color w:val="1F4E79"/>
          <w:sz w:val="26"/>
          <w:lang w:val="ky-KG"/>
        </w:rPr>
        <w:t>1</w:t>
      </w:r>
      <w:r w:rsidR="002927D4" w:rsidRPr="009F0F48">
        <w:rPr>
          <w:rFonts w:ascii="Arial" w:eastAsia="Arial" w:hAnsi="Arial"/>
          <w:color w:val="1F4E79"/>
          <w:sz w:val="26"/>
          <w:lang w:val="ky-KG"/>
        </w:rPr>
        <w:t>-БӨЛҮМ</w:t>
      </w:r>
      <w:r w:rsidRPr="009F0F48">
        <w:rPr>
          <w:rFonts w:ascii="Arial" w:eastAsia="Arial" w:hAnsi="Arial"/>
          <w:color w:val="1F4E79"/>
          <w:sz w:val="26"/>
          <w:lang w:val="ky-KG"/>
        </w:rPr>
        <w:t xml:space="preserve">. </w:t>
      </w:r>
      <w:r w:rsidR="002927D4" w:rsidRPr="009F0F48">
        <w:rPr>
          <w:rFonts w:ascii="Arial" w:eastAsia="Arial" w:hAnsi="Arial"/>
          <w:color w:val="1F4E79"/>
          <w:sz w:val="26"/>
          <w:lang w:val="ky-KG"/>
        </w:rPr>
        <w:t>Өтүнмө берүүчү тууралуу маалымат</w:t>
      </w:r>
    </w:p>
    <w:tbl>
      <w:tblPr>
        <w:tblW w:w="0" w:type="auto"/>
        <w:jc w:val="center"/>
        <w:tblLayout w:type="fixed"/>
        <w:tblLook w:val="04A0" w:firstRow="1" w:lastRow="0" w:firstColumn="1" w:lastColumn="0" w:noHBand="0" w:noVBand="1"/>
      </w:tblPr>
      <w:tblGrid>
        <w:gridCol w:w="2948"/>
        <w:gridCol w:w="6236"/>
      </w:tblGrid>
      <w:tr w:rsidR="00EF2D22" w:rsidRPr="009F0F48" w14:paraId="631DBF8A" w14:textId="77777777">
        <w:trPr>
          <w:jc w:val="center"/>
        </w:trPr>
        <w:tc>
          <w:tcPr>
            <w:tcW w:w="2948" w:type="dxa"/>
            <w:tcBorders>
              <w:top w:val="single" w:sz="6" w:space="0" w:color="A6A6A6"/>
              <w:left w:val="single" w:sz="6" w:space="0" w:color="A6A6A6"/>
              <w:bottom w:val="single" w:sz="6" w:space="0" w:color="A6A6A6"/>
              <w:right w:val="single" w:sz="6" w:space="0" w:color="A6A6A6"/>
            </w:tcBorders>
            <w:shd w:val="clear" w:color="auto" w:fill="D9EAF7"/>
          </w:tcPr>
          <w:p w14:paraId="35FD8F0A" w14:textId="5D45416E" w:rsidR="00EF2D22" w:rsidRPr="009F0F48" w:rsidRDefault="002927D4">
            <w:pPr>
              <w:rPr>
                <w:sz w:val="18"/>
                <w:szCs w:val="18"/>
                <w:lang w:val="ky-KG"/>
              </w:rPr>
            </w:pPr>
            <w:r w:rsidRPr="009F0F48">
              <w:rPr>
                <w:b/>
                <w:bCs/>
                <w:sz w:val="18"/>
                <w:szCs w:val="18"/>
                <w:lang w:val="ky-KG"/>
              </w:rPr>
              <w:t>Уюмдун аталышы</w:t>
            </w:r>
          </w:p>
        </w:tc>
        <w:tc>
          <w:tcPr>
            <w:tcW w:w="6236" w:type="dxa"/>
            <w:tcBorders>
              <w:top w:val="single" w:sz="6" w:space="0" w:color="A6A6A6"/>
              <w:left w:val="single" w:sz="6" w:space="0" w:color="A6A6A6"/>
              <w:bottom w:val="single" w:sz="6" w:space="0" w:color="A6A6A6"/>
              <w:right w:val="single" w:sz="6" w:space="0" w:color="A6A6A6"/>
            </w:tcBorders>
          </w:tcPr>
          <w:p w14:paraId="5B653E4F" w14:textId="60FAAF01" w:rsidR="00EF2D22" w:rsidRPr="009F0F48" w:rsidRDefault="00544B76">
            <w:pPr>
              <w:rPr>
                <w:lang w:val="ky-KG"/>
              </w:rPr>
            </w:pPr>
            <w:r>
              <w:rPr>
                <w:i/>
                <w:color w:val="666666"/>
                <w:sz w:val="17"/>
                <w:lang w:val="ky-KG"/>
              </w:rPr>
              <w:t>Уюмдун толук расмий аталышы</w:t>
            </w:r>
          </w:p>
          <w:p w14:paraId="56144812" w14:textId="77777777" w:rsidR="00EF2D22" w:rsidRPr="009F0F48" w:rsidRDefault="00EF2D22">
            <w:pPr>
              <w:rPr>
                <w:lang w:val="ky-KG"/>
              </w:rPr>
            </w:pPr>
          </w:p>
        </w:tc>
      </w:tr>
      <w:tr w:rsidR="00EF2D22" w:rsidRPr="00772E4C" w14:paraId="2F64F2DF" w14:textId="77777777">
        <w:trPr>
          <w:jc w:val="center"/>
        </w:trPr>
        <w:tc>
          <w:tcPr>
            <w:tcW w:w="2948" w:type="dxa"/>
            <w:tcBorders>
              <w:top w:val="single" w:sz="6" w:space="0" w:color="A6A6A6"/>
              <w:left w:val="single" w:sz="6" w:space="0" w:color="A6A6A6"/>
              <w:bottom w:val="single" w:sz="6" w:space="0" w:color="A6A6A6"/>
              <w:right w:val="single" w:sz="6" w:space="0" w:color="A6A6A6"/>
            </w:tcBorders>
            <w:shd w:val="clear" w:color="auto" w:fill="D9EAF7"/>
          </w:tcPr>
          <w:p w14:paraId="074A0BA5" w14:textId="5F72109A" w:rsidR="00EF2D22" w:rsidRPr="009F0F48" w:rsidRDefault="002927D4">
            <w:pPr>
              <w:rPr>
                <w:sz w:val="18"/>
                <w:szCs w:val="18"/>
                <w:lang w:val="ky-KG"/>
              </w:rPr>
            </w:pPr>
            <w:r w:rsidRPr="009F0F48">
              <w:rPr>
                <w:b/>
                <w:sz w:val="18"/>
                <w:szCs w:val="18"/>
                <w:lang w:val="ky-KG"/>
              </w:rPr>
              <w:t>Каттоо датасы жана каттоо дайындары</w:t>
            </w:r>
            <w:r w:rsidR="003A6C31" w:rsidRPr="009F0F48">
              <w:rPr>
                <w:b/>
                <w:sz w:val="18"/>
                <w:szCs w:val="18"/>
                <w:lang w:val="ky-KG"/>
              </w:rPr>
              <w:t xml:space="preserve"> </w:t>
            </w:r>
            <w:r w:rsidRPr="009F0F48">
              <w:rPr>
                <w:b/>
                <w:sz w:val="18"/>
                <w:szCs w:val="18"/>
                <w:lang w:val="ky-KG"/>
              </w:rPr>
              <w:t xml:space="preserve"> </w:t>
            </w:r>
          </w:p>
        </w:tc>
        <w:tc>
          <w:tcPr>
            <w:tcW w:w="6236" w:type="dxa"/>
            <w:tcBorders>
              <w:top w:val="single" w:sz="6" w:space="0" w:color="A6A6A6"/>
              <w:left w:val="single" w:sz="6" w:space="0" w:color="A6A6A6"/>
              <w:bottom w:val="single" w:sz="6" w:space="0" w:color="A6A6A6"/>
              <w:right w:val="single" w:sz="6" w:space="0" w:color="A6A6A6"/>
            </w:tcBorders>
          </w:tcPr>
          <w:p w14:paraId="1E0B37B6" w14:textId="00E2FB5D" w:rsidR="00EF2D22" w:rsidRPr="009F0F48" w:rsidRDefault="002927D4">
            <w:pPr>
              <w:rPr>
                <w:lang w:val="ky-KG"/>
              </w:rPr>
            </w:pPr>
            <w:r w:rsidRPr="009F0F48">
              <w:rPr>
                <w:i/>
                <w:color w:val="666666"/>
                <w:sz w:val="17"/>
                <w:lang w:val="ky-KG"/>
              </w:rPr>
              <w:t>Каттоо датасы, каттоо номери, уюм ким тарабынан катталган</w:t>
            </w:r>
          </w:p>
        </w:tc>
      </w:tr>
      <w:tr w:rsidR="00EF2D22" w:rsidRPr="009F0F48" w14:paraId="76B5CD4D" w14:textId="77777777">
        <w:trPr>
          <w:jc w:val="center"/>
        </w:trPr>
        <w:tc>
          <w:tcPr>
            <w:tcW w:w="2948" w:type="dxa"/>
            <w:tcBorders>
              <w:top w:val="single" w:sz="6" w:space="0" w:color="A6A6A6"/>
              <w:left w:val="single" w:sz="6" w:space="0" w:color="A6A6A6"/>
              <w:bottom w:val="single" w:sz="6" w:space="0" w:color="A6A6A6"/>
              <w:right w:val="single" w:sz="6" w:space="0" w:color="A6A6A6"/>
            </w:tcBorders>
            <w:shd w:val="clear" w:color="auto" w:fill="D9EAF7"/>
          </w:tcPr>
          <w:p w14:paraId="4EC61FDD" w14:textId="71B8A391" w:rsidR="00EF2D22" w:rsidRPr="009F0F48" w:rsidRDefault="002927D4">
            <w:pPr>
              <w:rPr>
                <w:sz w:val="18"/>
                <w:szCs w:val="18"/>
                <w:lang w:val="ky-KG"/>
              </w:rPr>
            </w:pPr>
            <w:r w:rsidRPr="009F0F48">
              <w:rPr>
                <w:b/>
                <w:bCs/>
                <w:sz w:val="18"/>
                <w:szCs w:val="18"/>
                <w:lang w:val="ky-KG"/>
              </w:rPr>
              <w:t>Юридикалык дареги</w:t>
            </w:r>
          </w:p>
        </w:tc>
        <w:tc>
          <w:tcPr>
            <w:tcW w:w="6236" w:type="dxa"/>
            <w:tcBorders>
              <w:top w:val="single" w:sz="6" w:space="0" w:color="A6A6A6"/>
              <w:left w:val="single" w:sz="6" w:space="0" w:color="A6A6A6"/>
              <w:bottom w:val="single" w:sz="6" w:space="0" w:color="A6A6A6"/>
              <w:right w:val="single" w:sz="6" w:space="0" w:color="A6A6A6"/>
            </w:tcBorders>
          </w:tcPr>
          <w:p w14:paraId="21C14CBC" w14:textId="0C001959" w:rsidR="00EF2D22" w:rsidRPr="009F0F48" w:rsidRDefault="002927D4">
            <w:pPr>
              <w:rPr>
                <w:lang w:val="ky-KG"/>
              </w:rPr>
            </w:pPr>
            <w:r w:rsidRPr="009F0F48">
              <w:rPr>
                <w:i/>
                <w:color w:val="666666"/>
                <w:sz w:val="17"/>
                <w:lang w:val="ky-KG"/>
              </w:rPr>
              <w:t>Толук юридикалык дарегин көрсөтүңүз</w:t>
            </w:r>
          </w:p>
          <w:p w14:paraId="0FA98DE9" w14:textId="77777777" w:rsidR="00EF2D22" w:rsidRPr="009F0F48" w:rsidRDefault="00EF2D22">
            <w:pPr>
              <w:rPr>
                <w:lang w:val="ky-KG"/>
              </w:rPr>
            </w:pPr>
          </w:p>
        </w:tc>
      </w:tr>
      <w:tr w:rsidR="00EF2D22" w:rsidRPr="009F0F48" w14:paraId="19AE9CB6" w14:textId="77777777">
        <w:trPr>
          <w:jc w:val="center"/>
        </w:trPr>
        <w:tc>
          <w:tcPr>
            <w:tcW w:w="2948" w:type="dxa"/>
            <w:tcBorders>
              <w:top w:val="single" w:sz="6" w:space="0" w:color="A6A6A6"/>
              <w:left w:val="single" w:sz="6" w:space="0" w:color="A6A6A6"/>
              <w:bottom w:val="single" w:sz="6" w:space="0" w:color="A6A6A6"/>
              <w:right w:val="single" w:sz="6" w:space="0" w:color="A6A6A6"/>
            </w:tcBorders>
            <w:shd w:val="clear" w:color="auto" w:fill="D9EAF7"/>
          </w:tcPr>
          <w:p w14:paraId="379202E0" w14:textId="388D852A" w:rsidR="00EF2D22" w:rsidRPr="009F0F48" w:rsidRDefault="002927D4">
            <w:pPr>
              <w:rPr>
                <w:sz w:val="18"/>
                <w:szCs w:val="18"/>
                <w:lang w:val="ky-KG"/>
              </w:rPr>
            </w:pPr>
            <w:r w:rsidRPr="009F0F48">
              <w:rPr>
                <w:b/>
                <w:bCs/>
                <w:sz w:val="18"/>
                <w:szCs w:val="18"/>
                <w:lang w:val="ky-KG"/>
              </w:rPr>
              <w:t>Байланыш адамы</w:t>
            </w:r>
          </w:p>
        </w:tc>
        <w:tc>
          <w:tcPr>
            <w:tcW w:w="6236" w:type="dxa"/>
            <w:tcBorders>
              <w:top w:val="single" w:sz="6" w:space="0" w:color="A6A6A6"/>
              <w:left w:val="single" w:sz="6" w:space="0" w:color="A6A6A6"/>
              <w:bottom w:val="single" w:sz="6" w:space="0" w:color="A6A6A6"/>
              <w:right w:val="single" w:sz="6" w:space="0" w:color="A6A6A6"/>
            </w:tcBorders>
          </w:tcPr>
          <w:p w14:paraId="1355C034" w14:textId="77777777" w:rsidR="00EF2D22" w:rsidRPr="009F0F48" w:rsidRDefault="002927D4" w:rsidP="002927D4">
            <w:pPr>
              <w:rPr>
                <w:i/>
                <w:color w:val="666666"/>
                <w:sz w:val="17"/>
                <w:lang w:val="ky-KG"/>
              </w:rPr>
            </w:pPr>
            <w:r w:rsidRPr="009F0F48">
              <w:rPr>
                <w:i/>
                <w:color w:val="666666"/>
                <w:sz w:val="17"/>
                <w:lang w:val="ky-KG"/>
              </w:rPr>
              <w:t>ФАА</w:t>
            </w:r>
            <w:r w:rsidR="003A6C31" w:rsidRPr="009F0F48">
              <w:rPr>
                <w:i/>
                <w:color w:val="666666"/>
                <w:sz w:val="17"/>
                <w:lang w:val="ky-KG"/>
              </w:rPr>
              <w:t xml:space="preserve">, </w:t>
            </w:r>
            <w:r w:rsidRPr="009F0F48">
              <w:rPr>
                <w:i/>
                <w:color w:val="666666"/>
                <w:sz w:val="17"/>
                <w:lang w:val="ky-KG"/>
              </w:rPr>
              <w:t>кызматы</w:t>
            </w:r>
            <w:r w:rsidR="003A6C31" w:rsidRPr="009F0F48">
              <w:rPr>
                <w:i/>
                <w:color w:val="666666"/>
                <w:sz w:val="17"/>
                <w:lang w:val="ky-KG"/>
              </w:rPr>
              <w:t>, телефон</w:t>
            </w:r>
            <w:r w:rsidRPr="009F0F48">
              <w:rPr>
                <w:i/>
                <w:color w:val="666666"/>
                <w:sz w:val="17"/>
                <w:lang w:val="ky-KG"/>
              </w:rPr>
              <w:t>у</w:t>
            </w:r>
            <w:r w:rsidR="003A6C31" w:rsidRPr="009F0F48">
              <w:rPr>
                <w:i/>
                <w:color w:val="666666"/>
                <w:sz w:val="17"/>
                <w:lang w:val="ky-KG"/>
              </w:rPr>
              <w:t>, электрон</w:t>
            </w:r>
            <w:r w:rsidRPr="009F0F48">
              <w:rPr>
                <w:i/>
                <w:color w:val="666666"/>
                <w:sz w:val="17"/>
                <w:lang w:val="ky-KG"/>
              </w:rPr>
              <w:t xml:space="preserve">дук дареги </w:t>
            </w:r>
          </w:p>
          <w:p w14:paraId="4A4D7C83" w14:textId="3B6EC2D2" w:rsidR="002927D4" w:rsidRPr="009F0F48" w:rsidRDefault="002927D4" w:rsidP="002927D4">
            <w:pPr>
              <w:rPr>
                <w:lang w:val="ky-KG"/>
              </w:rPr>
            </w:pPr>
          </w:p>
        </w:tc>
      </w:tr>
      <w:tr w:rsidR="00EF2D22" w:rsidRPr="009F0F48" w14:paraId="1F7D0E4D" w14:textId="77777777">
        <w:trPr>
          <w:jc w:val="center"/>
        </w:trPr>
        <w:tc>
          <w:tcPr>
            <w:tcW w:w="2948" w:type="dxa"/>
            <w:tcBorders>
              <w:top w:val="single" w:sz="6" w:space="0" w:color="A6A6A6"/>
              <w:left w:val="single" w:sz="6" w:space="0" w:color="A6A6A6"/>
              <w:bottom w:val="single" w:sz="6" w:space="0" w:color="A6A6A6"/>
              <w:right w:val="single" w:sz="6" w:space="0" w:color="A6A6A6"/>
            </w:tcBorders>
            <w:shd w:val="clear" w:color="auto" w:fill="D9EAF7"/>
          </w:tcPr>
          <w:p w14:paraId="5ABEB3E7" w14:textId="07D846AE" w:rsidR="00EF2D22" w:rsidRPr="009F0F48" w:rsidRDefault="002927D4">
            <w:pPr>
              <w:rPr>
                <w:sz w:val="18"/>
                <w:szCs w:val="18"/>
                <w:lang w:val="ky-KG"/>
              </w:rPr>
            </w:pPr>
            <w:r w:rsidRPr="009F0F48">
              <w:rPr>
                <w:b/>
                <w:bCs/>
                <w:sz w:val="18"/>
                <w:szCs w:val="18"/>
                <w:lang w:val="ky-KG"/>
              </w:rPr>
              <w:t>Уюмдун жетекчиси</w:t>
            </w:r>
          </w:p>
        </w:tc>
        <w:tc>
          <w:tcPr>
            <w:tcW w:w="6236" w:type="dxa"/>
            <w:tcBorders>
              <w:top w:val="single" w:sz="6" w:space="0" w:color="A6A6A6"/>
              <w:left w:val="single" w:sz="6" w:space="0" w:color="A6A6A6"/>
              <w:bottom w:val="single" w:sz="6" w:space="0" w:color="A6A6A6"/>
              <w:right w:val="single" w:sz="6" w:space="0" w:color="A6A6A6"/>
            </w:tcBorders>
          </w:tcPr>
          <w:p w14:paraId="72888E9D" w14:textId="77777777" w:rsidR="00EF2D22" w:rsidRPr="009F0F48" w:rsidRDefault="002927D4" w:rsidP="002927D4">
            <w:pPr>
              <w:rPr>
                <w:i/>
                <w:color w:val="666666"/>
                <w:sz w:val="17"/>
                <w:lang w:val="ky-KG"/>
              </w:rPr>
            </w:pPr>
            <w:r w:rsidRPr="009F0F48">
              <w:rPr>
                <w:i/>
                <w:color w:val="666666"/>
                <w:sz w:val="17"/>
                <w:lang w:val="ky-KG"/>
              </w:rPr>
              <w:t xml:space="preserve">ФАА жана жетекчинин кызматы </w:t>
            </w:r>
          </w:p>
          <w:p w14:paraId="20B6CA56" w14:textId="325F1AC6" w:rsidR="002927D4" w:rsidRPr="009F0F48" w:rsidRDefault="002927D4" w:rsidP="002927D4">
            <w:pPr>
              <w:rPr>
                <w:lang w:val="ky-KG"/>
              </w:rPr>
            </w:pPr>
          </w:p>
        </w:tc>
      </w:tr>
      <w:tr w:rsidR="00EF2D22" w:rsidRPr="00772E4C" w14:paraId="02D09C7B" w14:textId="77777777">
        <w:trPr>
          <w:jc w:val="center"/>
        </w:trPr>
        <w:tc>
          <w:tcPr>
            <w:tcW w:w="2948" w:type="dxa"/>
            <w:tcBorders>
              <w:top w:val="single" w:sz="6" w:space="0" w:color="A6A6A6"/>
              <w:left w:val="single" w:sz="6" w:space="0" w:color="A6A6A6"/>
              <w:bottom w:val="single" w:sz="6" w:space="0" w:color="A6A6A6"/>
              <w:right w:val="single" w:sz="6" w:space="0" w:color="A6A6A6"/>
            </w:tcBorders>
            <w:shd w:val="clear" w:color="auto" w:fill="D9EAF7"/>
          </w:tcPr>
          <w:p w14:paraId="1B9A5746" w14:textId="33497E3D" w:rsidR="00EF2D22" w:rsidRPr="009F0F48" w:rsidRDefault="003A6C31">
            <w:pPr>
              <w:rPr>
                <w:lang w:val="ky-KG"/>
              </w:rPr>
            </w:pPr>
            <w:r w:rsidRPr="009F0F48">
              <w:rPr>
                <w:b/>
                <w:sz w:val="18"/>
                <w:lang w:val="ky-KG"/>
              </w:rPr>
              <w:t>Банк</w:t>
            </w:r>
            <w:r w:rsidR="002927D4" w:rsidRPr="009F0F48">
              <w:rPr>
                <w:b/>
                <w:sz w:val="18"/>
                <w:lang w:val="ky-KG"/>
              </w:rPr>
              <w:t xml:space="preserve">тык реквизиттер </w:t>
            </w:r>
          </w:p>
        </w:tc>
        <w:tc>
          <w:tcPr>
            <w:tcW w:w="6236" w:type="dxa"/>
            <w:tcBorders>
              <w:top w:val="single" w:sz="6" w:space="0" w:color="A6A6A6"/>
              <w:left w:val="single" w:sz="6" w:space="0" w:color="A6A6A6"/>
              <w:bottom w:val="single" w:sz="6" w:space="0" w:color="A6A6A6"/>
              <w:right w:val="single" w:sz="6" w:space="0" w:color="A6A6A6"/>
            </w:tcBorders>
          </w:tcPr>
          <w:p w14:paraId="0B12CDDB" w14:textId="118F8C8E" w:rsidR="00EF2D22" w:rsidRPr="009F0F48" w:rsidRDefault="002927D4">
            <w:pPr>
              <w:rPr>
                <w:lang w:val="ky-KG"/>
              </w:rPr>
            </w:pPr>
            <w:r w:rsidRPr="009F0F48">
              <w:rPr>
                <w:i/>
                <w:color w:val="666666"/>
                <w:sz w:val="17"/>
                <w:lang w:val="ky-KG"/>
              </w:rPr>
              <w:t>Банктын аталышы</w:t>
            </w:r>
            <w:r w:rsidR="003A6C31" w:rsidRPr="009F0F48">
              <w:rPr>
                <w:i/>
                <w:color w:val="666666"/>
                <w:sz w:val="17"/>
                <w:lang w:val="ky-KG"/>
              </w:rPr>
              <w:t xml:space="preserve">, </w:t>
            </w:r>
            <w:r w:rsidRPr="009F0F48">
              <w:rPr>
                <w:i/>
                <w:color w:val="666666"/>
                <w:sz w:val="17"/>
                <w:lang w:val="ky-KG"/>
              </w:rPr>
              <w:t>эсептешүү эсеби</w:t>
            </w:r>
            <w:r w:rsidR="003A6C31" w:rsidRPr="009F0F48">
              <w:rPr>
                <w:i/>
                <w:color w:val="666666"/>
                <w:sz w:val="17"/>
                <w:lang w:val="ky-KG"/>
              </w:rPr>
              <w:t xml:space="preserve">, БИК/МФО, ИНН </w:t>
            </w:r>
            <w:r w:rsidR="00E623D4" w:rsidRPr="009F0F48">
              <w:rPr>
                <w:i/>
                <w:color w:val="666666"/>
                <w:sz w:val="17"/>
                <w:lang w:val="ky-KG"/>
              </w:rPr>
              <w:t xml:space="preserve">жана башка зарыл маалыматтар  </w:t>
            </w:r>
          </w:p>
          <w:p w14:paraId="6B701197" w14:textId="77777777" w:rsidR="00EF2D22" w:rsidRPr="009F0F48" w:rsidRDefault="00EF2D22">
            <w:pPr>
              <w:rPr>
                <w:lang w:val="ky-KG"/>
              </w:rPr>
            </w:pPr>
          </w:p>
          <w:p w14:paraId="455FAF30" w14:textId="77777777" w:rsidR="00EF2D22" w:rsidRPr="009F0F48" w:rsidRDefault="00EF2D22">
            <w:pPr>
              <w:rPr>
                <w:lang w:val="ky-KG"/>
              </w:rPr>
            </w:pPr>
          </w:p>
        </w:tc>
      </w:tr>
      <w:tr w:rsidR="00EF2D22" w:rsidRPr="00772E4C" w14:paraId="2C4157B9" w14:textId="77777777">
        <w:trPr>
          <w:jc w:val="center"/>
        </w:trPr>
        <w:tc>
          <w:tcPr>
            <w:tcW w:w="2948" w:type="dxa"/>
            <w:tcBorders>
              <w:top w:val="single" w:sz="6" w:space="0" w:color="A6A6A6"/>
              <w:left w:val="single" w:sz="6" w:space="0" w:color="A6A6A6"/>
              <w:bottom w:val="single" w:sz="6" w:space="0" w:color="A6A6A6"/>
              <w:right w:val="single" w:sz="6" w:space="0" w:color="A6A6A6"/>
            </w:tcBorders>
            <w:shd w:val="clear" w:color="auto" w:fill="D9EAF7"/>
          </w:tcPr>
          <w:p w14:paraId="180FDE92" w14:textId="789066D7" w:rsidR="00EF2D22" w:rsidRPr="009F0F48" w:rsidRDefault="002927D4">
            <w:pPr>
              <w:rPr>
                <w:lang w:val="ky-KG"/>
              </w:rPr>
            </w:pPr>
            <w:r w:rsidRPr="009F0F48">
              <w:rPr>
                <w:b/>
                <w:sz w:val="18"/>
                <w:lang w:val="ky-KG"/>
              </w:rPr>
              <w:t xml:space="preserve">Уюм тууралуу кыскача маалымат  </w:t>
            </w:r>
          </w:p>
        </w:tc>
        <w:tc>
          <w:tcPr>
            <w:tcW w:w="6236" w:type="dxa"/>
            <w:tcBorders>
              <w:top w:val="single" w:sz="6" w:space="0" w:color="A6A6A6"/>
              <w:left w:val="single" w:sz="6" w:space="0" w:color="A6A6A6"/>
              <w:bottom w:val="single" w:sz="6" w:space="0" w:color="A6A6A6"/>
              <w:right w:val="single" w:sz="6" w:space="0" w:color="A6A6A6"/>
            </w:tcBorders>
          </w:tcPr>
          <w:p w14:paraId="59455D1F" w14:textId="0A3E2085" w:rsidR="00EF2D22" w:rsidRPr="009F0F48" w:rsidRDefault="00E623D4">
            <w:pPr>
              <w:rPr>
                <w:lang w:val="ky-KG"/>
              </w:rPr>
            </w:pPr>
            <w:r w:rsidRPr="009F0F48">
              <w:rPr>
                <w:i/>
                <w:color w:val="666666"/>
                <w:sz w:val="17"/>
                <w:lang w:val="ky-KG"/>
              </w:rPr>
              <w:t>Миссия, иштин негизги багыттары, коомдоштуктарды өнүктүрүү, инфраструктура, экология, кырсыктардын тобокелдигин азайтуу же окшош багыттарда тажрыйба</w:t>
            </w:r>
          </w:p>
          <w:p w14:paraId="55125F1A" w14:textId="77777777" w:rsidR="00EF2D22" w:rsidRPr="009F0F48" w:rsidRDefault="00EF2D22">
            <w:pPr>
              <w:rPr>
                <w:lang w:val="ky-KG"/>
              </w:rPr>
            </w:pPr>
          </w:p>
          <w:p w14:paraId="3CD7576A" w14:textId="77777777" w:rsidR="00EF2D22" w:rsidRPr="009F0F48" w:rsidRDefault="00EF2D22">
            <w:pPr>
              <w:rPr>
                <w:lang w:val="ky-KG"/>
              </w:rPr>
            </w:pPr>
          </w:p>
        </w:tc>
      </w:tr>
    </w:tbl>
    <w:p w14:paraId="61CF225B" w14:textId="23CE55E1" w:rsidR="00EF2D22" w:rsidRPr="009F0F48" w:rsidRDefault="003A6C31">
      <w:pPr>
        <w:pStyle w:val="1"/>
        <w:spacing w:before="200" w:after="80" w:line="240" w:lineRule="auto"/>
        <w:rPr>
          <w:lang w:val="ky-KG"/>
        </w:rPr>
      </w:pPr>
      <w:r w:rsidRPr="009F0F48">
        <w:rPr>
          <w:rFonts w:ascii="Arial" w:eastAsia="Arial" w:hAnsi="Arial"/>
          <w:color w:val="1F4E79"/>
          <w:sz w:val="26"/>
          <w:lang w:val="ky-KG"/>
        </w:rPr>
        <w:t>2</w:t>
      </w:r>
      <w:r w:rsidR="00E623D4" w:rsidRPr="009F0F48">
        <w:rPr>
          <w:rFonts w:ascii="Arial" w:eastAsia="Arial" w:hAnsi="Arial"/>
          <w:color w:val="1F4E79"/>
          <w:sz w:val="26"/>
          <w:lang w:val="ky-KG"/>
        </w:rPr>
        <w:t>-БӨЛҮМ</w:t>
      </w:r>
      <w:r w:rsidRPr="009F0F48">
        <w:rPr>
          <w:rFonts w:ascii="Arial" w:eastAsia="Arial" w:hAnsi="Arial"/>
          <w:color w:val="1F4E79"/>
          <w:sz w:val="26"/>
          <w:lang w:val="ky-KG"/>
        </w:rPr>
        <w:t xml:space="preserve">. </w:t>
      </w:r>
      <w:r w:rsidR="00E623D4" w:rsidRPr="009F0F48">
        <w:rPr>
          <w:rFonts w:ascii="Arial" w:eastAsia="Arial" w:hAnsi="Arial"/>
          <w:color w:val="1F4E79"/>
          <w:sz w:val="26"/>
          <w:lang w:val="ky-KG"/>
        </w:rPr>
        <w:t>Долбоор тууралуу маалымат</w:t>
      </w:r>
    </w:p>
    <w:tbl>
      <w:tblPr>
        <w:tblW w:w="0" w:type="auto"/>
        <w:jc w:val="center"/>
        <w:tblLayout w:type="fixed"/>
        <w:tblLook w:val="04A0" w:firstRow="1" w:lastRow="0" w:firstColumn="1" w:lastColumn="0" w:noHBand="0" w:noVBand="1"/>
      </w:tblPr>
      <w:tblGrid>
        <w:gridCol w:w="2948"/>
        <w:gridCol w:w="6236"/>
      </w:tblGrid>
      <w:tr w:rsidR="00EF2D22" w:rsidRPr="009F0F48" w14:paraId="337C7CEF" w14:textId="77777777">
        <w:trPr>
          <w:jc w:val="center"/>
        </w:trPr>
        <w:tc>
          <w:tcPr>
            <w:tcW w:w="2948" w:type="dxa"/>
            <w:tcBorders>
              <w:top w:val="single" w:sz="6" w:space="0" w:color="A6A6A6"/>
              <w:left w:val="single" w:sz="6" w:space="0" w:color="A6A6A6"/>
              <w:bottom w:val="single" w:sz="6" w:space="0" w:color="A6A6A6"/>
              <w:right w:val="single" w:sz="6" w:space="0" w:color="A6A6A6"/>
            </w:tcBorders>
            <w:shd w:val="clear" w:color="auto" w:fill="D9EAF7"/>
          </w:tcPr>
          <w:p w14:paraId="6265E834" w14:textId="0D2F451C" w:rsidR="00EF2D22" w:rsidRPr="009F0F48" w:rsidRDefault="00E623D4">
            <w:pPr>
              <w:rPr>
                <w:lang w:val="ky-KG"/>
              </w:rPr>
            </w:pPr>
            <w:r w:rsidRPr="009F0F48">
              <w:rPr>
                <w:b/>
                <w:sz w:val="18"/>
                <w:lang w:val="ky-KG"/>
              </w:rPr>
              <w:t>Долбоордун аталышы</w:t>
            </w:r>
          </w:p>
        </w:tc>
        <w:tc>
          <w:tcPr>
            <w:tcW w:w="6236" w:type="dxa"/>
            <w:tcBorders>
              <w:top w:val="single" w:sz="6" w:space="0" w:color="A6A6A6"/>
              <w:left w:val="single" w:sz="6" w:space="0" w:color="A6A6A6"/>
              <w:bottom w:val="single" w:sz="6" w:space="0" w:color="A6A6A6"/>
              <w:right w:val="single" w:sz="6" w:space="0" w:color="A6A6A6"/>
            </w:tcBorders>
          </w:tcPr>
          <w:p w14:paraId="7A8A0959" w14:textId="665EF2F0" w:rsidR="00EF2D22" w:rsidRPr="009F0F48" w:rsidRDefault="00E623D4">
            <w:pPr>
              <w:rPr>
                <w:lang w:val="ky-KG"/>
              </w:rPr>
            </w:pPr>
            <w:r w:rsidRPr="009F0F48">
              <w:rPr>
                <w:i/>
                <w:color w:val="666666"/>
                <w:sz w:val="17"/>
                <w:lang w:val="ky-KG"/>
              </w:rPr>
              <w:t xml:space="preserve">1-тиркемеден долбоордун аталышы  </w:t>
            </w:r>
          </w:p>
          <w:p w14:paraId="1C95A235" w14:textId="77777777" w:rsidR="00EF2D22" w:rsidRPr="009F0F48" w:rsidRDefault="00EF2D22">
            <w:pPr>
              <w:rPr>
                <w:lang w:val="ky-KG"/>
              </w:rPr>
            </w:pPr>
          </w:p>
        </w:tc>
      </w:tr>
      <w:tr w:rsidR="00EF2D22" w:rsidRPr="009F0F48" w14:paraId="454A1197" w14:textId="77777777">
        <w:trPr>
          <w:jc w:val="center"/>
        </w:trPr>
        <w:tc>
          <w:tcPr>
            <w:tcW w:w="2948" w:type="dxa"/>
            <w:tcBorders>
              <w:top w:val="single" w:sz="6" w:space="0" w:color="A6A6A6"/>
              <w:left w:val="single" w:sz="6" w:space="0" w:color="A6A6A6"/>
              <w:bottom w:val="single" w:sz="6" w:space="0" w:color="A6A6A6"/>
              <w:right w:val="single" w:sz="6" w:space="0" w:color="A6A6A6"/>
            </w:tcBorders>
            <w:shd w:val="clear" w:color="auto" w:fill="D9EAF7"/>
          </w:tcPr>
          <w:p w14:paraId="49D1A0B5" w14:textId="4B7815F5" w:rsidR="00EF2D22" w:rsidRPr="009F0F48" w:rsidRDefault="003A6C31">
            <w:pPr>
              <w:rPr>
                <w:lang w:val="ky-KG"/>
              </w:rPr>
            </w:pPr>
            <w:r w:rsidRPr="009F0F48">
              <w:rPr>
                <w:b/>
                <w:sz w:val="18"/>
                <w:lang w:val="ky-KG"/>
              </w:rPr>
              <w:t xml:space="preserve">Лот / </w:t>
            </w:r>
            <w:r w:rsidR="00E623D4" w:rsidRPr="009F0F48">
              <w:rPr>
                <w:b/>
                <w:sz w:val="18"/>
                <w:lang w:val="ky-KG"/>
              </w:rPr>
              <w:t>конкурстун багыты</w:t>
            </w:r>
          </w:p>
        </w:tc>
        <w:tc>
          <w:tcPr>
            <w:tcW w:w="6236" w:type="dxa"/>
            <w:tcBorders>
              <w:top w:val="single" w:sz="6" w:space="0" w:color="A6A6A6"/>
              <w:left w:val="single" w:sz="6" w:space="0" w:color="A6A6A6"/>
              <w:bottom w:val="single" w:sz="6" w:space="0" w:color="A6A6A6"/>
              <w:right w:val="single" w:sz="6" w:space="0" w:color="A6A6A6"/>
            </w:tcBorders>
          </w:tcPr>
          <w:p w14:paraId="03974864" w14:textId="277E38EB" w:rsidR="00EF2D22" w:rsidRPr="009F0F48" w:rsidRDefault="003A6C31">
            <w:pPr>
              <w:rPr>
                <w:lang w:val="ky-KG"/>
              </w:rPr>
            </w:pPr>
            <w:r w:rsidRPr="009F0F48">
              <w:rPr>
                <w:sz w:val="18"/>
                <w:lang w:val="ky-KG"/>
              </w:rPr>
              <w:t xml:space="preserve">☐ </w:t>
            </w:r>
            <w:r w:rsidR="00E623D4" w:rsidRPr="009F0F48">
              <w:rPr>
                <w:sz w:val="18"/>
                <w:lang w:val="ky-KG"/>
              </w:rPr>
              <w:t>1-л</w:t>
            </w:r>
            <w:r w:rsidRPr="009F0F48">
              <w:rPr>
                <w:sz w:val="18"/>
                <w:lang w:val="ky-KG"/>
              </w:rPr>
              <w:t xml:space="preserve">от. </w:t>
            </w:r>
            <w:r w:rsidR="00E623D4" w:rsidRPr="009F0F48">
              <w:rPr>
                <w:sz w:val="18"/>
                <w:lang w:val="ky-KG"/>
              </w:rPr>
              <w:t>Сууну үнөмдөө практикаларын жакшыртуу</w:t>
            </w:r>
          </w:p>
          <w:p w14:paraId="5DC0D182" w14:textId="71C925DC" w:rsidR="00EF2D22" w:rsidRPr="009F0F48" w:rsidRDefault="003A6C31">
            <w:pPr>
              <w:rPr>
                <w:lang w:val="ky-KG"/>
              </w:rPr>
            </w:pPr>
            <w:r w:rsidRPr="009F0F48">
              <w:rPr>
                <w:sz w:val="18"/>
                <w:lang w:val="ky-KG"/>
              </w:rPr>
              <w:t xml:space="preserve">☐ </w:t>
            </w:r>
            <w:r w:rsidR="00E623D4" w:rsidRPr="009F0F48">
              <w:rPr>
                <w:sz w:val="18"/>
                <w:lang w:val="ky-KG"/>
              </w:rPr>
              <w:t>2-л</w:t>
            </w:r>
            <w:r w:rsidRPr="009F0F48">
              <w:rPr>
                <w:sz w:val="18"/>
                <w:lang w:val="ky-KG"/>
              </w:rPr>
              <w:t xml:space="preserve">от. </w:t>
            </w:r>
            <w:r w:rsidR="00E623D4" w:rsidRPr="009F0F48">
              <w:rPr>
                <w:sz w:val="18"/>
                <w:lang w:val="ky-KG"/>
              </w:rPr>
              <w:t xml:space="preserve">Жаратылышка багытталган чечимдер жана жашыл инфраструктураны өнүктүрүү  </w:t>
            </w:r>
          </w:p>
          <w:p w14:paraId="4932565F" w14:textId="3B85D7D9" w:rsidR="00EF2D22" w:rsidRPr="009F0F48" w:rsidRDefault="003A6C31">
            <w:pPr>
              <w:rPr>
                <w:lang w:val="ky-KG"/>
              </w:rPr>
            </w:pPr>
            <w:r w:rsidRPr="009F0F48">
              <w:rPr>
                <w:sz w:val="18"/>
                <w:lang w:val="ky-KG"/>
              </w:rPr>
              <w:t>☐ 3</w:t>
            </w:r>
            <w:r w:rsidR="00E623D4" w:rsidRPr="009F0F48">
              <w:rPr>
                <w:sz w:val="18"/>
                <w:lang w:val="ky-KG"/>
              </w:rPr>
              <w:t>-лот</w:t>
            </w:r>
            <w:r w:rsidRPr="009F0F48">
              <w:rPr>
                <w:sz w:val="18"/>
                <w:lang w:val="ky-KG"/>
              </w:rPr>
              <w:t xml:space="preserve">. </w:t>
            </w:r>
            <w:r w:rsidR="00E623D4" w:rsidRPr="009F0F48">
              <w:rPr>
                <w:sz w:val="18"/>
                <w:lang w:val="ky-KG"/>
              </w:rPr>
              <w:t xml:space="preserve">Социалдык жана шаардык инфраструктуранын объекттери үчүн энерго натыйжалуу чечимдер  </w:t>
            </w:r>
          </w:p>
          <w:p w14:paraId="2B2854CD" w14:textId="3ACD74C5" w:rsidR="00EF2D22" w:rsidRPr="009F0F48" w:rsidRDefault="003A6C31">
            <w:pPr>
              <w:rPr>
                <w:lang w:val="ky-KG"/>
              </w:rPr>
            </w:pPr>
            <w:r w:rsidRPr="009F0F48">
              <w:rPr>
                <w:sz w:val="18"/>
                <w:lang w:val="ky-KG"/>
              </w:rPr>
              <w:t xml:space="preserve">☐ </w:t>
            </w:r>
            <w:r w:rsidR="00E623D4" w:rsidRPr="009F0F48">
              <w:rPr>
                <w:sz w:val="18"/>
                <w:lang w:val="ky-KG"/>
              </w:rPr>
              <w:t>Биргелешкен чечим</w:t>
            </w:r>
          </w:p>
        </w:tc>
      </w:tr>
      <w:tr w:rsidR="00EF2D22" w:rsidRPr="00772E4C" w14:paraId="148AFCF8" w14:textId="77777777">
        <w:trPr>
          <w:jc w:val="center"/>
        </w:trPr>
        <w:tc>
          <w:tcPr>
            <w:tcW w:w="2948" w:type="dxa"/>
            <w:tcBorders>
              <w:top w:val="single" w:sz="6" w:space="0" w:color="A6A6A6"/>
              <w:left w:val="single" w:sz="6" w:space="0" w:color="A6A6A6"/>
              <w:bottom w:val="single" w:sz="6" w:space="0" w:color="A6A6A6"/>
              <w:right w:val="single" w:sz="6" w:space="0" w:color="A6A6A6"/>
            </w:tcBorders>
            <w:shd w:val="clear" w:color="auto" w:fill="D9EAF7"/>
          </w:tcPr>
          <w:p w14:paraId="4591B4E2" w14:textId="183E80FC" w:rsidR="00EF2D22" w:rsidRPr="009F0F48" w:rsidRDefault="003A6C31">
            <w:pPr>
              <w:rPr>
                <w:lang w:val="ky-KG"/>
              </w:rPr>
            </w:pPr>
            <w:r w:rsidRPr="009F0F48">
              <w:rPr>
                <w:b/>
                <w:sz w:val="18"/>
                <w:lang w:val="ky-KG"/>
              </w:rPr>
              <w:lastRenderedPageBreak/>
              <w:t xml:space="preserve">Объект / </w:t>
            </w:r>
            <w:r w:rsidR="00E623D4" w:rsidRPr="009F0F48">
              <w:rPr>
                <w:b/>
                <w:sz w:val="18"/>
                <w:lang w:val="ky-KG"/>
              </w:rPr>
              <w:t>долбоордун аймагы</w:t>
            </w:r>
          </w:p>
        </w:tc>
        <w:tc>
          <w:tcPr>
            <w:tcW w:w="6236" w:type="dxa"/>
            <w:tcBorders>
              <w:top w:val="single" w:sz="6" w:space="0" w:color="A6A6A6"/>
              <w:left w:val="single" w:sz="6" w:space="0" w:color="A6A6A6"/>
              <w:bottom w:val="single" w:sz="6" w:space="0" w:color="A6A6A6"/>
              <w:right w:val="single" w:sz="6" w:space="0" w:color="A6A6A6"/>
            </w:tcBorders>
          </w:tcPr>
          <w:p w14:paraId="01D51294" w14:textId="28916402" w:rsidR="00EF2D22" w:rsidRPr="009F0F48" w:rsidRDefault="00E623D4">
            <w:pPr>
              <w:rPr>
                <w:lang w:val="ky-KG"/>
              </w:rPr>
            </w:pPr>
            <w:r w:rsidRPr="009F0F48">
              <w:rPr>
                <w:i/>
                <w:color w:val="666666"/>
                <w:sz w:val="17"/>
                <w:lang w:val="ky-KG"/>
              </w:rPr>
              <w:t>1-тиркемеден объектти же аймакты, дарегин/районду/ми</w:t>
            </w:r>
            <w:r w:rsidR="00544B76">
              <w:rPr>
                <w:i/>
                <w:color w:val="666666"/>
                <w:sz w:val="17"/>
                <w:lang w:val="ky-KG"/>
              </w:rPr>
              <w:t>к</w:t>
            </w:r>
            <w:r w:rsidRPr="009F0F48">
              <w:rPr>
                <w:i/>
                <w:color w:val="666666"/>
                <w:sz w:val="17"/>
                <w:lang w:val="ky-KG"/>
              </w:rPr>
              <w:t xml:space="preserve">роучастогун кошуп көрсөтүңүз  </w:t>
            </w:r>
          </w:p>
          <w:p w14:paraId="66366E63" w14:textId="77777777" w:rsidR="00EF2D22" w:rsidRPr="009F0F48" w:rsidRDefault="00EF2D22">
            <w:pPr>
              <w:rPr>
                <w:lang w:val="ky-KG"/>
              </w:rPr>
            </w:pPr>
          </w:p>
          <w:p w14:paraId="5135B5C4" w14:textId="77777777" w:rsidR="00EF2D22" w:rsidRPr="009F0F48" w:rsidRDefault="00EF2D22">
            <w:pPr>
              <w:rPr>
                <w:lang w:val="ky-KG"/>
              </w:rPr>
            </w:pPr>
          </w:p>
        </w:tc>
      </w:tr>
      <w:tr w:rsidR="00EF2D22" w:rsidRPr="00772E4C" w14:paraId="21C5AE12" w14:textId="77777777">
        <w:trPr>
          <w:jc w:val="center"/>
        </w:trPr>
        <w:tc>
          <w:tcPr>
            <w:tcW w:w="2948" w:type="dxa"/>
            <w:tcBorders>
              <w:top w:val="single" w:sz="6" w:space="0" w:color="A6A6A6"/>
              <w:left w:val="single" w:sz="6" w:space="0" w:color="A6A6A6"/>
              <w:bottom w:val="single" w:sz="6" w:space="0" w:color="A6A6A6"/>
              <w:right w:val="single" w:sz="6" w:space="0" w:color="A6A6A6"/>
            </w:tcBorders>
            <w:shd w:val="clear" w:color="auto" w:fill="D9EAF7"/>
          </w:tcPr>
          <w:p w14:paraId="331764A0" w14:textId="4E854E2E" w:rsidR="00EF2D22" w:rsidRPr="009F0F48" w:rsidRDefault="00E623D4">
            <w:pPr>
              <w:rPr>
                <w:lang w:val="ky-KG"/>
              </w:rPr>
            </w:pPr>
            <w:r w:rsidRPr="009F0F48">
              <w:rPr>
                <w:b/>
                <w:sz w:val="18"/>
                <w:lang w:val="ky-KG"/>
              </w:rPr>
              <w:t xml:space="preserve">Объекттин ээси же балансында кармоочу  </w:t>
            </w:r>
          </w:p>
        </w:tc>
        <w:tc>
          <w:tcPr>
            <w:tcW w:w="6236" w:type="dxa"/>
            <w:tcBorders>
              <w:top w:val="single" w:sz="6" w:space="0" w:color="A6A6A6"/>
              <w:left w:val="single" w:sz="6" w:space="0" w:color="A6A6A6"/>
              <w:bottom w:val="single" w:sz="6" w:space="0" w:color="A6A6A6"/>
              <w:right w:val="single" w:sz="6" w:space="0" w:color="A6A6A6"/>
            </w:tcBorders>
          </w:tcPr>
          <w:p w14:paraId="165BED30" w14:textId="77777777" w:rsidR="00EF2D22" w:rsidRPr="009F0F48" w:rsidRDefault="00E623D4">
            <w:pPr>
              <w:rPr>
                <w:i/>
                <w:color w:val="666666"/>
                <w:sz w:val="17"/>
                <w:lang w:val="ky-KG"/>
              </w:rPr>
            </w:pPr>
            <w:r w:rsidRPr="009F0F48">
              <w:rPr>
                <w:i/>
                <w:color w:val="666666"/>
                <w:sz w:val="17"/>
                <w:lang w:val="ky-KG"/>
              </w:rPr>
              <w:t>Объект балансында же карамагында турган уюмду/кызматты көрсөтүңүз</w:t>
            </w:r>
          </w:p>
          <w:p w14:paraId="6BEDEDB8" w14:textId="56987657" w:rsidR="00E623D4" w:rsidRPr="009F0F48" w:rsidRDefault="00E623D4">
            <w:pPr>
              <w:rPr>
                <w:lang w:val="ky-KG"/>
              </w:rPr>
            </w:pPr>
          </w:p>
        </w:tc>
      </w:tr>
      <w:tr w:rsidR="00EF2D22" w:rsidRPr="00772E4C" w14:paraId="77E7C953" w14:textId="77777777">
        <w:trPr>
          <w:jc w:val="center"/>
        </w:trPr>
        <w:tc>
          <w:tcPr>
            <w:tcW w:w="2948" w:type="dxa"/>
            <w:tcBorders>
              <w:top w:val="single" w:sz="6" w:space="0" w:color="A6A6A6"/>
              <w:left w:val="single" w:sz="6" w:space="0" w:color="A6A6A6"/>
              <w:bottom w:val="single" w:sz="6" w:space="0" w:color="A6A6A6"/>
              <w:right w:val="single" w:sz="6" w:space="0" w:color="A6A6A6"/>
            </w:tcBorders>
            <w:shd w:val="clear" w:color="auto" w:fill="D9EAF7"/>
          </w:tcPr>
          <w:p w14:paraId="37B3B6B1" w14:textId="0D56DC22" w:rsidR="00EF2D22" w:rsidRPr="009F0F48" w:rsidRDefault="00E623D4">
            <w:pPr>
              <w:rPr>
                <w:lang w:val="ky-KG"/>
              </w:rPr>
            </w:pPr>
            <w:r w:rsidRPr="009F0F48">
              <w:rPr>
                <w:b/>
                <w:sz w:val="18"/>
                <w:lang w:val="ky-KG"/>
              </w:rPr>
              <w:t xml:space="preserve">Ишке ашыруу боюнча өнөктөштөр  </w:t>
            </w:r>
          </w:p>
        </w:tc>
        <w:tc>
          <w:tcPr>
            <w:tcW w:w="6236" w:type="dxa"/>
            <w:tcBorders>
              <w:top w:val="single" w:sz="6" w:space="0" w:color="A6A6A6"/>
              <w:left w:val="single" w:sz="6" w:space="0" w:color="A6A6A6"/>
              <w:bottom w:val="single" w:sz="6" w:space="0" w:color="A6A6A6"/>
              <w:right w:val="single" w:sz="6" w:space="0" w:color="A6A6A6"/>
            </w:tcBorders>
          </w:tcPr>
          <w:p w14:paraId="00F04118" w14:textId="30DB6172" w:rsidR="00EF2D22" w:rsidRPr="009F0F48" w:rsidRDefault="00E623D4">
            <w:pPr>
              <w:rPr>
                <w:lang w:val="ky-KG"/>
              </w:rPr>
            </w:pPr>
            <w:r w:rsidRPr="009F0F48">
              <w:rPr>
                <w:i/>
                <w:color w:val="666666"/>
                <w:sz w:val="17"/>
                <w:lang w:val="ky-KG"/>
              </w:rPr>
              <w:t>Долбоордун өнөктөштөрүн жана алардын ролун, анын ичинде мэрияны, муниципалдык кызматтарды, жергиликтүү жамааттарды же профилдик уюмдарды көрсөтүңүз</w:t>
            </w:r>
          </w:p>
          <w:p w14:paraId="1BFDEFDE" w14:textId="77777777" w:rsidR="00EF2D22" w:rsidRPr="009F0F48" w:rsidRDefault="00EF2D22">
            <w:pPr>
              <w:rPr>
                <w:lang w:val="ky-KG"/>
              </w:rPr>
            </w:pPr>
          </w:p>
        </w:tc>
      </w:tr>
      <w:tr w:rsidR="00EF2D22" w:rsidRPr="00772E4C" w14:paraId="0D9C1F0A" w14:textId="77777777">
        <w:trPr>
          <w:jc w:val="center"/>
        </w:trPr>
        <w:tc>
          <w:tcPr>
            <w:tcW w:w="2948" w:type="dxa"/>
            <w:tcBorders>
              <w:top w:val="single" w:sz="6" w:space="0" w:color="A6A6A6"/>
              <w:left w:val="single" w:sz="6" w:space="0" w:color="A6A6A6"/>
              <w:bottom w:val="single" w:sz="6" w:space="0" w:color="A6A6A6"/>
              <w:right w:val="single" w:sz="6" w:space="0" w:color="A6A6A6"/>
            </w:tcBorders>
            <w:shd w:val="clear" w:color="auto" w:fill="D9EAF7"/>
          </w:tcPr>
          <w:p w14:paraId="12236AE8" w14:textId="3F2D6CF5" w:rsidR="00EF2D22" w:rsidRPr="009F0F48" w:rsidRDefault="00E623D4">
            <w:pPr>
              <w:rPr>
                <w:lang w:val="ky-KG"/>
              </w:rPr>
            </w:pPr>
            <w:r w:rsidRPr="009F0F48">
              <w:rPr>
                <w:b/>
                <w:sz w:val="18"/>
                <w:lang w:val="ky-KG"/>
              </w:rPr>
              <w:t xml:space="preserve">Ишке ашыруу мөөнөттөрү </w:t>
            </w:r>
          </w:p>
        </w:tc>
        <w:tc>
          <w:tcPr>
            <w:tcW w:w="6236" w:type="dxa"/>
            <w:tcBorders>
              <w:top w:val="single" w:sz="6" w:space="0" w:color="A6A6A6"/>
              <w:left w:val="single" w:sz="6" w:space="0" w:color="A6A6A6"/>
              <w:bottom w:val="single" w:sz="6" w:space="0" w:color="A6A6A6"/>
              <w:right w:val="single" w:sz="6" w:space="0" w:color="A6A6A6"/>
            </w:tcBorders>
          </w:tcPr>
          <w:p w14:paraId="13CF0A04" w14:textId="77777777" w:rsidR="00EF2D22" w:rsidRPr="009F0F48" w:rsidRDefault="00E623D4">
            <w:pPr>
              <w:rPr>
                <w:i/>
                <w:color w:val="666666"/>
                <w:sz w:val="17"/>
                <w:lang w:val="ky-KG"/>
              </w:rPr>
            </w:pPr>
            <w:r w:rsidRPr="009F0F48">
              <w:rPr>
                <w:i/>
                <w:color w:val="666666"/>
                <w:sz w:val="17"/>
                <w:lang w:val="ky-KG"/>
              </w:rPr>
              <w:t>Болжолдоп жаткан баштоо жана аяктоо датасын көрсөтүңүз. Долбоорду ишке ашыруу мөөнөтү — гранттык макулдашууга кол коюлгандан кийин 10 айга чейин.</w:t>
            </w:r>
          </w:p>
          <w:p w14:paraId="7FD79C82" w14:textId="6CB77740" w:rsidR="00E623D4" w:rsidRPr="009F0F48" w:rsidRDefault="00E623D4">
            <w:pPr>
              <w:rPr>
                <w:lang w:val="ky-KG"/>
              </w:rPr>
            </w:pPr>
          </w:p>
        </w:tc>
      </w:tr>
    </w:tbl>
    <w:p w14:paraId="395F8731" w14:textId="64BDDF1C" w:rsidR="00EF2D22" w:rsidRPr="009F0F48" w:rsidRDefault="003A6C31">
      <w:pPr>
        <w:pStyle w:val="1"/>
        <w:spacing w:before="200" w:after="80" w:line="240" w:lineRule="auto"/>
        <w:rPr>
          <w:lang w:val="ky-KG"/>
        </w:rPr>
      </w:pPr>
      <w:r w:rsidRPr="009F0F48">
        <w:rPr>
          <w:rFonts w:ascii="Arial" w:eastAsia="Arial" w:hAnsi="Arial"/>
          <w:color w:val="1F4E79"/>
          <w:sz w:val="26"/>
          <w:lang w:val="ky-KG"/>
        </w:rPr>
        <w:t>3</w:t>
      </w:r>
      <w:r w:rsidR="00E623D4" w:rsidRPr="009F0F48">
        <w:rPr>
          <w:rFonts w:ascii="Arial" w:eastAsia="Arial" w:hAnsi="Arial"/>
          <w:color w:val="1F4E79"/>
          <w:sz w:val="26"/>
          <w:lang w:val="ky-KG"/>
        </w:rPr>
        <w:t>-БӨЛҮМ</w:t>
      </w:r>
      <w:r w:rsidRPr="009F0F48">
        <w:rPr>
          <w:rFonts w:ascii="Arial" w:eastAsia="Arial" w:hAnsi="Arial"/>
          <w:color w:val="1F4E79"/>
          <w:sz w:val="26"/>
          <w:lang w:val="ky-KG"/>
        </w:rPr>
        <w:t xml:space="preserve">. </w:t>
      </w:r>
      <w:r w:rsidR="00E623D4" w:rsidRPr="009F0F48">
        <w:rPr>
          <w:rFonts w:ascii="Arial" w:eastAsia="Arial" w:hAnsi="Arial"/>
          <w:color w:val="1F4E79"/>
          <w:sz w:val="26"/>
          <w:lang w:val="ky-KG"/>
        </w:rPr>
        <w:t xml:space="preserve">Долбоордун көйгөйү жана негиздемеси </w:t>
      </w:r>
    </w:p>
    <w:tbl>
      <w:tblPr>
        <w:tblW w:w="0" w:type="auto"/>
        <w:jc w:val="center"/>
        <w:tblLayout w:type="fixed"/>
        <w:tblLook w:val="04A0" w:firstRow="1" w:lastRow="0" w:firstColumn="1" w:lastColumn="0" w:noHBand="0" w:noVBand="1"/>
      </w:tblPr>
      <w:tblGrid>
        <w:gridCol w:w="2948"/>
        <w:gridCol w:w="6236"/>
      </w:tblGrid>
      <w:tr w:rsidR="00EF2D22" w:rsidRPr="009F0F48" w14:paraId="353735CF" w14:textId="77777777">
        <w:trPr>
          <w:jc w:val="center"/>
        </w:trPr>
        <w:tc>
          <w:tcPr>
            <w:tcW w:w="2948" w:type="dxa"/>
            <w:tcBorders>
              <w:top w:val="single" w:sz="6" w:space="0" w:color="A6A6A6"/>
              <w:left w:val="single" w:sz="6" w:space="0" w:color="A6A6A6"/>
              <w:bottom w:val="single" w:sz="6" w:space="0" w:color="A6A6A6"/>
              <w:right w:val="single" w:sz="6" w:space="0" w:color="A6A6A6"/>
            </w:tcBorders>
            <w:shd w:val="clear" w:color="auto" w:fill="D9EAF7"/>
          </w:tcPr>
          <w:p w14:paraId="20D2445C" w14:textId="5412308E" w:rsidR="00EF2D22" w:rsidRPr="009F0F48" w:rsidRDefault="00E015B3">
            <w:pPr>
              <w:rPr>
                <w:lang w:val="ky-KG"/>
              </w:rPr>
            </w:pPr>
            <w:r w:rsidRPr="009F0F48">
              <w:rPr>
                <w:b/>
                <w:sz w:val="18"/>
                <w:lang w:val="ky-KG"/>
              </w:rPr>
              <w:t>Кайсы көйгөй чечилип жатат</w:t>
            </w:r>
            <w:r w:rsidR="003A6C31" w:rsidRPr="009F0F48">
              <w:rPr>
                <w:b/>
                <w:sz w:val="18"/>
                <w:lang w:val="ky-KG"/>
              </w:rPr>
              <w:t>?</w:t>
            </w:r>
          </w:p>
        </w:tc>
        <w:tc>
          <w:tcPr>
            <w:tcW w:w="6236" w:type="dxa"/>
            <w:tcBorders>
              <w:top w:val="single" w:sz="6" w:space="0" w:color="A6A6A6"/>
              <w:left w:val="single" w:sz="6" w:space="0" w:color="A6A6A6"/>
              <w:bottom w:val="single" w:sz="6" w:space="0" w:color="A6A6A6"/>
              <w:right w:val="single" w:sz="6" w:space="0" w:color="A6A6A6"/>
            </w:tcBorders>
          </w:tcPr>
          <w:p w14:paraId="225BD861" w14:textId="2A48B339" w:rsidR="00EF2D22" w:rsidRPr="009F0F48" w:rsidRDefault="00E015B3">
            <w:pPr>
              <w:rPr>
                <w:lang w:val="ky-KG"/>
              </w:rPr>
            </w:pPr>
            <w:r w:rsidRPr="009F0F48">
              <w:rPr>
                <w:i/>
                <w:color w:val="666666"/>
                <w:sz w:val="17"/>
                <w:lang w:val="ky-KG"/>
              </w:rPr>
              <w:t>Маселени, анын масштабын, себептерин жана Ош шаарынын тургундарына же белгилүү бир аймакка/объектке тийгизген таасирин кыскача баяндап бериңиз. Мүмкүн болушунча фактыларды, маалыматтарды, фотофиксацияны, сурамжылоонун натыйжаларын колдонуңуз.</w:t>
            </w:r>
          </w:p>
          <w:p w14:paraId="3888CFB0" w14:textId="77777777" w:rsidR="00EF2D22" w:rsidRPr="009F0F48" w:rsidRDefault="00EF2D22">
            <w:pPr>
              <w:rPr>
                <w:lang w:val="ky-KG"/>
              </w:rPr>
            </w:pPr>
          </w:p>
          <w:p w14:paraId="73947398" w14:textId="77777777" w:rsidR="00EF2D22" w:rsidRPr="009F0F48" w:rsidRDefault="00EF2D22">
            <w:pPr>
              <w:rPr>
                <w:lang w:val="ky-KG"/>
              </w:rPr>
            </w:pPr>
          </w:p>
          <w:p w14:paraId="21237433" w14:textId="77777777" w:rsidR="00EF2D22" w:rsidRPr="009F0F48" w:rsidRDefault="00EF2D22">
            <w:pPr>
              <w:rPr>
                <w:lang w:val="ky-KG"/>
              </w:rPr>
            </w:pPr>
          </w:p>
          <w:p w14:paraId="682D843E" w14:textId="77777777" w:rsidR="00EF2D22" w:rsidRPr="009F0F48" w:rsidRDefault="00EF2D22">
            <w:pPr>
              <w:rPr>
                <w:lang w:val="ky-KG"/>
              </w:rPr>
            </w:pPr>
          </w:p>
        </w:tc>
      </w:tr>
      <w:tr w:rsidR="00EF2D22" w:rsidRPr="00772E4C" w14:paraId="1C683366" w14:textId="77777777">
        <w:trPr>
          <w:jc w:val="center"/>
        </w:trPr>
        <w:tc>
          <w:tcPr>
            <w:tcW w:w="2948" w:type="dxa"/>
            <w:tcBorders>
              <w:top w:val="single" w:sz="6" w:space="0" w:color="A6A6A6"/>
              <w:left w:val="single" w:sz="6" w:space="0" w:color="A6A6A6"/>
              <w:bottom w:val="single" w:sz="6" w:space="0" w:color="A6A6A6"/>
              <w:right w:val="single" w:sz="6" w:space="0" w:color="A6A6A6"/>
            </w:tcBorders>
            <w:shd w:val="clear" w:color="auto" w:fill="D9EAF7"/>
          </w:tcPr>
          <w:p w14:paraId="221826A2" w14:textId="67A0EE29" w:rsidR="00EF2D22" w:rsidRPr="009F0F48" w:rsidRDefault="00E015B3">
            <w:pPr>
              <w:rPr>
                <w:lang w:val="ky-KG"/>
              </w:rPr>
            </w:pPr>
            <w:r w:rsidRPr="009F0F48">
              <w:rPr>
                <w:b/>
                <w:sz w:val="18"/>
                <w:lang w:val="ky-KG"/>
              </w:rPr>
              <w:t xml:space="preserve">Климаттык жана жаратылыш тобокелдиктери менен байланышы  </w:t>
            </w:r>
          </w:p>
        </w:tc>
        <w:tc>
          <w:tcPr>
            <w:tcW w:w="6236" w:type="dxa"/>
            <w:tcBorders>
              <w:top w:val="single" w:sz="6" w:space="0" w:color="A6A6A6"/>
              <w:left w:val="single" w:sz="6" w:space="0" w:color="A6A6A6"/>
              <w:bottom w:val="single" w:sz="6" w:space="0" w:color="A6A6A6"/>
              <w:right w:val="single" w:sz="6" w:space="0" w:color="A6A6A6"/>
            </w:tcBorders>
          </w:tcPr>
          <w:p w14:paraId="6C177D1A" w14:textId="589802FE" w:rsidR="00EF2D22" w:rsidRPr="009F0F48" w:rsidRDefault="003A6C31">
            <w:pPr>
              <w:rPr>
                <w:lang w:val="ky-KG"/>
              </w:rPr>
            </w:pPr>
            <w:r w:rsidRPr="009F0F48">
              <w:rPr>
                <w:sz w:val="18"/>
                <w:lang w:val="ky-KG"/>
              </w:rPr>
              <w:t xml:space="preserve">☐ </w:t>
            </w:r>
            <w:r w:rsidR="00E015B3" w:rsidRPr="009F0F48">
              <w:rPr>
                <w:sz w:val="18"/>
                <w:lang w:val="ky-KG"/>
              </w:rPr>
              <w:t>кургакчылык</w:t>
            </w:r>
            <w:r w:rsidRPr="009F0F48">
              <w:rPr>
                <w:sz w:val="18"/>
                <w:lang w:val="ky-KG"/>
              </w:rPr>
              <w:t xml:space="preserve"> / </w:t>
            </w:r>
            <w:r w:rsidR="00E015B3" w:rsidRPr="009F0F48">
              <w:rPr>
                <w:sz w:val="18"/>
                <w:lang w:val="ky-KG"/>
              </w:rPr>
              <w:t>суунун жетишсиздиги</w:t>
            </w:r>
          </w:p>
          <w:p w14:paraId="5C273DA3" w14:textId="2766D1FA" w:rsidR="00EF2D22" w:rsidRPr="009F0F48" w:rsidRDefault="003A6C31">
            <w:pPr>
              <w:rPr>
                <w:lang w:val="ky-KG"/>
              </w:rPr>
            </w:pPr>
            <w:r w:rsidRPr="009F0F48">
              <w:rPr>
                <w:sz w:val="18"/>
                <w:lang w:val="ky-KG"/>
              </w:rPr>
              <w:t xml:space="preserve">☐ </w:t>
            </w:r>
            <w:r w:rsidR="00E015B3" w:rsidRPr="009F0F48">
              <w:rPr>
                <w:sz w:val="18"/>
                <w:lang w:val="ky-KG"/>
              </w:rPr>
              <w:t>өзгөчө ысык</w:t>
            </w:r>
          </w:p>
          <w:p w14:paraId="68748555" w14:textId="4CDE793A" w:rsidR="00EF2D22" w:rsidRPr="009F0F48" w:rsidRDefault="003A6C31">
            <w:pPr>
              <w:rPr>
                <w:lang w:val="ky-KG"/>
              </w:rPr>
            </w:pPr>
            <w:r w:rsidRPr="009F0F48">
              <w:rPr>
                <w:sz w:val="18"/>
                <w:lang w:val="ky-KG"/>
              </w:rPr>
              <w:t xml:space="preserve">☐ </w:t>
            </w:r>
            <w:r w:rsidR="00E015B3" w:rsidRPr="009F0F48">
              <w:rPr>
                <w:sz w:val="18"/>
                <w:lang w:val="ky-KG"/>
              </w:rPr>
              <w:t>суу ташкындары</w:t>
            </w:r>
            <w:r w:rsidRPr="009F0F48">
              <w:rPr>
                <w:sz w:val="18"/>
                <w:lang w:val="ky-KG"/>
              </w:rPr>
              <w:t xml:space="preserve"> </w:t>
            </w:r>
          </w:p>
          <w:p w14:paraId="592BF607" w14:textId="712A6474" w:rsidR="00EF2D22" w:rsidRPr="009F0F48" w:rsidRDefault="003A6C31">
            <w:pPr>
              <w:rPr>
                <w:lang w:val="ky-KG"/>
              </w:rPr>
            </w:pPr>
            <w:r w:rsidRPr="009F0F48">
              <w:rPr>
                <w:sz w:val="18"/>
                <w:lang w:val="ky-KG"/>
              </w:rPr>
              <w:t>☐ сел</w:t>
            </w:r>
            <w:r w:rsidR="00E015B3" w:rsidRPr="009F0F48">
              <w:rPr>
                <w:sz w:val="18"/>
                <w:lang w:val="ky-KG"/>
              </w:rPr>
              <w:t xml:space="preserve"> жүрүү процесстери</w:t>
            </w:r>
          </w:p>
          <w:p w14:paraId="068A56D1" w14:textId="63D75675" w:rsidR="00EF2D22" w:rsidRPr="009F0F48" w:rsidRDefault="003A6C31">
            <w:pPr>
              <w:rPr>
                <w:lang w:val="ky-KG"/>
              </w:rPr>
            </w:pPr>
            <w:r w:rsidRPr="009F0F48">
              <w:rPr>
                <w:sz w:val="18"/>
                <w:lang w:val="ky-KG"/>
              </w:rPr>
              <w:t xml:space="preserve">☐ </w:t>
            </w:r>
            <w:r w:rsidR="00E015B3" w:rsidRPr="009F0F48">
              <w:rPr>
                <w:sz w:val="18"/>
                <w:lang w:val="ky-KG"/>
              </w:rPr>
              <w:t xml:space="preserve">шаардык же жашыл инфраструктуранын деградацияланышы  </w:t>
            </w:r>
          </w:p>
          <w:p w14:paraId="04315577" w14:textId="4F81E032" w:rsidR="00EF2D22" w:rsidRPr="009F0F48" w:rsidRDefault="003A6C31">
            <w:pPr>
              <w:rPr>
                <w:lang w:val="ky-KG"/>
              </w:rPr>
            </w:pPr>
            <w:r w:rsidRPr="009F0F48">
              <w:rPr>
                <w:sz w:val="18"/>
                <w:lang w:val="ky-KG"/>
              </w:rPr>
              <w:t>☐ энерго</w:t>
            </w:r>
            <w:r w:rsidR="00E015B3" w:rsidRPr="009F0F48">
              <w:rPr>
                <w:sz w:val="18"/>
                <w:lang w:val="ky-KG"/>
              </w:rPr>
              <w:t xml:space="preserve"> жүктөм </w:t>
            </w:r>
            <w:r w:rsidRPr="009F0F48">
              <w:rPr>
                <w:sz w:val="18"/>
                <w:lang w:val="ky-KG"/>
              </w:rPr>
              <w:t xml:space="preserve">/ </w:t>
            </w:r>
            <w:r w:rsidR="00E015B3" w:rsidRPr="009F0F48">
              <w:rPr>
                <w:sz w:val="18"/>
                <w:lang w:val="ky-KG"/>
              </w:rPr>
              <w:t>энергия жабдуунун үзгүлтүгү</w:t>
            </w:r>
          </w:p>
          <w:p w14:paraId="73A858EB" w14:textId="179968CF" w:rsidR="00EF2D22" w:rsidRPr="009F0F48" w:rsidRDefault="003A6C31">
            <w:pPr>
              <w:rPr>
                <w:lang w:val="ky-KG"/>
              </w:rPr>
            </w:pPr>
            <w:r w:rsidRPr="009F0F48">
              <w:rPr>
                <w:sz w:val="18"/>
                <w:lang w:val="ky-KG"/>
              </w:rPr>
              <w:t xml:space="preserve">☐ </w:t>
            </w:r>
            <w:r w:rsidR="00E015B3" w:rsidRPr="009F0F48">
              <w:rPr>
                <w:sz w:val="18"/>
                <w:lang w:val="ky-KG"/>
              </w:rPr>
              <w:t>башкасы</w:t>
            </w:r>
            <w:r w:rsidRPr="009F0F48">
              <w:rPr>
                <w:sz w:val="18"/>
                <w:lang w:val="ky-KG"/>
              </w:rPr>
              <w:t>: ____________________</w:t>
            </w:r>
          </w:p>
        </w:tc>
      </w:tr>
      <w:tr w:rsidR="00EF2D22" w:rsidRPr="00772E4C" w14:paraId="4F4AF70F" w14:textId="77777777">
        <w:trPr>
          <w:jc w:val="center"/>
        </w:trPr>
        <w:tc>
          <w:tcPr>
            <w:tcW w:w="2948" w:type="dxa"/>
            <w:tcBorders>
              <w:top w:val="single" w:sz="6" w:space="0" w:color="A6A6A6"/>
              <w:left w:val="single" w:sz="6" w:space="0" w:color="A6A6A6"/>
              <w:bottom w:val="single" w:sz="6" w:space="0" w:color="A6A6A6"/>
              <w:right w:val="single" w:sz="6" w:space="0" w:color="A6A6A6"/>
            </w:tcBorders>
            <w:shd w:val="clear" w:color="auto" w:fill="D9EAF7"/>
          </w:tcPr>
          <w:p w14:paraId="648885A0" w14:textId="318AA79B" w:rsidR="00EF2D22" w:rsidRPr="009F0F48" w:rsidRDefault="00E015B3">
            <w:pPr>
              <w:rPr>
                <w:lang w:val="ky-KG"/>
              </w:rPr>
            </w:pPr>
            <w:r w:rsidRPr="009F0F48">
              <w:rPr>
                <w:b/>
                <w:sz w:val="18"/>
                <w:lang w:val="ky-KG"/>
              </w:rPr>
              <w:t>Долбоордун максаты</w:t>
            </w:r>
          </w:p>
        </w:tc>
        <w:tc>
          <w:tcPr>
            <w:tcW w:w="6236" w:type="dxa"/>
            <w:tcBorders>
              <w:top w:val="single" w:sz="6" w:space="0" w:color="A6A6A6"/>
              <w:left w:val="single" w:sz="6" w:space="0" w:color="A6A6A6"/>
              <w:bottom w:val="single" w:sz="6" w:space="0" w:color="A6A6A6"/>
              <w:right w:val="single" w:sz="6" w:space="0" w:color="A6A6A6"/>
            </w:tcBorders>
          </w:tcPr>
          <w:p w14:paraId="647B4674" w14:textId="51C7D103" w:rsidR="00EF2D22" w:rsidRPr="009F0F48" w:rsidRDefault="00E015B3">
            <w:pPr>
              <w:rPr>
                <w:lang w:val="ky-KG"/>
              </w:rPr>
            </w:pPr>
            <w:r w:rsidRPr="009F0F48">
              <w:rPr>
                <w:i/>
                <w:color w:val="666666"/>
                <w:sz w:val="17"/>
                <w:lang w:val="ky-KG"/>
              </w:rPr>
              <w:t>Долбоордун бир негизги максатын айтыңыз. Максат грантты ишке ашыруу мөөнөтүндө конкреттүү жана жеткиликтүү болушу керек</w:t>
            </w:r>
            <w:r w:rsidR="003A6C31" w:rsidRPr="009F0F48">
              <w:rPr>
                <w:i/>
                <w:color w:val="666666"/>
                <w:sz w:val="17"/>
                <w:lang w:val="ky-KG"/>
              </w:rPr>
              <w:t>.</w:t>
            </w:r>
          </w:p>
          <w:p w14:paraId="684ACF97" w14:textId="77777777" w:rsidR="00EF2D22" w:rsidRPr="009F0F48" w:rsidRDefault="00EF2D22">
            <w:pPr>
              <w:rPr>
                <w:lang w:val="ky-KG"/>
              </w:rPr>
            </w:pPr>
          </w:p>
          <w:p w14:paraId="190AD2F0" w14:textId="77777777" w:rsidR="00EF2D22" w:rsidRPr="009F0F48" w:rsidRDefault="00EF2D22">
            <w:pPr>
              <w:rPr>
                <w:lang w:val="ky-KG"/>
              </w:rPr>
            </w:pPr>
          </w:p>
        </w:tc>
      </w:tr>
      <w:tr w:rsidR="00EF2D22" w:rsidRPr="00772E4C" w14:paraId="5BD2BCC8" w14:textId="77777777">
        <w:trPr>
          <w:jc w:val="center"/>
        </w:trPr>
        <w:tc>
          <w:tcPr>
            <w:tcW w:w="2948" w:type="dxa"/>
            <w:tcBorders>
              <w:top w:val="single" w:sz="6" w:space="0" w:color="A6A6A6"/>
              <w:left w:val="single" w:sz="6" w:space="0" w:color="A6A6A6"/>
              <w:bottom w:val="single" w:sz="6" w:space="0" w:color="A6A6A6"/>
              <w:right w:val="single" w:sz="6" w:space="0" w:color="A6A6A6"/>
            </w:tcBorders>
            <w:shd w:val="clear" w:color="auto" w:fill="D9EAF7"/>
          </w:tcPr>
          <w:p w14:paraId="09F4EB4B" w14:textId="06F257D7" w:rsidR="00EF2D22" w:rsidRPr="009F0F48" w:rsidRDefault="00E015B3">
            <w:pPr>
              <w:rPr>
                <w:lang w:val="ky-KG"/>
              </w:rPr>
            </w:pPr>
            <w:r w:rsidRPr="009F0F48">
              <w:rPr>
                <w:b/>
                <w:sz w:val="18"/>
                <w:lang w:val="ky-KG"/>
              </w:rPr>
              <w:lastRenderedPageBreak/>
              <w:t xml:space="preserve">Долбоордун кыскача сүрөттөмөсү  </w:t>
            </w:r>
          </w:p>
        </w:tc>
        <w:tc>
          <w:tcPr>
            <w:tcW w:w="6236" w:type="dxa"/>
            <w:tcBorders>
              <w:top w:val="single" w:sz="6" w:space="0" w:color="A6A6A6"/>
              <w:left w:val="single" w:sz="6" w:space="0" w:color="A6A6A6"/>
              <w:bottom w:val="single" w:sz="6" w:space="0" w:color="A6A6A6"/>
              <w:right w:val="single" w:sz="6" w:space="0" w:color="A6A6A6"/>
            </w:tcBorders>
          </w:tcPr>
          <w:p w14:paraId="13F364DB" w14:textId="62F31DD2" w:rsidR="00EF2D22" w:rsidRPr="009F0F48" w:rsidRDefault="00E015B3">
            <w:pPr>
              <w:rPr>
                <w:lang w:val="ky-KG"/>
              </w:rPr>
            </w:pPr>
            <w:r w:rsidRPr="009F0F48">
              <w:rPr>
                <w:i/>
                <w:color w:val="666666"/>
                <w:sz w:val="17"/>
                <w:lang w:val="ky-KG"/>
              </w:rPr>
              <w:t>Эмне, кайда, ким үчүн жана кандай практикалык натыйжага жетишиле тургандыгын кыскача сүрөттөп бериңиз</w:t>
            </w:r>
            <w:r w:rsidR="003A6C31" w:rsidRPr="009F0F48">
              <w:rPr>
                <w:i/>
                <w:color w:val="666666"/>
                <w:sz w:val="17"/>
                <w:lang w:val="ky-KG"/>
              </w:rPr>
              <w:t>.</w:t>
            </w:r>
          </w:p>
          <w:p w14:paraId="7B70D968" w14:textId="77777777" w:rsidR="00EF2D22" w:rsidRPr="009F0F48" w:rsidRDefault="00EF2D22">
            <w:pPr>
              <w:rPr>
                <w:lang w:val="ky-KG"/>
              </w:rPr>
            </w:pPr>
          </w:p>
          <w:p w14:paraId="33515F4C" w14:textId="77777777" w:rsidR="00EF2D22" w:rsidRPr="009F0F48" w:rsidRDefault="00EF2D22">
            <w:pPr>
              <w:rPr>
                <w:lang w:val="ky-KG"/>
              </w:rPr>
            </w:pPr>
          </w:p>
          <w:p w14:paraId="53C1AB78" w14:textId="77777777" w:rsidR="00EF2D22" w:rsidRPr="009F0F48" w:rsidRDefault="00EF2D22">
            <w:pPr>
              <w:rPr>
                <w:lang w:val="ky-KG"/>
              </w:rPr>
            </w:pPr>
          </w:p>
          <w:p w14:paraId="47DBF1A9" w14:textId="77777777" w:rsidR="00EF2D22" w:rsidRPr="009F0F48" w:rsidRDefault="00EF2D22">
            <w:pPr>
              <w:rPr>
                <w:lang w:val="ky-KG"/>
              </w:rPr>
            </w:pPr>
          </w:p>
        </w:tc>
      </w:tr>
      <w:tr w:rsidR="00EF2D22" w:rsidRPr="00772E4C" w14:paraId="44A5945C" w14:textId="77777777">
        <w:trPr>
          <w:jc w:val="center"/>
        </w:trPr>
        <w:tc>
          <w:tcPr>
            <w:tcW w:w="2948" w:type="dxa"/>
            <w:tcBorders>
              <w:top w:val="single" w:sz="6" w:space="0" w:color="A6A6A6"/>
              <w:left w:val="single" w:sz="6" w:space="0" w:color="A6A6A6"/>
              <w:bottom w:val="single" w:sz="6" w:space="0" w:color="A6A6A6"/>
              <w:right w:val="single" w:sz="6" w:space="0" w:color="A6A6A6"/>
            </w:tcBorders>
            <w:shd w:val="clear" w:color="auto" w:fill="D9EAF7"/>
          </w:tcPr>
          <w:p w14:paraId="3EA11D12" w14:textId="265C975A" w:rsidR="00EF2D22" w:rsidRPr="009F0F48" w:rsidRDefault="00E015B3">
            <w:pPr>
              <w:rPr>
                <w:lang w:val="ky-KG"/>
              </w:rPr>
            </w:pPr>
            <w:r w:rsidRPr="009F0F48">
              <w:rPr>
                <w:b/>
                <w:sz w:val="18"/>
                <w:lang w:val="ky-KG"/>
              </w:rPr>
              <w:t xml:space="preserve">Ош шаарынын приориттерине ылайык келүү  </w:t>
            </w:r>
          </w:p>
        </w:tc>
        <w:tc>
          <w:tcPr>
            <w:tcW w:w="6236" w:type="dxa"/>
            <w:tcBorders>
              <w:top w:val="single" w:sz="6" w:space="0" w:color="A6A6A6"/>
              <w:left w:val="single" w:sz="6" w:space="0" w:color="A6A6A6"/>
              <w:bottom w:val="single" w:sz="6" w:space="0" w:color="A6A6A6"/>
              <w:right w:val="single" w:sz="6" w:space="0" w:color="A6A6A6"/>
            </w:tcBorders>
          </w:tcPr>
          <w:p w14:paraId="026065AC" w14:textId="0000CCB8" w:rsidR="00EF2D22" w:rsidRPr="009F0F48" w:rsidRDefault="00E015B3">
            <w:pPr>
              <w:rPr>
                <w:lang w:val="ky-KG"/>
              </w:rPr>
            </w:pPr>
            <w:r w:rsidRPr="009F0F48">
              <w:rPr>
                <w:i/>
                <w:color w:val="666666"/>
                <w:sz w:val="17"/>
                <w:lang w:val="ky-KG"/>
              </w:rPr>
              <w:t>Долбоор 2026-2030-жылдарга кырсыктардын тобокелдигин азайтуу жана климаттын өзгөрүшүнө ыңгайлашуу боюнча иш-чаралар планы, Ош шаарынын СЭӨП же башка шаардык приоритеттер менен кандай байланышта экенин көрсөтүңүз.</w:t>
            </w:r>
          </w:p>
          <w:p w14:paraId="4729183A" w14:textId="77777777" w:rsidR="00EF2D22" w:rsidRPr="009F0F48" w:rsidRDefault="00EF2D22">
            <w:pPr>
              <w:rPr>
                <w:lang w:val="ky-KG"/>
              </w:rPr>
            </w:pPr>
          </w:p>
          <w:p w14:paraId="0E935160" w14:textId="77777777" w:rsidR="00EF2D22" w:rsidRPr="009F0F48" w:rsidRDefault="00EF2D22">
            <w:pPr>
              <w:rPr>
                <w:lang w:val="ky-KG"/>
              </w:rPr>
            </w:pPr>
          </w:p>
        </w:tc>
      </w:tr>
    </w:tbl>
    <w:p w14:paraId="1F396803" w14:textId="12BF24BC" w:rsidR="00EF2D22" w:rsidRPr="009F0F48" w:rsidRDefault="003A6C31">
      <w:pPr>
        <w:pStyle w:val="1"/>
        <w:spacing w:before="200" w:after="80" w:line="240" w:lineRule="auto"/>
        <w:rPr>
          <w:lang w:val="ky-KG"/>
        </w:rPr>
      </w:pPr>
      <w:r w:rsidRPr="009F0F48">
        <w:rPr>
          <w:rFonts w:ascii="Arial" w:eastAsia="Arial" w:hAnsi="Arial"/>
          <w:color w:val="1F4E79"/>
          <w:sz w:val="26"/>
          <w:lang w:val="ky-KG"/>
        </w:rPr>
        <w:t>4</w:t>
      </w:r>
      <w:r w:rsidR="00E015B3" w:rsidRPr="009F0F48">
        <w:rPr>
          <w:rFonts w:ascii="Arial" w:eastAsia="Arial" w:hAnsi="Arial"/>
          <w:color w:val="1F4E79"/>
          <w:sz w:val="26"/>
          <w:lang w:val="ky-KG"/>
        </w:rPr>
        <w:t>-БӨЛҮМ</w:t>
      </w:r>
      <w:r w:rsidRPr="009F0F48">
        <w:rPr>
          <w:rFonts w:ascii="Arial" w:eastAsia="Arial" w:hAnsi="Arial"/>
          <w:color w:val="1F4E79"/>
          <w:sz w:val="26"/>
          <w:lang w:val="ky-KG"/>
        </w:rPr>
        <w:t xml:space="preserve">. </w:t>
      </w:r>
      <w:r w:rsidR="00E015B3" w:rsidRPr="009F0F48">
        <w:rPr>
          <w:rFonts w:ascii="Arial" w:eastAsia="Arial" w:hAnsi="Arial"/>
          <w:color w:val="1F4E79"/>
          <w:sz w:val="26"/>
          <w:lang w:val="ky-KG"/>
        </w:rPr>
        <w:t>Долбоордун техникалык чечими</w:t>
      </w:r>
      <w:r w:rsidRPr="009F0F48">
        <w:rPr>
          <w:rFonts w:ascii="Arial" w:eastAsia="Arial" w:hAnsi="Arial"/>
          <w:color w:val="1F4E79"/>
          <w:sz w:val="26"/>
          <w:lang w:val="ky-KG"/>
        </w:rPr>
        <w:t xml:space="preserve"> (</w:t>
      </w:r>
      <w:r w:rsidR="00E015B3" w:rsidRPr="009F0F48">
        <w:rPr>
          <w:rFonts w:ascii="Arial" w:eastAsia="Arial" w:hAnsi="Arial"/>
          <w:color w:val="1F4E79"/>
          <w:sz w:val="26"/>
          <w:lang w:val="ky-KG"/>
        </w:rPr>
        <w:t>негизги бөлүм</w:t>
      </w:r>
      <w:r w:rsidRPr="009F0F48">
        <w:rPr>
          <w:rFonts w:ascii="Arial" w:eastAsia="Arial" w:hAnsi="Arial"/>
          <w:color w:val="1F4E79"/>
          <w:sz w:val="26"/>
          <w:lang w:val="ky-KG"/>
        </w:rPr>
        <w:t>)</w:t>
      </w:r>
    </w:p>
    <w:p w14:paraId="785805B7" w14:textId="47632236" w:rsidR="00EF2D22" w:rsidRPr="009F0F48" w:rsidRDefault="00E015B3">
      <w:pPr>
        <w:spacing w:after="80" w:line="240" w:lineRule="auto"/>
        <w:rPr>
          <w:lang w:val="ky-KG"/>
        </w:rPr>
      </w:pPr>
      <w:r w:rsidRPr="009F0F48">
        <w:rPr>
          <w:i/>
          <w:color w:val="5A5A5A"/>
          <w:sz w:val="17"/>
          <w:lang w:val="ky-KG"/>
        </w:rPr>
        <w:t>Бул бөлүм өтүнмөнү баалоо үчүн негизги болуп саналат. Техникалык чечим түшүнүктүү, реалдуу, конкреттүү объектке байланган жана документтер менен тастыкталган болууга тийиш</w:t>
      </w:r>
      <w:r w:rsidR="003A6C31" w:rsidRPr="009F0F48">
        <w:rPr>
          <w:i/>
          <w:color w:val="5A5A5A"/>
          <w:sz w:val="17"/>
          <w:lang w:val="ky-KG"/>
        </w:rPr>
        <w:t>.</w:t>
      </w:r>
    </w:p>
    <w:tbl>
      <w:tblPr>
        <w:tblW w:w="0" w:type="auto"/>
        <w:jc w:val="center"/>
        <w:tblLayout w:type="fixed"/>
        <w:tblLook w:val="04A0" w:firstRow="1" w:lastRow="0" w:firstColumn="1" w:lastColumn="0" w:noHBand="0" w:noVBand="1"/>
      </w:tblPr>
      <w:tblGrid>
        <w:gridCol w:w="2948"/>
        <w:gridCol w:w="6236"/>
      </w:tblGrid>
      <w:tr w:rsidR="00EF2D22" w:rsidRPr="00772E4C" w14:paraId="4323EFC9" w14:textId="77777777">
        <w:trPr>
          <w:jc w:val="center"/>
        </w:trPr>
        <w:tc>
          <w:tcPr>
            <w:tcW w:w="2948" w:type="dxa"/>
            <w:tcBorders>
              <w:top w:val="single" w:sz="6" w:space="0" w:color="A6A6A6"/>
              <w:left w:val="single" w:sz="6" w:space="0" w:color="A6A6A6"/>
              <w:bottom w:val="single" w:sz="6" w:space="0" w:color="A6A6A6"/>
              <w:right w:val="single" w:sz="6" w:space="0" w:color="A6A6A6"/>
            </w:tcBorders>
            <w:shd w:val="clear" w:color="auto" w:fill="D9EAF7"/>
          </w:tcPr>
          <w:p w14:paraId="63E03A62" w14:textId="42220C49" w:rsidR="00EF2D22" w:rsidRPr="009F0F48" w:rsidRDefault="00E015B3">
            <w:pPr>
              <w:rPr>
                <w:lang w:val="ky-KG"/>
              </w:rPr>
            </w:pPr>
            <w:r w:rsidRPr="009F0F48">
              <w:rPr>
                <w:b/>
                <w:sz w:val="18"/>
                <w:lang w:val="ky-KG"/>
              </w:rPr>
              <w:t>Техникалык чечимдин сүрөттөмөсү</w:t>
            </w:r>
          </w:p>
        </w:tc>
        <w:tc>
          <w:tcPr>
            <w:tcW w:w="6236" w:type="dxa"/>
            <w:tcBorders>
              <w:top w:val="single" w:sz="6" w:space="0" w:color="A6A6A6"/>
              <w:left w:val="single" w:sz="6" w:space="0" w:color="A6A6A6"/>
              <w:bottom w:val="single" w:sz="6" w:space="0" w:color="A6A6A6"/>
              <w:right w:val="single" w:sz="6" w:space="0" w:color="A6A6A6"/>
            </w:tcBorders>
          </w:tcPr>
          <w:p w14:paraId="2C2CBA03" w14:textId="13805CAC" w:rsidR="00EF2D22" w:rsidRPr="009F0F48" w:rsidRDefault="0045050B">
            <w:pPr>
              <w:rPr>
                <w:lang w:val="ky-KG"/>
              </w:rPr>
            </w:pPr>
            <w:r w:rsidRPr="009F0F48">
              <w:rPr>
                <w:i/>
                <w:color w:val="666666"/>
                <w:sz w:val="17"/>
                <w:lang w:val="ky-KG"/>
              </w:rPr>
              <w:t>Эмне курулат, калыбына келтирилет, орнотулат, сатып алынат же ишке ашырылат так сүрөттөңүз. Иштин негизги түрлөрүн, көлөмүн, жабдууларды/материалдарды жана күтүлгөн техникалык натыйжаны көрсөтүңүз</w:t>
            </w:r>
            <w:r w:rsidR="003A6C31" w:rsidRPr="009F0F48">
              <w:rPr>
                <w:i/>
                <w:color w:val="666666"/>
                <w:sz w:val="17"/>
                <w:lang w:val="ky-KG"/>
              </w:rPr>
              <w:t>.</w:t>
            </w:r>
          </w:p>
          <w:p w14:paraId="4AE8DAF5" w14:textId="77777777" w:rsidR="00EF2D22" w:rsidRPr="009F0F48" w:rsidRDefault="00EF2D22">
            <w:pPr>
              <w:rPr>
                <w:lang w:val="ky-KG"/>
              </w:rPr>
            </w:pPr>
          </w:p>
          <w:p w14:paraId="6224C8FC" w14:textId="77777777" w:rsidR="00EF2D22" w:rsidRPr="009F0F48" w:rsidRDefault="00EF2D22">
            <w:pPr>
              <w:rPr>
                <w:lang w:val="ky-KG"/>
              </w:rPr>
            </w:pPr>
          </w:p>
          <w:p w14:paraId="383F5F89" w14:textId="77777777" w:rsidR="00EF2D22" w:rsidRPr="009F0F48" w:rsidRDefault="00EF2D22">
            <w:pPr>
              <w:rPr>
                <w:lang w:val="ky-KG"/>
              </w:rPr>
            </w:pPr>
          </w:p>
          <w:p w14:paraId="7240EB80" w14:textId="77777777" w:rsidR="00EF2D22" w:rsidRPr="009F0F48" w:rsidRDefault="00EF2D22">
            <w:pPr>
              <w:rPr>
                <w:lang w:val="ky-KG"/>
              </w:rPr>
            </w:pPr>
          </w:p>
          <w:p w14:paraId="3F977A72" w14:textId="77777777" w:rsidR="00EF2D22" w:rsidRPr="009F0F48" w:rsidRDefault="00EF2D22">
            <w:pPr>
              <w:rPr>
                <w:lang w:val="ky-KG"/>
              </w:rPr>
            </w:pPr>
          </w:p>
          <w:p w14:paraId="31414573" w14:textId="77777777" w:rsidR="00EF2D22" w:rsidRPr="009F0F48" w:rsidRDefault="00EF2D22">
            <w:pPr>
              <w:rPr>
                <w:lang w:val="ky-KG"/>
              </w:rPr>
            </w:pPr>
          </w:p>
          <w:p w14:paraId="3012250B" w14:textId="77777777" w:rsidR="00EF2D22" w:rsidRPr="009F0F48" w:rsidRDefault="00EF2D22">
            <w:pPr>
              <w:rPr>
                <w:lang w:val="ky-KG"/>
              </w:rPr>
            </w:pPr>
          </w:p>
        </w:tc>
      </w:tr>
      <w:tr w:rsidR="00EF2D22" w:rsidRPr="009F0F48" w14:paraId="7669BE36" w14:textId="77777777">
        <w:trPr>
          <w:jc w:val="center"/>
        </w:trPr>
        <w:tc>
          <w:tcPr>
            <w:tcW w:w="2948" w:type="dxa"/>
            <w:tcBorders>
              <w:top w:val="single" w:sz="6" w:space="0" w:color="A6A6A6"/>
              <w:left w:val="single" w:sz="6" w:space="0" w:color="A6A6A6"/>
              <w:bottom w:val="single" w:sz="6" w:space="0" w:color="A6A6A6"/>
              <w:right w:val="single" w:sz="6" w:space="0" w:color="A6A6A6"/>
            </w:tcBorders>
            <w:shd w:val="clear" w:color="auto" w:fill="D9EAF7"/>
          </w:tcPr>
          <w:p w14:paraId="54B2D539" w14:textId="67CB9AF8" w:rsidR="00EF2D22" w:rsidRPr="009F0F48" w:rsidRDefault="0045050B">
            <w:pPr>
              <w:rPr>
                <w:lang w:val="ky-KG"/>
              </w:rPr>
            </w:pPr>
            <w:r w:rsidRPr="009F0F48">
              <w:rPr>
                <w:b/>
                <w:sz w:val="18"/>
                <w:lang w:val="ky-KG"/>
              </w:rPr>
              <w:t xml:space="preserve">Техникалык чечимдин булагы  </w:t>
            </w:r>
          </w:p>
        </w:tc>
        <w:tc>
          <w:tcPr>
            <w:tcW w:w="6236" w:type="dxa"/>
            <w:tcBorders>
              <w:top w:val="single" w:sz="6" w:space="0" w:color="A6A6A6"/>
              <w:left w:val="single" w:sz="6" w:space="0" w:color="A6A6A6"/>
              <w:bottom w:val="single" w:sz="6" w:space="0" w:color="A6A6A6"/>
              <w:right w:val="single" w:sz="6" w:space="0" w:color="A6A6A6"/>
            </w:tcBorders>
          </w:tcPr>
          <w:p w14:paraId="143DBCF2" w14:textId="64F1BC94" w:rsidR="00EF2D22" w:rsidRPr="009F0F48" w:rsidRDefault="003A6C31">
            <w:pPr>
              <w:rPr>
                <w:lang w:val="ky-KG"/>
              </w:rPr>
            </w:pPr>
            <w:r w:rsidRPr="009F0F48">
              <w:rPr>
                <w:sz w:val="18"/>
                <w:lang w:val="ky-KG"/>
              </w:rPr>
              <w:t>☐ Ош</w:t>
            </w:r>
            <w:r w:rsidR="0045050B" w:rsidRPr="009F0F48">
              <w:rPr>
                <w:sz w:val="18"/>
                <w:lang w:val="ky-KG"/>
              </w:rPr>
              <w:t xml:space="preserve"> шаарынын Мэриясы</w:t>
            </w:r>
          </w:p>
          <w:p w14:paraId="1F864065" w14:textId="40D632AF" w:rsidR="00EF2D22" w:rsidRPr="009F0F48" w:rsidRDefault="003A6C31">
            <w:pPr>
              <w:rPr>
                <w:lang w:val="ky-KG"/>
              </w:rPr>
            </w:pPr>
            <w:r w:rsidRPr="009F0F48">
              <w:rPr>
                <w:sz w:val="18"/>
                <w:lang w:val="ky-KG"/>
              </w:rPr>
              <w:t>☐ муниципал</w:t>
            </w:r>
            <w:r w:rsidR="0045050B" w:rsidRPr="009F0F48">
              <w:rPr>
                <w:sz w:val="18"/>
                <w:lang w:val="ky-KG"/>
              </w:rPr>
              <w:t>дык кызматтар</w:t>
            </w:r>
          </w:p>
          <w:p w14:paraId="7C612A2B" w14:textId="363364D4" w:rsidR="00EF2D22" w:rsidRPr="009F0F48" w:rsidRDefault="003A6C31">
            <w:pPr>
              <w:rPr>
                <w:lang w:val="ky-KG"/>
              </w:rPr>
            </w:pPr>
            <w:r w:rsidRPr="009F0F48">
              <w:rPr>
                <w:sz w:val="18"/>
                <w:lang w:val="ky-KG"/>
              </w:rPr>
              <w:t xml:space="preserve">☐ </w:t>
            </w:r>
            <w:r w:rsidR="0045050B" w:rsidRPr="009F0F48">
              <w:rPr>
                <w:sz w:val="18"/>
                <w:lang w:val="ky-KG"/>
              </w:rPr>
              <w:t>КР ӨКМ</w:t>
            </w:r>
          </w:p>
          <w:p w14:paraId="369BBEC4" w14:textId="120E3332" w:rsidR="00EF2D22" w:rsidRPr="009F0F48" w:rsidRDefault="003A6C31">
            <w:pPr>
              <w:rPr>
                <w:lang w:val="ky-KG"/>
              </w:rPr>
            </w:pPr>
            <w:r w:rsidRPr="009F0F48">
              <w:rPr>
                <w:sz w:val="18"/>
                <w:lang w:val="ky-KG"/>
              </w:rPr>
              <w:t>☐ профил</w:t>
            </w:r>
            <w:r w:rsidR="0045050B" w:rsidRPr="009F0F48">
              <w:rPr>
                <w:sz w:val="18"/>
                <w:lang w:val="ky-KG"/>
              </w:rPr>
              <w:t xml:space="preserve">дүү техникалык уюм  </w:t>
            </w:r>
          </w:p>
          <w:p w14:paraId="0FF22485" w14:textId="6CA4561E" w:rsidR="00EF2D22" w:rsidRPr="009F0F48" w:rsidRDefault="003A6C31">
            <w:pPr>
              <w:rPr>
                <w:lang w:val="ky-KG"/>
              </w:rPr>
            </w:pPr>
            <w:r w:rsidRPr="009F0F48">
              <w:rPr>
                <w:sz w:val="18"/>
                <w:lang w:val="ky-KG"/>
              </w:rPr>
              <w:t xml:space="preserve">☐ </w:t>
            </w:r>
            <w:r w:rsidR="0045050B" w:rsidRPr="009F0F48">
              <w:rPr>
                <w:sz w:val="18"/>
                <w:lang w:val="ky-KG"/>
              </w:rPr>
              <w:t xml:space="preserve">өтүнмө берүүчү тарабынан адисти тартуу менен иштеп чыккан  </w:t>
            </w:r>
          </w:p>
          <w:p w14:paraId="576FC873" w14:textId="6660F85E" w:rsidR="00EF2D22" w:rsidRPr="009F0F48" w:rsidRDefault="003A6C31">
            <w:pPr>
              <w:rPr>
                <w:lang w:val="ky-KG"/>
              </w:rPr>
            </w:pPr>
            <w:r w:rsidRPr="009F0F48">
              <w:rPr>
                <w:sz w:val="18"/>
                <w:lang w:val="ky-KG"/>
              </w:rPr>
              <w:t xml:space="preserve">☐ </w:t>
            </w:r>
            <w:r w:rsidR="0045050B" w:rsidRPr="009F0F48">
              <w:rPr>
                <w:sz w:val="18"/>
                <w:lang w:val="ky-KG"/>
              </w:rPr>
              <w:t>башкасы</w:t>
            </w:r>
            <w:r w:rsidRPr="009F0F48">
              <w:rPr>
                <w:sz w:val="18"/>
                <w:lang w:val="ky-KG"/>
              </w:rPr>
              <w:t>: ____________________</w:t>
            </w:r>
          </w:p>
        </w:tc>
      </w:tr>
      <w:tr w:rsidR="00EF2D22" w:rsidRPr="009F0F48" w14:paraId="386A6AA4" w14:textId="77777777">
        <w:trPr>
          <w:jc w:val="center"/>
        </w:trPr>
        <w:tc>
          <w:tcPr>
            <w:tcW w:w="2948" w:type="dxa"/>
            <w:tcBorders>
              <w:top w:val="single" w:sz="6" w:space="0" w:color="A6A6A6"/>
              <w:left w:val="single" w:sz="6" w:space="0" w:color="A6A6A6"/>
              <w:bottom w:val="single" w:sz="6" w:space="0" w:color="A6A6A6"/>
              <w:right w:val="single" w:sz="6" w:space="0" w:color="A6A6A6"/>
            </w:tcBorders>
            <w:shd w:val="clear" w:color="auto" w:fill="D9EAF7"/>
          </w:tcPr>
          <w:p w14:paraId="51B32709" w14:textId="108048A7" w:rsidR="00EF2D22" w:rsidRPr="009F0F48" w:rsidRDefault="0045050B">
            <w:pPr>
              <w:rPr>
                <w:lang w:val="ky-KG"/>
              </w:rPr>
            </w:pPr>
            <w:r w:rsidRPr="009F0F48">
              <w:rPr>
                <w:b/>
                <w:sz w:val="18"/>
                <w:lang w:val="ky-KG"/>
              </w:rPr>
              <w:lastRenderedPageBreak/>
              <w:t xml:space="preserve">Долбоордун даяр болуу деңгээли  </w:t>
            </w:r>
          </w:p>
        </w:tc>
        <w:tc>
          <w:tcPr>
            <w:tcW w:w="6236" w:type="dxa"/>
            <w:tcBorders>
              <w:top w:val="single" w:sz="6" w:space="0" w:color="A6A6A6"/>
              <w:left w:val="single" w:sz="6" w:space="0" w:color="A6A6A6"/>
              <w:bottom w:val="single" w:sz="6" w:space="0" w:color="A6A6A6"/>
              <w:right w:val="single" w:sz="6" w:space="0" w:color="A6A6A6"/>
            </w:tcBorders>
          </w:tcPr>
          <w:p w14:paraId="0E03A10E" w14:textId="29AFA6CF" w:rsidR="00EF2D22" w:rsidRPr="009F0F48" w:rsidRDefault="003A6C31">
            <w:pPr>
              <w:rPr>
                <w:lang w:val="ky-KG"/>
              </w:rPr>
            </w:pPr>
            <w:r w:rsidRPr="009F0F48">
              <w:rPr>
                <w:sz w:val="18"/>
                <w:lang w:val="ky-KG"/>
              </w:rPr>
              <w:t xml:space="preserve">☐ </w:t>
            </w:r>
            <w:r w:rsidR="0045050B" w:rsidRPr="009F0F48">
              <w:rPr>
                <w:sz w:val="18"/>
                <w:lang w:val="ky-KG"/>
              </w:rPr>
              <w:t xml:space="preserve">ишке ашырылууга толук даяр  </w:t>
            </w:r>
          </w:p>
          <w:p w14:paraId="3C463D6D" w14:textId="6C04650F" w:rsidR="00EF2D22" w:rsidRPr="009F0F48" w:rsidRDefault="003A6C31">
            <w:pPr>
              <w:rPr>
                <w:lang w:val="ky-KG"/>
              </w:rPr>
            </w:pPr>
            <w:r w:rsidRPr="009F0F48">
              <w:rPr>
                <w:sz w:val="18"/>
                <w:lang w:val="ky-KG"/>
              </w:rPr>
              <w:t xml:space="preserve">☐ </w:t>
            </w:r>
            <w:r w:rsidR="0045050B" w:rsidRPr="009F0F48">
              <w:rPr>
                <w:sz w:val="18"/>
                <w:lang w:val="ky-KG"/>
              </w:rPr>
              <w:t xml:space="preserve">минималдуу техникалык жеткире иштеп чыгууну талап кылат  </w:t>
            </w:r>
          </w:p>
          <w:p w14:paraId="6DAF3FEF" w14:textId="706A2157" w:rsidR="00EF2D22" w:rsidRPr="009F0F48" w:rsidRDefault="003A6C31">
            <w:pPr>
              <w:rPr>
                <w:lang w:val="ky-KG"/>
              </w:rPr>
            </w:pPr>
            <w:r w:rsidRPr="009F0F48">
              <w:rPr>
                <w:sz w:val="18"/>
                <w:lang w:val="ky-KG"/>
              </w:rPr>
              <w:t xml:space="preserve">☐ </w:t>
            </w:r>
            <w:r w:rsidR="0045050B" w:rsidRPr="009F0F48">
              <w:rPr>
                <w:sz w:val="18"/>
                <w:lang w:val="ky-KG"/>
              </w:rPr>
              <w:t>сметаны же жумуштун көлөмүн тактоону талап кылат</w:t>
            </w:r>
          </w:p>
          <w:p w14:paraId="77349CA5" w14:textId="48B3313C" w:rsidR="00EF2D22" w:rsidRPr="009F0F48" w:rsidRDefault="003A6C31">
            <w:pPr>
              <w:rPr>
                <w:lang w:val="ky-KG"/>
              </w:rPr>
            </w:pPr>
            <w:r w:rsidRPr="009F0F48">
              <w:rPr>
                <w:sz w:val="18"/>
                <w:lang w:val="ky-KG"/>
              </w:rPr>
              <w:t xml:space="preserve">☐ </w:t>
            </w:r>
            <w:r w:rsidR="0045050B" w:rsidRPr="009F0F48">
              <w:rPr>
                <w:sz w:val="18"/>
                <w:lang w:val="ky-KG"/>
              </w:rPr>
              <w:t>башкасы</w:t>
            </w:r>
            <w:r w:rsidRPr="009F0F48">
              <w:rPr>
                <w:sz w:val="18"/>
                <w:lang w:val="ky-KG"/>
              </w:rPr>
              <w:t>: ____________________</w:t>
            </w:r>
          </w:p>
        </w:tc>
      </w:tr>
      <w:tr w:rsidR="00EF2D22" w:rsidRPr="009F0F48" w14:paraId="7283A1B8" w14:textId="77777777">
        <w:trPr>
          <w:jc w:val="center"/>
        </w:trPr>
        <w:tc>
          <w:tcPr>
            <w:tcW w:w="2948" w:type="dxa"/>
            <w:tcBorders>
              <w:top w:val="single" w:sz="6" w:space="0" w:color="A6A6A6"/>
              <w:left w:val="single" w:sz="6" w:space="0" w:color="A6A6A6"/>
              <w:bottom w:val="single" w:sz="6" w:space="0" w:color="A6A6A6"/>
              <w:right w:val="single" w:sz="6" w:space="0" w:color="A6A6A6"/>
            </w:tcBorders>
            <w:shd w:val="clear" w:color="auto" w:fill="D9EAF7"/>
          </w:tcPr>
          <w:p w14:paraId="6589E36D" w14:textId="38A92EE3" w:rsidR="00EF2D22" w:rsidRPr="009F0F48" w:rsidRDefault="0045050B">
            <w:pPr>
              <w:rPr>
                <w:lang w:val="ky-KG"/>
              </w:rPr>
            </w:pPr>
            <w:r w:rsidRPr="009F0F48">
              <w:rPr>
                <w:b/>
                <w:sz w:val="18"/>
                <w:lang w:val="ky-KG"/>
              </w:rPr>
              <w:t xml:space="preserve">Ырастоочу техникалык документтер  </w:t>
            </w:r>
          </w:p>
        </w:tc>
        <w:tc>
          <w:tcPr>
            <w:tcW w:w="6236" w:type="dxa"/>
            <w:tcBorders>
              <w:top w:val="single" w:sz="6" w:space="0" w:color="A6A6A6"/>
              <w:left w:val="single" w:sz="6" w:space="0" w:color="A6A6A6"/>
              <w:bottom w:val="single" w:sz="6" w:space="0" w:color="A6A6A6"/>
              <w:right w:val="single" w:sz="6" w:space="0" w:color="A6A6A6"/>
            </w:tcBorders>
          </w:tcPr>
          <w:p w14:paraId="30B65861" w14:textId="08BCDBC7" w:rsidR="00EF2D22" w:rsidRPr="009F0F48" w:rsidRDefault="003A6C31">
            <w:pPr>
              <w:rPr>
                <w:lang w:val="ky-KG"/>
              </w:rPr>
            </w:pPr>
            <w:r w:rsidRPr="009F0F48">
              <w:rPr>
                <w:sz w:val="18"/>
                <w:lang w:val="ky-KG"/>
              </w:rPr>
              <w:t xml:space="preserve">☐ </w:t>
            </w:r>
            <w:r w:rsidR="0045050B" w:rsidRPr="009F0F48">
              <w:rPr>
                <w:sz w:val="18"/>
                <w:lang w:val="ky-KG"/>
              </w:rPr>
              <w:t>Д</w:t>
            </w:r>
            <w:r w:rsidRPr="009F0F48">
              <w:rPr>
                <w:sz w:val="18"/>
                <w:lang w:val="ky-KG"/>
              </w:rPr>
              <w:t xml:space="preserve">СД / </w:t>
            </w:r>
            <w:r w:rsidR="0045050B" w:rsidRPr="009F0F48">
              <w:rPr>
                <w:sz w:val="18"/>
                <w:lang w:val="ky-KG"/>
              </w:rPr>
              <w:t>долбоордук</w:t>
            </w:r>
            <w:r w:rsidRPr="009F0F48">
              <w:rPr>
                <w:sz w:val="18"/>
                <w:lang w:val="ky-KG"/>
              </w:rPr>
              <w:t>-смет</w:t>
            </w:r>
            <w:r w:rsidR="0045050B" w:rsidRPr="009F0F48">
              <w:rPr>
                <w:sz w:val="18"/>
                <w:lang w:val="ky-KG"/>
              </w:rPr>
              <w:t xml:space="preserve">алык документтер </w:t>
            </w:r>
          </w:p>
          <w:p w14:paraId="5E696052" w14:textId="17E5A9B0" w:rsidR="00EF2D22" w:rsidRPr="009F0F48" w:rsidRDefault="003A6C31">
            <w:pPr>
              <w:rPr>
                <w:lang w:val="ky-KG"/>
              </w:rPr>
            </w:pPr>
            <w:r w:rsidRPr="009F0F48">
              <w:rPr>
                <w:sz w:val="18"/>
                <w:lang w:val="ky-KG"/>
              </w:rPr>
              <w:t xml:space="preserve">☐ </w:t>
            </w:r>
            <w:r w:rsidR="0045050B" w:rsidRPr="009F0F48">
              <w:rPr>
                <w:sz w:val="18"/>
                <w:lang w:val="ky-KG"/>
              </w:rPr>
              <w:t>алдын ала</w:t>
            </w:r>
            <w:r w:rsidRPr="009F0F48">
              <w:rPr>
                <w:sz w:val="18"/>
                <w:lang w:val="ky-KG"/>
              </w:rPr>
              <w:t xml:space="preserve"> смета</w:t>
            </w:r>
          </w:p>
          <w:p w14:paraId="0BA116E3" w14:textId="09F053FA" w:rsidR="00EF2D22" w:rsidRPr="009F0F48" w:rsidRDefault="003A6C31">
            <w:pPr>
              <w:rPr>
                <w:lang w:val="ky-KG"/>
              </w:rPr>
            </w:pPr>
            <w:r w:rsidRPr="009F0F48">
              <w:rPr>
                <w:sz w:val="18"/>
                <w:lang w:val="ky-KG"/>
              </w:rPr>
              <w:t xml:space="preserve">☐ </w:t>
            </w:r>
            <w:r w:rsidR="0045050B" w:rsidRPr="009F0F48">
              <w:rPr>
                <w:sz w:val="18"/>
                <w:lang w:val="ky-KG"/>
              </w:rPr>
              <w:t>жумуш көлөмдөрүнүн ведомосту</w:t>
            </w:r>
            <w:r w:rsidRPr="009F0F48">
              <w:rPr>
                <w:sz w:val="18"/>
                <w:lang w:val="ky-KG"/>
              </w:rPr>
              <w:t xml:space="preserve"> (BoQ)</w:t>
            </w:r>
          </w:p>
          <w:p w14:paraId="65BD912F" w14:textId="2B32734B" w:rsidR="00EF2D22" w:rsidRPr="009F0F48" w:rsidRDefault="003A6C31">
            <w:pPr>
              <w:rPr>
                <w:lang w:val="ky-KG"/>
              </w:rPr>
            </w:pPr>
            <w:r w:rsidRPr="009F0F48">
              <w:rPr>
                <w:sz w:val="18"/>
                <w:lang w:val="ky-KG"/>
              </w:rPr>
              <w:t>☐ техни</w:t>
            </w:r>
            <w:r w:rsidR="0045050B" w:rsidRPr="009F0F48">
              <w:rPr>
                <w:sz w:val="18"/>
                <w:lang w:val="ky-KG"/>
              </w:rPr>
              <w:t>калык</w:t>
            </w:r>
            <w:r w:rsidRPr="009F0F48">
              <w:rPr>
                <w:sz w:val="18"/>
                <w:lang w:val="ky-KG"/>
              </w:rPr>
              <w:t xml:space="preserve"> схема / чертеж / </w:t>
            </w:r>
            <w:r w:rsidR="0045050B" w:rsidRPr="009F0F48">
              <w:rPr>
                <w:sz w:val="18"/>
                <w:lang w:val="ky-KG"/>
              </w:rPr>
              <w:t>участоктун планы</w:t>
            </w:r>
          </w:p>
          <w:p w14:paraId="347799DB" w14:textId="079CF7CD" w:rsidR="00EF2D22" w:rsidRPr="009F0F48" w:rsidRDefault="003A6C31">
            <w:pPr>
              <w:rPr>
                <w:lang w:val="ky-KG"/>
              </w:rPr>
            </w:pPr>
            <w:r w:rsidRPr="009F0F48">
              <w:rPr>
                <w:sz w:val="18"/>
                <w:lang w:val="ky-KG"/>
              </w:rPr>
              <w:t>☐ инженер</w:t>
            </w:r>
            <w:r w:rsidR="0045050B" w:rsidRPr="009F0F48">
              <w:rPr>
                <w:sz w:val="18"/>
                <w:lang w:val="ky-KG"/>
              </w:rPr>
              <w:t>дик корутунду</w:t>
            </w:r>
            <w:r w:rsidRPr="009F0F48">
              <w:rPr>
                <w:sz w:val="18"/>
                <w:lang w:val="ky-KG"/>
              </w:rPr>
              <w:t xml:space="preserve"> / </w:t>
            </w:r>
            <w:r w:rsidR="0045050B" w:rsidRPr="009F0F48">
              <w:rPr>
                <w:sz w:val="18"/>
                <w:lang w:val="ky-KG"/>
              </w:rPr>
              <w:t>текшерүү</w:t>
            </w:r>
          </w:p>
          <w:p w14:paraId="6B5641F8" w14:textId="6B9C046B" w:rsidR="00EF2D22" w:rsidRPr="009F0F48" w:rsidRDefault="003A6C31">
            <w:pPr>
              <w:rPr>
                <w:lang w:val="ky-KG"/>
              </w:rPr>
            </w:pPr>
            <w:r w:rsidRPr="009F0F48">
              <w:rPr>
                <w:sz w:val="18"/>
                <w:lang w:val="ky-KG"/>
              </w:rPr>
              <w:t xml:space="preserve">☐ </w:t>
            </w:r>
            <w:r w:rsidR="0045050B" w:rsidRPr="009F0F48">
              <w:rPr>
                <w:sz w:val="18"/>
                <w:lang w:val="ky-KG"/>
              </w:rPr>
              <w:t xml:space="preserve">объекттин ээсинен же баланста кармоочудан колдоо / макулдашуу каты  </w:t>
            </w:r>
          </w:p>
          <w:p w14:paraId="672DB802" w14:textId="04B7F249" w:rsidR="00EF2D22" w:rsidRPr="009F0F48" w:rsidRDefault="003A6C31">
            <w:pPr>
              <w:rPr>
                <w:lang w:val="ky-KG"/>
              </w:rPr>
            </w:pPr>
            <w:r w:rsidRPr="009F0F48">
              <w:rPr>
                <w:sz w:val="18"/>
                <w:lang w:val="ky-KG"/>
              </w:rPr>
              <w:t xml:space="preserve">☐ </w:t>
            </w:r>
            <w:r w:rsidR="0045050B" w:rsidRPr="009F0F48">
              <w:rPr>
                <w:sz w:val="18"/>
                <w:lang w:val="ky-KG"/>
              </w:rPr>
              <w:t>жабдууларга же материалдарга п</w:t>
            </w:r>
            <w:r w:rsidRPr="009F0F48">
              <w:rPr>
                <w:sz w:val="18"/>
                <w:lang w:val="ky-KG"/>
              </w:rPr>
              <w:t>райс-</w:t>
            </w:r>
            <w:r w:rsidR="0045050B" w:rsidRPr="009F0F48">
              <w:rPr>
                <w:sz w:val="18"/>
                <w:lang w:val="ky-KG"/>
              </w:rPr>
              <w:t>баракчалары</w:t>
            </w:r>
            <w:r w:rsidRPr="009F0F48">
              <w:rPr>
                <w:sz w:val="18"/>
                <w:lang w:val="ky-KG"/>
              </w:rPr>
              <w:t xml:space="preserve"> / коммер</w:t>
            </w:r>
            <w:r w:rsidR="0045050B" w:rsidRPr="009F0F48">
              <w:rPr>
                <w:sz w:val="18"/>
                <w:lang w:val="ky-KG"/>
              </w:rPr>
              <w:t>циялык сунуштар</w:t>
            </w:r>
          </w:p>
          <w:p w14:paraId="5FF91ABD" w14:textId="110FD58F" w:rsidR="00EF2D22" w:rsidRPr="009F0F48" w:rsidRDefault="003A6C31">
            <w:pPr>
              <w:rPr>
                <w:lang w:val="ky-KG"/>
              </w:rPr>
            </w:pPr>
            <w:r w:rsidRPr="009F0F48">
              <w:rPr>
                <w:sz w:val="18"/>
                <w:lang w:val="ky-KG"/>
              </w:rPr>
              <w:t xml:space="preserve">☐ </w:t>
            </w:r>
            <w:r w:rsidR="0045050B" w:rsidRPr="009F0F48">
              <w:rPr>
                <w:sz w:val="18"/>
                <w:lang w:val="ky-KG"/>
              </w:rPr>
              <w:t>башкасы</w:t>
            </w:r>
            <w:r w:rsidRPr="009F0F48">
              <w:rPr>
                <w:sz w:val="18"/>
                <w:lang w:val="ky-KG"/>
              </w:rPr>
              <w:t>: ____________________</w:t>
            </w:r>
          </w:p>
        </w:tc>
      </w:tr>
      <w:tr w:rsidR="00EF2D22" w:rsidRPr="00772E4C" w14:paraId="5712A0C1" w14:textId="77777777">
        <w:trPr>
          <w:jc w:val="center"/>
        </w:trPr>
        <w:tc>
          <w:tcPr>
            <w:tcW w:w="2948" w:type="dxa"/>
            <w:tcBorders>
              <w:top w:val="single" w:sz="6" w:space="0" w:color="A6A6A6"/>
              <w:left w:val="single" w:sz="6" w:space="0" w:color="A6A6A6"/>
              <w:bottom w:val="single" w:sz="6" w:space="0" w:color="A6A6A6"/>
              <w:right w:val="single" w:sz="6" w:space="0" w:color="A6A6A6"/>
            </w:tcBorders>
            <w:shd w:val="clear" w:color="auto" w:fill="D9EAF7"/>
          </w:tcPr>
          <w:p w14:paraId="3EE0009C" w14:textId="4C0F9A09" w:rsidR="00EF2D22" w:rsidRPr="009F0F48" w:rsidRDefault="003A6C31">
            <w:pPr>
              <w:rPr>
                <w:lang w:val="ky-KG"/>
              </w:rPr>
            </w:pPr>
            <w:r w:rsidRPr="009F0F48">
              <w:rPr>
                <w:b/>
                <w:sz w:val="18"/>
                <w:lang w:val="ky-KG"/>
              </w:rPr>
              <w:t>Техни</w:t>
            </w:r>
            <w:r w:rsidR="0045050B" w:rsidRPr="009F0F48">
              <w:rPr>
                <w:b/>
                <w:sz w:val="18"/>
                <w:lang w:val="ky-KG"/>
              </w:rPr>
              <w:t>калык адис</w:t>
            </w:r>
            <w:r w:rsidRPr="009F0F48">
              <w:rPr>
                <w:b/>
                <w:sz w:val="18"/>
                <w:lang w:val="ky-KG"/>
              </w:rPr>
              <w:t xml:space="preserve"> / инженер</w:t>
            </w:r>
          </w:p>
        </w:tc>
        <w:tc>
          <w:tcPr>
            <w:tcW w:w="6236" w:type="dxa"/>
            <w:tcBorders>
              <w:top w:val="single" w:sz="6" w:space="0" w:color="A6A6A6"/>
              <w:left w:val="single" w:sz="6" w:space="0" w:color="A6A6A6"/>
              <w:bottom w:val="single" w:sz="6" w:space="0" w:color="A6A6A6"/>
              <w:right w:val="single" w:sz="6" w:space="0" w:color="A6A6A6"/>
            </w:tcBorders>
          </w:tcPr>
          <w:p w14:paraId="328448C0" w14:textId="28A21CF3" w:rsidR="00EF2D22" w:rsidRPr="009F0F48" w:rsidRDefault="0045050B">
            <w:pPr>
              <w:rPr>
                <w:lang w:val="ky-KG"/>
              </w:rPr>
            </w:pPr>
            <w:r w:rsidRPr="009F0F48">
              <w:rPr>
                <w:i/>
                <w:color w:val="666666"/>
                <w:sz w:val="17"/>
                <w:lang w:val="ky-KG"/>
              </w:rPr>
              <w:t>ФАА, адистигин, долбоордогу ролун, иш тажрыйбасын көрсөтүңүз. Резюмени жана бар болсо, квалификациялык документтерди тиркеңиз</w:t>
            </w:r>
            <w:r w:rsidR="003A6C31" w:rsidRPr="009F0F48">
              <w:rPr>
                <w:i/>
                <w:color w:val="666666"/>
                <w:sz w:val="17"/>
                <w:lang w:val="ky-KG"/>
              </w:rPr>
              <w:t>.</w:t>
            </w:r>
          </w:p>
          <w:p w14:paraId="17E7ACB1" w14:textId="77777777" w:rsidR="00EF2D22" w:rsidRPr="009F0F48" w:rsidRDefault="00EF2D22">
            <w:pPr>
              <w:rPr>
                <w:lang w:val="ky-KG"/>
              </w:rPr>
            </w:pPr>
          </w:p>
          <w:p w14:paraId="2DD8CBF5" w14:textId="77777777" w:rsidR="00EF2D22" w:rsidRPr="009F0F48" w:rsidRDefault="00EF2D22">
            <w:pPr>
              <w:rPr>
                <w:lang w:val="ky-KG"/>
              </w:rPr>
            </w:pPr>
          </w:p>
          <w:p w14:paraId="71153EAF" w14:textId="77777777" w:rsidR="00EF2D22" w:rsidRPr="009F0F48" w:rsidRDefault="00EF2D22">
            <w:pPr>
              <w:rPr>
                <w:lang w:val="ky-KG"/>
              </w:rPr>
            </w:pPr>
          </w:p>
        </w:tc>
      </w:tr>
    </w:tbl>
    <w:p w14:paraId="00ADFC96" w14:textId="22E175CE" w:rsidR="00EF2D22" w:rsidRPr="009F0F48" w:rsidRDefault="003A6C31">
      <w:pPr>
        <w:pStyle w:val="1"/>
        <w:spacing w:before="200" w:after="80" w:line="240" w:lineRule="auto"/>
        <w:rPr>
          <w:lang w:val="ky-KG"/>
        </w:rPr>
      </w:pPr>
      <w:r w:rsidRPr="009F0F48">
        <w:rPr>
          <w:rFonts w:ascii="Arial" w:eastAsia="Arial" w:hAnsi="Arial"/>
          <w:color w:val="1F4E79"/>
          <w:sz w:val="26"/>
          <w:lang w:val="ky-KG"/>
        </w:rPr>
        <w:t>5</w:t>
      </w:r>
      <w:r w:rsidR="0045050B" w:rsidRPr="009F0F48">
        <w:rPr>
          <w:rFonts w:ascii="Arial" w:eastAsia="Arial" w:hAnsi="Arial"/>
          <w:color w:val="1F4E79"/>
          <w:sz w:val="26"/>
          <w:lang w:val="ky-KG"/>
        </w:rPr>
        <w:t>-БӨЛҮМ</w:t>
      </w:r>
      <w:r w:rsidRPr="009F0F48">
        <w:rPr>
          <w:rFonts w:ascii="Arial" w:eastAsia="Arial" w:hAnsi="Arial"/>
          <w:color w:val="1F4E79"/>
          <w:sz w:val="26"/>
          <w:lang w:val="ky-KG"/>
        </w:rPr>
        <w:t xml:space="preserve">. </w:t>
      </w:r>
      <w:r w:rsidR="0045050B" w:rsidRPr="009F0F48">
        <w:rPr>
          <w:rFonts w:ascii="Arial" w:eastAsia="Arial" w:hAnsi="Arial"/>
          <w:color w:val="1F4E79"/>
          <w:sz w:val="26"/>
          <w:lang w:val="ky-KG"/>
        </w:rPr>
        <w:t>Долбоордун командасы жана өтүнмө берүүчүнүн тажрыйбасы</w:t>
      </w:r>
    </w:p>
    <w:p w14:paraId="2DBFAC42" w14:textId="57A203FF" w:rsidR="00EF2D22" w:rsidRPr="009F0F48" w:rsidRDefault="0045050B">
      <w:pPr>
        <w:spacing w:after="80" w:line="240" w:lineRule="auto"/>
        <w:rPr>
          <w:lang w:val="ky-KG"/>
        </w:rPr>
      </w:pPr>
      <w:r w:rsidRPr="009F0F48">
        <w:rPr>
          <w:i/>
          <w:color w:val="5A5A5A"/>
          <w:sz w:val="17"/>
          <w:lang w:val="ky-KG"/>
        </w:rPr>
        <w:t>Гранттык долбоорду ишке ашырууга түздөн-түз катыша турган негизги кызматкерлерди жана адистерди гана көрсөтүңүз</w:t>
      </w:r>
      <w:r w:rsidR="003A6C31" w:rsidRPr="009F0F48">
        <w:rPr>
          <w:i/>
          <w:color w:val="5A5A5A"/>
          <w:sz w:val="17"/>
          <w:lang w:val="ky-KG"/>
        </w:rPr>
        <w:t>.</w:t>
      </w:r>
    </w:p>
    <w:tbl>
      <w:tblPr>
        <w:tblW w:w="0" w:type="auto"/>
        <w:jc w:val="center"/>
        <w:tblLook w:val="04A0" w:firstRow="1" w:lastRow="0" w:firstColumn="1" w:lastColumn="0" w:noHBand="0" w:noVBand="1"/>
      </w:tblPr>
      <w:tblGrid>
        <w:gridCol w:w="2036"/>
        <w:gridCol w:w="2038"/>
        <w:gridCol w:w="2040"/>
        <w:gridCol w:w="2038"/>
        <w:gridCol w:w="2038"/>
      </w:tblGrid>
      <w:tr w:rsidR="00EF2D22" w:rsidRPr="009F0F48" w14:paraId="26197874" w14:textId="77777777">
        <w:trPr>
          <w:jc w:val="center"/>
        </w:trPr>
        <w:tc>
          <w:tcPr>
            <w:tcW w:w="2041" w:type="dxa"/>
            <w:tcBorders>
              <w:top w:val="single" w:sz="6" w:space="0" w:color="A6A6A6"/>
              <w:left w:val="single" w:sz="6" w:space="0" w:color="A6A6A6"/>
              <w:bottom w:val="single" w:sz="6" w:space="0" w:color="A6A6A6"/>
              <w:right w:val="single" w:sz="6" w:space="0" w:color="A6A6A6"/>
            </w:tcBorders>
            <w:shd w:val="clear" w:color="auto" w:fill="1F4E79"/>
          </w:tcPr>
          <w:p w14:paraId="2D40286F" w14:textId="404977F9" w:rsidR="00EF2D22" w:rsidRPr="009F0F48" w:rsidRDefault="003A6C31">
            <w:pPr>
              <w:jc w:val="center"/>
              <w:rPr>
                <w:lang w:val="ky-KG"/>
              </w:rPr>
            </w:pPr>
            <w:r w:rsidRPr="009F0F48">
              <w:rPr>
                <w:b/>
                <w:color w:val="FFFFFF"/>
                <w:sz w:val="17"/>
                <w:lang w:val="ky-KG"/>
              </w:rPr>
              <w:t>Ф</w:t>
            </w:r>
            <w:r w:rsidR="0045050B" w:rsidRPr="009F0F48">
              <w:rPr>
                <w:b/>
                <w:color w:val="FFFFFF"/>
                <w:sz w:val="17"/>
                <w:lang w:val="ky-KG"/>
              </w:rPr>
              <w:t>АА</w:t>
            </w:r>
          </w:p>
        </w:tc>
        <w:tc>
          <w:tcPr>
            <w:tcW w:w="2041" w:type="dxa"/>
            <w:tcBorders>
              <w:top w:val="single" w:sz="6" w:space="0" w:color="A6A6A6"/>
              <w:left w:val="single" w:sz="6" w:space="0" w:color="A6A6A6"/>
              <w:bottom w:val="single" w:sz="6" w:space="0" w:color="A6A6A6"/>
              <w:right w:val="single" w:sz="6" w:space="0" w:color="A6A6A6"/>
            </w:tcBorders>
            <w:shd w:val="clear" w:color="auto" w:fill="1F4E79"/>
          </w:tcPr>
          <w:p w14:paraId="115C021B" w14:textId="5E0C8886" w:rsidR="00EF2D22" w:rsidRPr="009F0F48" w:rsidRDefault="0045050B">
            <w:pPr>
              <w:jc w:val="center"/>
              <w:rPr>
                <w:lang w:val="ky-KG"/>
              </w:rPr>
            </w:pPr>
            <w:r w:rsidRPr="009F0F48">
              <w:rPr>
                <w:b/>
                <w:color w:val="FFFFFF"/>
                <w:sz w:val="17"/>
                <w:lang w:val="ky-KG"/>
              </w:rPr>
              <w:t>Кызматы</w:t>
            </w:r>
            <w:r w:rsidR="003A6C31" w:rsidRPr="009F0F48">
              <w:rPr>
                <w:b/>
                <w:color w:val="FFFFFF"/>
                <w:sz w:val="17"/>
                <w:lang w:val="ky-KG"/>
              </w:rPr>
              <w:t xml:space="preserve"> / </w:t>
            </w:r>
            <w:r w:rsidRPr="009F0F48">
              <w:rPr>
                <w:b/>
                <w:color w:val="FFFFFF"/>
                <w:sz w:val="17"/>
                <w:lang w:val="ky-KG"/>
              </w:rPr>
              <w:t>долбоордо ролу</w:t>
            </w:r>
          </w:p>
        </w:tc>
        <w:tc>
          <w:tcPr>
            <w:tcW w:w="2041" w:type="dxa"/>
            <w:tcBorders>
              <w:top w:val="single" w:sz="6" w:space="0" w:color="A6A6A6"/>
              <w:left w:val="single" w:sz="6" w:space="0" w:color="A6A6A6"/>
              <w:bottom w:val="single" w:sz="6" w:space="0" w:color="A6A6A6"/>
              <w:right w:val="single" w:sz="6" w:space="0" w:color="A6A6A6"/>
            </w:tcBorders>
            <w:shd w:val="clear" w:color="auto" w:fill="1F4E79"/>
          </w:tcPr>
          <w:p w14:paraId="11C9847D" w14:textId="05551E36" w:rsidR="00EF2D22" w:rsidRPr="009F0F48" w:rsidRDefault="003A6C31">
            <w:pPr>
              <w:jc w:val="center"/>
              <w:rPr>
                <w:lang w:val="ky-KG"/>
              </w:rPr>
            </w:pPr>
            <w:r w:rsidRPr="009F0F48">
              <w:rPr>
                <w:b/>
                <w:color w:val="FFFFFF"/>
                <w:sz w:val="17"/>
                <w:lang w:val="ky-KG"/>
              </w:rPr>
              <w:t>Квалификация</w:t>
            </w:r>
            <w:r w:rsidR="0045050B" w:rsidRPr="009F0F48">
              <w:rPr>
                <w:b/>
                <w:color w:val="FFFFFF"/>
                <w:sz w:val="17"/>
                <w:lang w:val="ky-KG"/>
              </w:rPr>
              <w:t>сы</w:t>
            </w:r>
            <w:r w:rsidRPr="009F0F48">
              <w:rPr>
                <w:b/>
                <w:color w:val="FFFFFF"/>
                <w:sz w:val="17"/>
                <w:lang w:val="ky-KG"/>
              </w:rPr>
              <w:t xml:space="preserve"> / </w:t>
            </w:r>
            <w:r w:rsidR="0045050B" w:rsidRPr="009F0F48">
              <w:rPr>
                <w:b/>
                <w:color w:val="FFFFFF"/>
                <w:sz w:val="17"/>
                <w:lang w:val="ky-KG"/>
              </w:rPr>
              <w:t>адистиги</w:t>
            </w:r>
          </w:p>
        </w:tc>
        <w:tc>
          <w:tcPr>
            <w:tcW w:w="2041" w:type="dxa"/>
            <w:tcBorders>
              <w:top w:val="single" w:sz="6" w:space="0" w:color="A6A6A6"/>
              <w:left w:val="single" w:sz="6" w:space="0" w:color="A6A6A6"/>
              <w:bottom w:val="single" w:sz="6" w:space="0" w:color="A6A6A6"/>
              <w:right w:val="single" w:sz="6" w:space="0" w:color="A6A6A6"/>
            </w:tcBorders>
            <w:shd w:val="clear" w:color="auto" w:fill="1F4E79"/>
          </w:tcPr>
          <w:p w14:paraId="7AEC73DB" w14:textId="5D97F8F5" w:rsidR="00EF2D22" w:rsidRPr="009F0F48" w:rsidRDefault="0045050B">
            <w:pPr>
              <w:jc w:val="center"/>
              <w:rPr>
                <w:lang w:val="ky-KG"/>
              </w:rPr>
            </w:pPr>
            <w:r w:rsidRPr="009F0F48">
              <w:rPr>
                <w:b/>
                <w:color w:val="FFFFFF"/>
                <w:sz w:val="17"/>
                <w:lang w:val="ky-KG"/>
              </w:rPr>
              <w:t>Тажрыйба</w:t>
            </w:r>
            <w:r w:rsidR="003A6C31" w:rsidRPr="009F0F48">
              <w:rPr>
                <w:b/>
                <w:color w:val="FFFFFF"/>
                <w:sz w:val="17"/>
                <w:lang w:val="ky-KG"/>
              </w:rPr>
              <w:t xml:space="preserve">, </w:t>
            </w:r>
            <w:r w:rsidRPr="009F0F48">
              <w:rPr>
                <w:b/>
                <w:color w:val="FFFFFF"/>
                <w:sz w:val="17"/>
                <w:lang w:val="ky-KG"/>
              </w:rPr>
              <w:t>жыл</w:t>
            </w:r>
          </w:p>
        </w:tc>
        <w:tc>
          <w:tcPr>
            <w:tcW w:w="2041" w:type="dxa"/>
            <w:tcBorders>
              <w:top w:val="single" w:sz="6" w:space="0" w:color="A6A6A6"/>
              <w:left w:val="single" w:sz="6" w:space="0" w:color="A6A6A6"/>
              <w:bottom w:val="single" w:sz="6" w:space="0" w:color="A6A6A6"/>
              <w:right w:val="single" w:sz="6" w:space="0" w:color="A6A6A6"/>
            </w:tcBorders>
            <w:shd w:val="clear" w:color="auto" w:fill="1F4E79"/>
          </w:tcPr>
          <w:p w14:paraId="5C2582D8" w14:textId="2B6CF6DF" w:rsidR="00EF2D22" w:rsidRPr="009F0F48" w:rsidRDefault="0045050B">
            <w:pPr>
              <w:jc w:val="center"/>
              <w:rPr>
                <w:lang w:val="ky-KG"/>
              </w:rPr>
            </w:pPr>
            <w:r w:rsidRPr="009F0F48">
              <w:rPr>
                <w:b/>
                <w:color w:val="FFFFFF"/>
                <w:sz w:val="17"/>
                <w:lang w:val="ky-KG"/>
              </w:rPr>
              <w:t>Резюме тиркелген</w:t>
            </w:r>
          </w:p>
        </w:tc>
      </w:tr>
      <w:tr w:rsidR="00EF2D22" w:rsidRPr="009F0F48" w14:paraId="44E0D4D8" w14:textId="77777777">
        <w:trPr>
          <w:jc w:val="center"/>
        </w:trPr>
        <w:tc>
          <w:tcPr>
            <w:tcW w:w="2041" w:type="dxa"/>
            <w:tcBorders>
              <w:top w:val="single" w:sz="6" w:space="0" w:color="A6A6A6"/>
              <w:left w:val="single" w:sz="6" w:space="0" w:color="A6A6A6"/>
              <w:bottom w:val="single" w:sz="6" w:space="0" w:color="A6A6A6"/>
              <w:right w:val="single" w:sz="6" w:space="0" w:color="A6A6A6"/>
            </w:tcBorders>
          </w:tcPr>
          <w:p w14:paraId="3A2EC7C4" w14:textId="77777777" w:rsidR="00EF2D22" w:rsidRPr="009F0F48" w:rsidRDefault="00EF2D22">
            <w:pPr>
              <w:rPr>
                <w:lang w:val="ky-KG"/>
              </w:rPr>
            </w:pPr>
          </w:p>
          <w:p w14:paraId="2FB28AF0" w14:textId="77777777" w:rsidR="00EF2D22" w:rsidRPr="009F0F48" w:rsidRDefault="00EF2D22">
            <w:pPr>
              <w:rPr>
                <w:lang w:val="ky-KG"/>
              </w:rPr>
            </w:pPr>
          </w:p>
        </w:tc>
        <w:tc>
          <w:tcPr>
            <w:tcW w:w="2041" w:type="dxa"/>
            <w:tcBorders>
              <w:top w:val="single" w:sz="6" w:space="0" w:color="A6A6A6"/>
              <w:left w:val="single" w:sz="6" w:space="0" w:color="A6A6A6"/>
              <w:bottom w:val="single" w:sz="6" w:space="0" w:color="A6A6A6"/>
              <w:right w:val="single" w:sz="6" w:space="0" w:color="A6A6A6"/>
            </w:tcBorders>
          </w:tcPr>
          <w:p w14:paraId="6F88DFC4" w14:textId="77777777" w:rsidR="00EF2D22" w:rsidRPr="009F0F48" w:rsidRDefault="00EF2D22">
            <w:pPr>
              <w:rPr>
                <w:lang w:val="ky-KG"/>
              </w:rPr>
            </w:pPr>
          </w:p>
          <w:p w14:paraId="70FD6673" w14:textId="77777777" w:rsidR="00EF2D22" w:rsidRPr="009F0F48" w:rsidRDefault="00EF2D22">
            <w:pPr>
              <w:rPr>
                <w:lang w:val="ky-KG"/>
              </w:rPr>
            </w:pPr>
          </w:p>
        </w:tc>
        <w:tc>
          <w:tcPr>
            <w:tcW w:w="2041" w:type="dxa"/>
            <w:tcBorders>
              <w:top w:val="single" w:sz="6" w:space="0" w:color="A6A6A6"/>
              <w:left w:val="single" w:sz="6" w:space="0" w:color="A6A6A6"/>
              <w:bottom w:val="single" w:sz="6" w:space="0" w:color="A6A6A6"/>
              <w:right w:val="single" w:sz="6" w:space="0" w:color="A6A6A6"/>
            </w:tcBorders>
          </w:tcPr>
          <w:p w14:paraId="44503A8B" w14:textId="77777777" w:rsidR="00EF2D22" w:rsidRPr="009F0F48" w:rsidRDefault="00EF2D22">
            <w:pPr>
              <w:rPr>
                <w:lang w:val="ky-KG"/>
              </w:rPr>
            </w:pPr>
          </w:p>
          <w:p w14:paraId="54E2CE92" w14:textId="77777777" w:rsidR="00EF2D22" w:rsidRPr="009F0F48" w:rsidRDefault="00EF2D22">
            <w:pPr>
              <w:rPr>
                <w:lang w:val="ky-KG"/>
              </w:rPr>
            </w:pPr>
          </w:p>
        </w:tc>
        <w:tc>
          <w:tcPr>
            <w:tcW w:w="2041" w:type="dxa"/>
            <w:tcBorders>
              <w:top w:val="single" w:sz="6" w:space="0" w:color="A6A6A6"/>
              <w:left w:val="single" w:sz="6" w:space="0" w:color="A6A6A6"/>
              <w:bottom w:val="single" w:sz="6" w:space="0" w:color="A6A6A6"/>
              <w:right w:val="single" w:sz="6" w:space="0" w:color="A6A6A6"/>
            </w:tcBorders>
          </w:tcPr>
          <w:p w14:paraId="1C1B9C58" w14:textId="77777777" w:rsidR="00EF2D22" w:rsidRPr="009F0F48" w:rsidRDefault="00EF2D22">
            <w:pPr>
              <w:rPr>
                <w:lang w:val="ky-KG"/>
              </w:rPr>
            </w:pPr>
          </w:p>
          <w:p w14:paraId="6A49A59F" w14:textId="77777777" w:rsidR="00EF2D22" w:rsidRPr="009F0F48" w:rsidRDefault="00EF2D22">
            <w:pPr>
              <w:rPr>
                <w:lang w:val="ky-KG"/>
              </w:rPr>
            </w:pPr>
          </w:p>
        </w:tc>
        <w:tc>
          <w:tcPr>
            <w:tcW w:w="2041" w:type="dxa"/>
            <w:tcBorders>
              <w:top w:val="single" w:sz="6" w:space="0" w:color="A6A6A6"/>
              <w:left w:val="single" w:sz="6" w:space="0" w:color="A6A6A6"/>
              <w:bottom w:val="single" w:sz="6" w:space="0" w:color="A6A6A6"/>
              <w:right w:val="single" w:sz="6" w:space="0" w:color="A6A6A6"/>
            </w:tcBorders>
          </w:tcPr>
          <w:p w14:paraId="2663B3CF" w14:textId="77777777" w:rsidR="00EF2D22" w:rsidRPr="009F0F48" w:rsidRDefault="00EF2D22">
            <w:pPr>
              <w:rPr>
                <w:lang w:val="ky-KG"/>
              </w:rPr>
            </w:pPr>
          </w:p>
          <w:p w14:paraId="59F5C704" w14:textId="77777777" w:rsidR="00EF2D22" w:rsidRPr="009F0F48" w:rsidRDefault="00EF2D22">
            <w:pPr>
              <w:rPr>
                <w:lang w:val="ky-KG"/>
              </w:rPr>
            </w:pPr>
          </w:p>
        </w:tc>
      </w:tr>
      <w:tr w:rsidR="00EF2D22" w:rsidRPr="009F0F48" w14:paraId="0E0D8035" w14:textId="77777777">
        <w:trPr>
          <w:jc w:val="center"/>
        </w:trPr>
        <w:tc>
          <w:tcPr>
            <w:tcW w:w="2041" w:type="dxa"/>
            <w:tcBorders>
              <w:top w:val="single" w:sz="6" w:space="0" w:color="A6A6A6"/>
              <w:left w:val="single" w:sz="6" w:space="0" w:color="A6A6A6"/>
              <w:bottom w:val="single" w:sz="6" w:space="0" w:color="A6A6A6"/>
              <w:right w:val="single" w:sz="6" w:space="0" w:color="A6A6A6"/>
            </w:tcBorders>
          </w:tcPr>
          <w:p w14:paraId="00524DFF" w14:textId="77777777" w:rsidR="00EF2D22" w:rsidRPr="009F0F48" w:rsidRDefault="00EF2D22">
            <w:pPr>
              <w:rPr>
                <w:lang w:val="ky-KG"/>
              </w:rPr>
            </w:pPr>
          </w:p>
          <w:p w14:paraId="7086D5D9" w14:textId="77777777" w:rsidR="00EF2D22" w:rsidRPr="009F0F48" w:rsidRDefault="00EF2D22">
            <w:pPr>
              <w:rPr>
                <w:lang w:val="ky-KG"/>
              </w:rPr>
            </w:pPr>
          </w:p>
        </w:tc>
        <w:tc>
          <w:tcPr>
            <w:tcW w:w="2041" w:type="dxa"/>
            <w:tcBorders>
              <w:top w:val="single" w:sz="6" w:space="0" w:color="A6A6A6"/>
              <w:left w:val="single" w:sz="6" w:space="0" w:color="A6A6A6"/>
              <w:bottom w:val="single" w:sz="6" w:space="0" w:color="A6A6A6"/>
              <w:right w:val="single" w:sz="6" w:space="0" w:color="A6A6A6"/>
            </w:tcBorders>
          </w:tcPr>
          <w:p w14:paraId="7FC6D818" w14:textId="77777777" w:rsidR="00EF2D22" w:rsidRPr="009F0F48" w:rsidRDefault="00EF2D22">
            <w:pPr>
              <w:rPr>
                <w:lang w:val="ky-KG"/>
              </w:rPr>
            </w:pPr>
          </w:p>
          <w:p w14:paraId="0A5D1F76" w14:textId="77777777" w:rsidR="00EF2D22" w:rsidRPr="009F0F48" w:rsidRDefault="00EF2D22">
            <w:pPr>
              <w:rPr>
                <w:lang w:val="ky-KG"/>
              </w:rPr>
            </w:pPr>
          </w:p>
        </w:tc>
        <w:tc>
          <w:tcPr>
            <w:tcW w:w="2041" w:type="dxa"/>
            <w:tcBorders>
              <w:top w:val="single" w:sz="6" w:space="0" w:color="A6A6A6"/>
              <w:left w:val="single" w:sz="6" w:space="0" w:color="A6A6A6"/>
              <w:bottom w:val="single" w:sz="6" w:space="0" w:color="A6A6A6"/>
              <w:right w:val="single" w:sz="6" w:space="0" w:color="A6A6A6"/>
            </w:tcBorders>
          </w:tcPr>
          <w:p w14:paraId="318CA665" w14:textId="77777777" w:rsidR="00EF2D22" w:rsidRPr="009F0F48" w:rsidRDefault="00EF2D22">
            <w:pPr>
              <w:rPr>
                <w:lang w:val="ky-KG"/>
              </w:rPr>
            </w:pPr>
          </w:p>
          <w:p w14:paraId="7BD830D4" w14:textId="77777777" w:rsidR="00EF2D22" w:rsidRPr="009F0F48" w:rsidRDefault="00EF2D22">
            <w:pPr>
              <w:rPr>
                <w:lang w:val="ky-KG"/>
              </w:rPr>
            </w:pPr>
          </w:p>
        </w:tc>
        <w:tc>
          <w:tcPr>
            <w:tcW w:w="2041" w:type="dxa"/>
            <w:tcBorders>
              <w:top w:val="single" w:sz="6" w:space="0" w:color="A6A6A6"/>
              <w:left w:val="single" w:sz="6" w:space="0" w:color="A6A6A6"/>
              <w:bottom w:val="single" w:sz="6" w:space="0" w:color="A6A6A6"/>
              <w:right w:val="single" w:sz="6" w:space="0" w:color="A6A6A6"/>
            </w:tcBorders>
          </w:tcPr>
          <w:p w14:paraId="2FD62170" w14:textId="77777777" w:rsidR="00EF2D22" w:rsidRPr="009F0F48" w:rsidRDefault="00EF2D22">
            <w:pPr>
              <w:rPr>
                <w:lang w:val="ky-KG"/>
              </w:rPr>
            </w:pPr>
          </w:p>
          <w:p w14:paraId="44CD993C" w14:textId="77777777" w:rsidR="00EF2D22" w:rsidRPr="009F0F48" w:rsidRDefault="00EF2D22">
            <w:pPr>
              <w:rPr>
                <w:lang w:val="ky-KG"/>
              </w:rPr>
            </w:pPr>
          </w:p>
        </w:tc>
        <w:tc>
          <w:tcPr>
            <w:tcW w:w="2041" w:type="dxa"/>
            <w:tcBorders>
              <w:top w:val="single" w:sz="6" w:space="0" w:color="A6A6A6"/>
              <w:left w:val="single" w:sz="6" w:space="0" w:color="A6A6A6"/>
              <w:bottom w:val="single" w:sz="6" w:space="0" w:color="A6A6A6"/>
              <w:right w:val="single" w:sz="6" w:space="0" w:color="A6A6A6"/>
            </w:tcBorders>
          </w:tcPr>
          <w:p w14:paraId="1E7C5A95" w14:textId="77777777" w:rsidR="00EF2D22" w:rsidRPr="009F0F48" w:rsidRDefault="00EF2D22">
            <w:pPr>
              <w:rPr>
                <w:lang w:val="ky-KG"/>
              </w:rPr>
            </w:pPr>
          </w:p>
          <w:p w14:paraId="23ABBA0E" w14:textId="77777777" w:rsidR="00EF2D22" w:rsidRPr="009F0F48" w:rsidRDefault="00EF2D22">
            <w:pPr>
              <w:rPr>
                <w:lang w:val="ky-KG"/>
              </w:rPr>
            </w:pPr>
          </w:p>
        </w:tc>
      </w:tr>
      <w:tr w:rsidR="00EF2D22" w:rsidRPr="009F0F48" w14:paraId="24C53BF1" w14:textId="77777777">
        <w:trPr>
          <w:jc w:val="center"/>
        </w:trPr>
        <w:tc>
          <w:tcPr>
            <w:tcW w:w="2041" w:type="dxa"/>
            <w:tcBorders>
              <w:top w:val="single" w:sz="6" w:space="0" w:color="A6A6A6"/>
              <w:left w:val="single" w:sz="6" w:space="0" w:color="A6A6A6"/>
              <w:bottom w:val="single" w:sz="6" w:space="0" w:color="A6A6A6"/>
              <w:right w:val="single" w:sz="6" w:space="0" w:color="A6A6A6"/>
            </w:tcBorders>
          </w:tcPr>
          <w:p w14:paraId="36FC31EB" w14:textId="77777777" w:rsidR="00EF2D22" w:rsidRPr="009F0F48" w:rsidRDefault="00EF2D22">
            <w:pPr>
              <w:rPr>
                <w:lang w:val="ky-KG"/>
              </w:rPr>
            </w:pPr>
          </w:p>
          <w:p w14:paraId="0413D4D9" w14:textId="77777777" w:rsidR="00EF2D22" w:rsidRPr="009F0F48" w:rsidRDefault="00EF2D22">
            <w:pPr>
              <w:rPr>
                <w:lang w:val="ky-KG"/>
              </w:rPr>
            </w:pPr>
          </w:p>
        </w:tc>
        <w:tc>
          <w:tcPr>
            <w:tcW w:w="2041" w:type="dxa"/>
            <w:tcBorders>
              <w:top w:val="single" w:sz="6" w:space="0" w:color="A6A6A6"/>
              <w:left w:val="single" w:sz="6" w:space="0" w:color="A6A6A6"/>
              <w:bottom w:val="single" w:sz="6" w:space="0" w:color="A6A6A6"/>
              <w:right w:val="single" w:sz="6" w:space="0" w:color="A6A6A6"/>
            </w:tcBorders>
          </w:tcPr>
          <w:p w14:paraId="07D93F75" w14:textId="77777777" w:rsidR="00EF2D22" w:rsidRPr="009F0F48" w:rsidRDefault="00EF2D22">
            <w:pPr>
              <w:rPr>
                <w:lang w:val="ky-KG"/>
              </w:rPr>
            </w:pPr>
          </w:p>
          <w:p w14:paraId="34642EF1" w14:textId="77777777" w:rsidR="00EF2D22" w:rsidRPr="009F0F48" w:rsidRDefault="00EF2D22">
            <w:pPr>
              <w:rPr>
                <w:lang w:val="ky-KG"/>
              </w:rPr>
            </w:pPr>
          </w:p>
        </w:tc>
        <w:tc>
          <w:tcPr>
            <w:tcW w:w="2041" w:type="dxa"/>
            <w:tcBorders>
              <w:top w:val="single" w:sz="6" w:space="0" w:color="A6A6A6"/>
              <w:left w:val="single" w:sz="6" w:space="0" w:color="A6A6A6"/>
              <w:bottom w:val="single" w:sz="6" w:space="0" w:color="A6A6A6"/>
              <w:right w:val="single" w:sz="6" w:space="0" w:color="A6A6A6"/>
            </w:tcBorders>
          </w:tcPr>
          <w:p w14:paraId="02699950" w14:textId="77777777" w:rsidR="00EF2D22" w:rsidRPr="009F0F48" w:rsidRDefault="00EF2D22">
            <w:pPr>
              <w:rPr>
                <w:lang w:val="ky-KG"/>
              </w:rPr>
            </w:pPr>
          </w:p>
          <w:p w14:paraId="282B49A9" w14:textId="77777777" w:rsidR="00EF2D22" w:rsidRPr="009F0F48" w:rsidRDefault="00EF2D22">
            <w:pPr>
              <w:rPr>
                <w:lang w:val="ky-KG"/>
              </w:rPr>
            </w:pPr>
          </w:p>
        </w:tc>
        <w:tc>
          <w:tcPr>
            <w:tcW w:w="2041" w:type="dxa"/>
            <w:tcBorders>
              <w:top w:val="single" w:sz="6" w:space="0" w:color="A6A6A6"/>
              <w:left w:val="single" w:sz="6" w:space="0" w:color="A6A6A6"/>
              <w:bottom w:val="single" w:sz="6" w:space="0" w:color="A6A6A6"/>
              <w:right w:val="single" w:sz="6" w:space="0" w:color="A6A6A6"/>
            </w:tcBorders>
          </w:tcPr>
          <w:p w14:paraId="1FB5A9B2" w14:textId="77777777" w:rsidR="00EF2D22" w:rsidRPr="009F0F48" w:rsidRDefault="00EF2D22">
            <w:pPr>
              <w:rPr>
                <w:lang w:val="ky-KG"/>
              </w:rPr>
            </w:pPr>
          </w:p>
          <w:p w14:paraId="173BDF38" w14:textId="77777777" w:rsidR="00EF2D22" w:rsidRPr="009F0F48" w:rsidRDefault="00EF2D22">
            <w:pPr>
              <w:rPr>
                <w:lang w:val="ky-KG"/>
              </w:rPr>
            </w:pPr>
          </w:p>
        </w:tc>
        <w:tc>
          <w:tcPr>
            <w:tcW w:w="2041" w:type="dxa"/>
            <w:tcBorders>
              <w:top w:val="single" w:sz="6" w:space="0" w:color="A6A6A6"/>
              <w:left w:val="single" w:sz="6" w:space="0" w:color="A6A6A6"/>
              <w:bottom w:val="single" w:sz="6" w:space="0" w:color="A6A6A6"/>
              <w:right w:val="single" w:sz="6" w:space="0" w:color="A6A6A6"/>
            </w:tcBorders>
          </w:tcPr>
          <w:p w14:paraId="6EEF1ABE" w14:textId="77777777" w:rsidR="00EF2D22" w:rsidRPr="009F0F48" w:rsidRDefault="00EF2D22">
            <w:pPr>
              <w:rPr>
                <w:lang w:val="ky-KG"/>
              </w:rPr>
            </w:pPr>
          </w:p>
          <w:p w14:paraId="65E1DC17" w14:textId="77777777" w:rsidR="00EF2D22" w:rsidRPr="009F0F48" w:rsidRDefault="00EF2D22">
            <w:pPr>
              <w:rPr>
                <w:lang w:val="ky-KG"/>
              </w:rPr>
            </w:pPr>
          </w:p>
        </w:tc>
      </w:tr>
      <w:tr w:rsidR="00EF2D22" w:rsidRPr="009F0F48" w14:paraId="19507E87" w14:textId="77777777">
        <w:trPr>
          <w:jc w:val="center"/>
        </w:trPr>
        <w:tc>
          <w:tcPr>
            <w:tcW w:w="2041" w:type="dxa"/>
            <w:tcBorders>
              <w:top w:val="single" w:sz="6" w:space="0" w:color="A6A6A6"/>
              <w:left w:val="single" w:sz="6" w:space="0" w:color="A6A6A6"/>
              <w:bottom w:val="single" w:sz="6" w:space="0" w:color="A6A6A6"/>
              <w:right w:val="single" w:sz="6" w:space="0" w:color="A6A6A6"/>
            </w:tcBorders>
          </w:tcPr>
          <w:p w14:paraId="3D99615F" w14:textId="77777777" w:rsidR="00EF2D22" w:rsidRPr="009F0F48" w:rsidRDefault="00EF2D22">
            <w:pPr>
              <w:rPr>
                <w:lang w:val="ky-KG"/>
              </w:rPr>
            </w:pPr>
          </w:p>
          <w:p w14:paraId="403944AA" w14:textId="77777777" w:rsidR="00EF2D22" w:rsidRPr="009F0F48" w:rsidRDefault="00EF2D22">
            <w:pPr>
              <w:rPr>
                <w:lang w:val="ky-KG"/>
              </w:rPr>
            </w:pPr>
          </w:p>
        </w:tc>
        <w:tc>
          <w:tcPr>
            <w:tcW w:w="2041" w:type="dxa"/>
            <w:tcBorders>
              <w:top w:val="single" w:sz="6" w:space="0" w:color="A6A6A6"/>
              <w:left w:val="single" w:sz="6" w:space="0" w:color="A6A6A6"/>
              <w:bottom w:val="single" w:sz="6" w:space="0" w:color="A6A6A6"/>
              <w:right w:val="single" w:sz="6" w:space="0" w:color="A6A6A6"/>
            </w:tcBorders>
          </w:tcPr>
          <w:p w14:paraId="700C0EB6" w14:textId="77777777" w:rsidR="00EF2D22" w:rsidRPr="009F0F48" w:rsidRDefault="00EF2D22">
            <w:pPr>
              <w:rPr>
                <w:lang w:val="ky-KG"/>
              </w:rPr>
            </w:pPr>
          </w:p>
          <w:p w14:paraId="199D5DF8" w14:textId="77777777" w:rsidR="00EF2D22" w:rsidRPr="009F0F48" w:rsidRDefault="00EF2D22">
            <w:pPr>
              <w:rPr>
                <w:lang w:val="ky-KG"/>
              </w:rPr>
            </w:pPr>
          </w:p>
        </w:tc>
        <w:tc>
          <w:tcPr>
            <w:tcW w:w="2041" w:type="dxa"/>
            <w:tcBorders>
              <w:top w:val="single" w:sz="6" w:space="0" w:color="A6A6A6"/>
              <w:left w:val="single" w:sz="6" w:space="0" w:color="A6A6A6"/>
              <w:bottom w:val="single" w:sz="6" w:space="0" w:color="A6A6A6"/>
              <w:right w:val="single" w:sz="6" w:space="0" w:color="A6A6A6"/>
            </w:tcBorders>
          </w:tcPr>
          <w:p w14:paraId="452AC4B1" w14:textId="77777777" w:rsidR="00EF2D22" w:rsidRPr="009F0F48" w:rsidRDefault="00EF2D22">
            <w:pPr>
              <w:rPr>
                <w:lang w:val="ky-KG"/>
              </w:rPr>
            </w:pPr>
          </w:p>
          <w:p w14:paraId="14C88CBA" w14:textId="77777777" w:rsidR="00EF2D22" w:rsidRPr="009F0F48" w:rsidRDefault="00EF2D22">
            <w:pPr>
              <w:rPr>
                <w:lang w:val="ky-KG"/>
              </w:rPr>
            </w:pPr>
          </w:p>
        </w:tc>
        <w:tc>
          <w:tcPr>
            <w:tcW w:w="2041" w:type="dxa"/>
            <w:tcBorders>
              <w:top w:val="single" w:sz="6" w:space="0" w:color="A6A6A6"/>
              <w:left w:val="single" w:sz="6" w:space="0" w:color="A6A6A6"/>
              <w:bottom w:val="single" w:sz="6" w:space="0" w:color="A6A6A6"/>
              <w:right w:val="single" w:sz="6" w:space="0" w:color="A6A6A6"/>
            </w:tcBorders>
          </w:tcPr>
          <w:p w14:paraId="6CCB678D" w14:textId="77777777" w:rsidR="00EF2D22" w:rsidRPr="009F0F48" w:rsidRDefault="00EF2D22">
            <w:pPr>
              <w:rPr>
                <w:lang w:val="ky-KG"/>
              </w:rPr>
            </w:pPr>
          </w:p>
          <w:p w14:paraId="52507DF7" w14:textId="77777777" w:rsidR="00EF2D22" w:rsidRPr="009F0F48" w:rsidRDefault="00EF2D22">
            <w:pPr>
              <w:rPr>
                <w:lang w:val="ky-KG"/>
              </w:rPr>
            </w:pPr>
          </w:p>
        </w:tc>
        <w:tc>
          <w:tcPr>
            <w:tcW w:w="2041" w:type="dxa"/>
            <w:tcBorders>
              <w:top w:val="single" w:sz="6" w:space="0" w:color="A6A6A6"/>
              <w:left w:val="single" w:sz="6" w:space="0" w:color="A6A6A6"/>
              <w:bottom w:val="single" w:sz="6" w:space="0" w:color="A6A6A6"/>
              <w:right w:val="single" w:sz="6" w:space="0" w:color="A6A6A6"/>
            </w:tcBorders>
          </w:tcPr>
          <w:p w14:paraId="74FD3C60" w14:textId="77777777" w:rsidR="00EF2D22" w:rsidRPr="009F0F48" w:rsidRDefault="00EF2D22">
            <w:pPr>
              <w:rPr>
                <w:lang w:val="ky-KG"/>
              </w:rPr>
            </w:pPr>
          </w:p>
          <w:p w14:paraId="3202324D" w14:textId="77777777" w:rsidR="00EF2D22" w:rsidRPr="009F0F48" w:rsidRDefault="00EF2D22">
            <w:pPr>
              <w:rPr>
                <w:lang w:val="ky-KG"/>
              </w:rPr>
            </w:pPr>
          </w:p>
        </w:tc>
      </w:tr>
    </w:tbl>
    <w:p w14:paraId="4012D09E" w14:textId="0DA793DD" w:rsidR="00EF2D22" w:rsidRPr="009F0F48" w:rsidRDefault="0045050B">
      <w:pPr>
        <w:spacing w:after="80" w:line="240" w:lineRule="auto"/>
        <w:rPr>
          <w:lang w:val="ky-KG"/>
        </w:rPr>
      </w:pPr>
      <w:r w:rsidRPr="009F0F48">
        <w:rPr>
          <w:i/>
          <w:color w:val="5A5A5A"/>
          <w:sz w:val="17"/>
          <w:lang w:val="ky-KG"/>
        </w:rPr>
        <w:lastRenderedPageBreak/>
        <w:t xml:space="preserve">Окшош долбоорлордо </w:t>
      </w:r>
      <w:r w:rsidR="005C4F32" w:rsidRPr="009F0F48">
        <w:rPr>
          <w:i/>
          <w:color w:val="5A5A5A"/>
          <w:sz w:val="17"/>
          <w:lang w:val="ky-KG"/>
        </w:rPr>
        <w:t>уюмдардын мурдагы тажрыйбалары</w:t>
      </w:r>
      <w:r w:rsidR="003A6C31" w:rsidRPr="009F0F48">
        <w:rPr>
          <w:i/>
          <w:color w:val="5A5A5A"/>
          <w:sz w:val="17"/>
          <w:lang w:val="ky-KG"/>
        </w:rPr>
        <w:t>:</w:t>
      </w:r>
    </w:p>
    <w:tbl>
      <w:tblPr>
        <w:tblW w:w="0" w:type="auto"/>
        <w:jc w:val="center"/>
        <w:tblLook w:val="04A0" w:firstRow="1" w:lastRow="0" w:firstColumn="1" w:lastColumn="0" w:noHBand="0" w:noVBand="1"/>
      </w:tblPr>
      <w:tblGrid>
        <w:gridCol w:w="1699"/>
        <w:gridCol w:w="1698"/>
        <w:gridCol w:w="1698"/>
        <w:gridCol w:w="1698"/>
        <w:gridCol w:w="1698"/>
        <w:gridCol w:w="1699"/>
      </w:tblGrid>
      <w:tr w:rsidR="00EF2D22" w:rsidRPr="009F0F48" w14:paraId="64A7356C" w14:textId="77777777">
        <w:trPr>
          <w:jc w:val="center"/>
        </w:trPr>
        <w:tc>
          <w:tcPr>
            <w:tcW w:w="1701" w:type="dxa"/>
            <w:tcBorders>
              <w:top w:val="single" w:sz="6" w:space="0" w:color="A6A6A6"/>
              <w:left w:val="single" w:sz="6" w:space="0" w:color="A6A6A6"/>
              <w:bottom w:val="single" w:sz="6" w:space="0" w:color="A6A6A6"/>
              <w:right w:val="single" w:sz="6" w:space="0" w:color="A6A6A6"/>
            </w:tcBorders>
            <w:shd w:val="clear" w:color="auto" w:fill="1F4E79"/>
          </w:tcPr>
          <w:p w14:paraId="2CDA137E" w14:textId="6AEBD6D5" w:rsidR="00EF2D22" w:rsidRPr="009F0F48" w:rsidRDefault="005C4F32">
            <w:pPr>
              <w:jc w:val="center"/>
              <w:rPr>
                <w:lang w:val="ky-KG"/>
              </w:rPr>
            </w:pPr>
            <w:r w:rsidRPr="009F0F48">
              <w:rPr>
                <w:b/>
                <w:color w:val="FFFFFF"/>
                <w:sz w:val="17"/>
                <w:lang w:val="ky-KG"/>
              </w:rPr>
              <w:t>Долбоордун аталышы</w:t>
            </w:r>
          </w:p>
        </w:tc>
        <w:tc>
          <w:tcPr>
            <w:tcW w:w="1701" w:type="dxa"/>
            <w:tcBorders>
              <w:top w:val="single" w:sz="6" w:space="0" w:color="A6A6A6"/>
              <w:left w:val="single" w:sz="6" w:space="0" w:color="A6A6A6"/>
              <w:bottom w:val="single" w:sz="6" w:space="0" w:color="A6A6A6"/>
              <w:right w:val="single" w:sz="6" w:space="0" w:color="A6A6A6"/>
            </w:tcBorders>
            <w:shd w:val="clear" w:color="auto" w:fill="1F4E79"/>
          </w:tcPr>
          <w:p w14:paraId="452A974C" w14:textId="326C41CB" w:rsidR="00EF2D22" w:rsidRPr="009F0F48" w:rsidRDefault="003A6C31">
            <w:pPr>
              <w:jc w:val="center"/>
              <w:rPr>
                <w:lang w:val="ky-KG"/>
              </w:rPr>
            </w:pPr>
            <w:r w:rsidRPr="009F0F48">
              <w:rPr>
                <w:b/>
                <w:color w:val="FFFFFF"/>
                <w:sz w:val="17"/>
                <w:lang w:val="ky-KG"/>
              </w:rPr>
              <w:t xml:space="preserve">Тематика / </w:t>
            </w:r>
            <w:r w:rsidR="005C4F32" w:rsidRPr="009F0F48">
              <w:rPr>
                <w:b/>
                <w:color w:val="FFFFFF"/>
                <w:sz w:val="17"/>
                <w:lang w:val="ky-KG"/>
              </w:rPr>
              <w:t>чөйрө</w:t>
            </w:r>
          </w:p>
        </w:tc>
        <w:tc>
          <w:tcPr>
            <w:tcW w:w="1701" w:type="dxa"/>
            <w:tcBorders>
              <w:top w:val="single" w:sz="6" w:space="0" w:color="A6A6A6"/>
              <w:left w:val="single" w:sz="6" w:space="0" w:color="A6A6A6"/>
              <w:bottom w:val="single" w:sz="6" w:space="0" w:color="A6A6A6"/>
              <w:right w:val="single" w:sz="6" w:space="0" w:color="A6A6A6"/>
            </w:tcBorders>
            <w:shd w:val="clear" w:color="auto" w:fill="1F4E79"/>
          </w:tcPr>
          <w:p w14:paraId="0DFB263D" w14:textId="5848D275" w:rsidR="00EF2D22" w:rsidRPr="009F0F48" w:rsidRDefault="003A6C31">
            <w:pPr>
              <w:jc w:val="center"/>
              <w:rPr>
                <w:lang w:val="ky-KG"/>
              </w:rPr>
            </w:pPr>
            <w:r w:rsidRPr="009F0F48">
              <w:rPr>
                <w:b/>
                <w:color w:val="FFFFFF"/>
                <w:sz w:val="17"/>
                <w:lang w:val="ky-KG"/>
              </w:rPr>
              <w:t xml:space="preserve">Донор / </w:t>
            </w:r>
            <w:r w:rsidR="005C4F32" w:rsidRPr="009F0F48">
              <w:rPr>
                <w:b/>
                <w:color w:val="FFFFFF"/>
                <w:sz w:val="17"/>
                <w:lang w:val="ky-KG"/>
              </w:rPr>
              <w:t>өнөктөш</w:t>
            </w:r>
          </w:p>
        </w:tc>
        <w:tc>
          <w:tcPr>
            <w:tcW w:w="1701" w:type="dxa"/>
            <w:tcBorders>
              <w:top w:val="single" w:sz="6" w:space="0" w:color="A6A6A6"/>
              <w:left w:val="single" w:sz="6" w:space="0" w:color="A6A6A6"/>
              <w:bottom w:val="single" w:sz="6" w:space="0" w:color="A6A6A6"/>
              <w:right w:val="single" w:sz="6" w:space="0" w:color="A6A6A6"/>
            </w:tcBorders>
            <w:shd w:val="clear" w:color="auto" w:fill="1F4E79"/>
          </w:tcPr>
          <w:p w14:paraId="76F6ADA6" w14:textId="3D866FFD" w:rsidR="00EF2D22" w:rsidRPr="009F0F48" w:rsidRDefault="005C4F32">
            <w:pPr>
              <w:jc w:val="center"/>
              <w:rPr>
                <w:lang w:val="ky-KG"/>
              </w:rPr>
            </w:pPr>
            <w:r w:rsidRPr="009F0F48">
              <w:rPr>
                <w:b/>
                <w:color w:val="FFFFFF"/>
                <w:sz w:val="17"/>
                <w:lang w:val="ky-KG"/>
              </w:rPr>
              <w:t xml:space="preserve">Мезгил </w:t>
            </w:r>
          </w:p>
        </w:tc>
        <w:tc>
          <w:tcPr>
            <w:tcW w:w="1701" w:type="dxa"/>
            <w:tcBorders>
              <w:top w:val="single" w:sz="6" w:space="0" w:color="A6A6A6"/>
              <w:left w:val="single" w:sz="6" w:space="0" w:color="A6A6A6"/>
              <w:bottom w:val="single" w:sz="6" w:space="0" w:color="A6A6A6"/>
              <w:right w:val="single" w:sz="6" w:space="0" w:color="A6A6A6"/>
            </w:tcBorders>
            <w:shd w:val="clear" w:color="auto" w:fill="1F4E79"/>
          </w:tcPr>
          <w:p w14:paraId="7070C20C" w14:textId="77777777" w:rsidR="00EF2D22" w:rsidRPr="009F0F48" w:rsidRDefault="003A6C31">
            <w:pPr>
              <w:jc w:val="center"/>
              <w:rPr>
                <w:lang w:val="ky-KG"/>
              </w:rPr>
            </w:pPr>
            <w:r w:rsidRPr="009F0F48">
              <w:rPr>
                <w:b/>
                <w:color w:val="FFFFFF"/>
                <w:sz w:val="17"/>
                <w:lang w:val="ky-KG"/>
              </w:rPr>
              <w:t>Бюджет</w:t>
            </w:r>
          </w:p>
        </w:tc>
        <w:tc>
          <w:tcPr>
            <w:tcW w:w="1701" w:type="dxa"/>
            <w:tcBorders>
              <w:top w:val="single" w:sz="6" w:space="0" w:color="A6A6A6"/>
              <w:left w:val="single" w:sz="6" w:space="0" w:color="A6A6A6"/>
              <w:bottom w:val="single" w:sz="6" w:space="0" w:color="A6A6A6"/>
              <w:right w:val="single" w:sz="6" w:space="0" w:color="A6A6A6"/>
            </w:tcBorders>
            <w:shd w:val="clear" w:color="auto" w:fill="1F4E79"/>
          </w:tcPr>
          <w:p w14:paraId="30D1333B" w14:textId="0D3C224E" w:rsidR="00EF2D22" w:rsidRPr="009F0F48" w:rsidRDefault="005C4F32">
            <w:pPr>
              <w:jc w:val="center"/>
              <w:rPr>
                <w:lang w:val="ky-KG"/>
              </w:rPr>
            </w:pPr>
            <w:r w:rsidRPr="009F0F48">
              <w:rPr>
                <w:b/>
                <w:color w:val="FFFFFF"/>
                <w:sz w:val="17"/>
                <w:lang w:val="ky-KG"/>
              </w:rPr>
              <w:t>Кыскача жыйынтык</w:t>
            </w:r>
          </w:p>
        </w:tc>
      </w:tr>
      <w:tr w:rsidR="00EF2D22" w:rsidRPr="009F0F48" w14:paraId="6A475523" w14:textId="77777777">
        <w:trPr>
          <w:jc w:val="center"/>
        </w:trPr>
        <w:tc>
          <w:tcPr>
            <w:tcW w:w="1701" w:type="dxa"/>
            <w:tcBorders>
              <w:top w:val="single" w:sz="6" w:space="0" w:color="A6A6A6"/>
              <w:left w:val="single" w:sz="6" w:space="0" w:color="A6A6A6"/>
              <w:bottom w:val="single" w:sz="6" w:space="0" w:color="A6A6A6"/>
              <w:right w:val="single" w:sz="6" w:space="0" w:color="A6A6A6"/>
            </w:tcBorders>
          </w:tcPr>
          <w:p w14:paraId="7DB96C03" w14:textId="77777777" w:rsidR="00EF2D22" w:rsidRPr="009F0F48" w:rsidRDefault="00EF2D22">
            <w:pPr>
              <w:rPr>
                <w:lang w:val="ky-KG"/>
              </w:rPr>
            </w:pPr>
          </w:p>
          <w:p w14:paraId="4D71B1FD" w14:textId="77777777" w:rsidR="00EF2D22" w:rsidRPr="009F0F48" w:rsidRDefault="00EF2D22">
            <w:pPr>
              <w:rPr>
                <w:lang w:val="ky-KG"/>
              </w:rPr>
            </w:pPr>
          </w:p>
        </w:tc>
        <w:tc>
          <w:tcPr>
            <w:tcW w:w="1701" w:type="dxa"/>
            <w:tcBorders>
              <w:top w:val="single" w:sz="6" w:space="0" w:color="A6A6A6"/>
              <w:left w:val="single" w:sz="6" w:space="0" w:color="A6A6A6"/>
              <w:bottom w:val="single" w:sz="6" w:space="0" w:color="A6A6A6"/>
              <w:right w:val="single" w:sz="6" w:space="0" w:color="A6A6A6"/>
            </w:tcBorders>
          </w:tcPr>
          <w:p w14:paraId="1DC61D57" w14:textId="77777777" w:rsidR="00EF2D22" w:rsidRPr="009F0F48" w:rsidRDefault="00EF2D22">
            <w:pPr>
              <w:rPr>
                <w:lang w:val="ky-KG"/>
              </w:rPr>
            </w:pPr>
          </w:p>
          <w:p w14:paraId="546051B2" w14:textId="77777777" w:rsidR="00EF2D22" w:rsidRPr="009F0F48" w:rsidRDefault="00EF2D22">
            <w:pPr>
              <w:rPr>
                <w:lang w:val="ky-KG"/>
              </w:rPr>
            </w:pPr>
          </w:p>
        </w:tc>
        <w:tc>
          <w:tcPr>
            <w:tcW w:w="1701" w:type="dxa"/>
            <w:tcBorders>
              <w:top w:val="single" w:sz="6" w:space="0" w:color="A6A6A6"/>
              <w:left w:val="single" w:sz="6" w:space="0" w:color="A6A6A6"/>
              <w:bottom w:val="single" w:sz="6" w:space="0" w:color="A6A6A6"/>
              <w:right w:val="single" w:sz="6" w:space="0" w:color="A6A6A6"/>
            </w:tcBorders>
          </w:tcPr>
          <w:p w14:paraId="0E2AF142" w14:textId="77777777" w:rsidR="00EF2D22" w:rsidRPr="009F0F48" w:rsidRDefault="00EF2D22">
            <w:pPr>
              <w:rPr>
                <w:lang w:val="ky-KG"/>
              </w:rPr>
            </w:pPr>
          </w:p>
          <w:p w14:paraId="2076316B" w14:textId="77777777" w:rsidR="00EF2D22" w:rsidRPr="009F0F48" w:rsidRDefault="00EF2D22">
            <w:pPr>
              <w:rPr>
                <w:lang w:val="ky-KG"/>
              </w:rPr>
            </w:pPr>
          </w:p>
        </w:tc>
        <w:tc>
          <w:tcPr>
            <w:tcW w:w="1701" w:type="dxa"/>
            <w:tcBorders>
              <w:top w:val="single" w:sz="6" w:space="0" w:color="A6A6A6"/>
              <w:left w:val="single" w:sz="6" w:space="0" w:color="A6A6A6"/>
              <w:bottom w:val="single" w:sz="6" w:space="0" w:color="A6A6A6"/>
              <w:right w:val="single" w:sz="6" w:space="0" w:color="A6A6A6"/>
            </w:tcBorders>
          </w:tcPr>
          <w:p w14:paraId="71529170" w14:textId="77777777" w:rsidR="00EF2D22" w:rsidRPr="009F0F48" w:rsidRDefault="00EF2D22">
            <w:pPr>
              <w:rPr>
                <w:lang w:val="ky-KG"/>
              </w:rPr>
            </w:pPr>
          </w:p>
          <w:p w14:paraId="07A25F0A" w14:textId="77777777" w:rsidR="00EF2D22" w:rsidRPr="009F0F48" w:rsidRDefault="00EF2D22">
            <w:pPr>
              <w:rPr>
                <w:lang w:val="ky-KG"/>
              </w:rPr>
            </w:pPr>
          </w:p>
        </w:tc>
        <w:tc>
          <w:tcPr>
            <w:tcW w:w="1701" w:type="dxa"/>
            <w:tcBorders>
              <w:top w:val="single" w:sz="6" w:space="0" w:color="A6A6A6"/>
              <w:left w:val="single" w:sz="6" w:space="0" w:color="A6A6A6"/>
              <w:bottom w:val="single" w:sz="6" w:space="0" w:color="A6A6A6"/>
              <w:right w:val="single" w:sz="6" w:space="0" w:color="A6A6A6"/>
            </w:tcBorders>
          </w:tcPr>
          <w:p w14:paraId="7B24C517" w14:textId="77777777" w:rsidR="00EF2D22" w:rsidRPr="009F0F48" w:rsidRDefault="00EF2D22">
            <w:pPr>
              <w:rPr>
                <w:lang w:val="ky-KG"/>
              </w:rPr>
            </w:pPr>
          </w:p>
          <w:p w14:paraId="4CAA07FA" w14:textId="77777777" w:rsidR="00EF2D22" w:rsidRPr="009F0F48" w:rsidRDefault="00EF2D22">
            <w:pPr>
              <w:rPr>
                <w:lang w:val="ky-KG"/>
              </w:rPr>
            </w:pPr>
          </w:p>
        </w:tc>
        <w:tc>
          <w:tcPr>
            <w:tcW w:w="1701" w:type="dxa"/>
            <w:tcBorders>
              <w:top w:val="single" w:sz="6" w:space="0" w:color="A6A6A6"/>
              <w:left w:val="single" w:sz="6" w:space="0" w:color="A6A6A6"/>
              <w:bottom w:val="single" w:sz="6" w:space="0" w:color="A6A6A6"/>
              <w:right w:val="single" w:sz="6" w:space="0" w:color="A6A6A6"/>
            </w:tcBorders>
          </w:tcPr>
          <w:p w14:paraId="3200EF24" w14:textId="77777777" w:rsidR="00EF2D22" w:rsidRPr="009F0F48" w:rsidRDefault="00EF2D22">
            <w:pPr>
              <w:rPr>
                <w:lang w:val="ky-KG"/>
              </w:rPr>
            </w:pPr>
          </w:p>
          <w:p w14:paraId="68E31271" w14:textId="77777777" w:rsidR="00EF2D22" w:rsidRPr="009F0F48" w:rsidRDefault="00EF2D22">
            <w:pPr>
              <w:rPr>
                <w:lang w:val="ky-KG"/>
              </w:rPr>
            </w:pPr>
          </w:p>
        </w:tc>
      </w:tr>
      <w:tr w:rsidR="00EF2D22" w:rsidRPr="009F0F48" w14:paraId="5D4D3C47" w14:textId="77777777">
        <w:trPr>
          <w:jc w:val="center"/>
        </w:trPr>
        <w:tc>
          <w:tcPr>
            <w:tcW w:w="1701" w:type="dxa"/>
            <w:tcBorders>
              <w:top w:val="single" w:sz="6" w:space="0" w:color="A6A6A6"/>
              <w:left w:val="single" w:sz="6" w:space="0" w:color="A6A6A6"/>
              <w:bottom w:val="single" w:sz="6" w:space="0" w:color="A6A6A6"/>
              <w:right w:val="single" w:sz="6" w:space="0" w:color="A6A6A6"/>
            </w:tcBorders>
          </w:tcPr>
          <w:p w14:paraId="4D9A029F" w14:textId="77777777" w:rsidR="00EF2D22" w:rsidRPr="009F0F48" w:rsidRDefault="00EF2D22">
            <w:pPr>
              <w:rPr>
                <w:lang w:val="ky-KG"/>
              </w:rPr>
            </w:pPr>
          </w:p>
          <w:p w14:paraId="28635E9C" w14:textId="77777777" w:rsidR="00EF2D22" w:rsidRPr="009F0F48" w:rsidRDefault="00EF2D22">
            <w:pPr>
              <w:rPr>
                <w:lang w:val="ky-KG"/>
              </w:rPr>
            </w:pPr>
          </w:p>
        </w:tc>
        <w:tc>
          <w:tcPr>
            <w:tcW w:w="1701" w:type="dxa"/>
            <w:tcBorders>
              <w:top w:val="single" w:sz="6" w:space="0" w:color="A6A6A6"/>
              <w:left w:val="single" w:sz="6" w:space="0" w:color="A6A6A6"/>
              <w:bottom w:val="single" w:sz="6" w:space="0" w:color="A6A6A6"/>
              <w:right w:val="single" w:sz="6" w:space="0" w:color="A6A6A6"/>
            </w:tcBorders>
          </w:tcPr>
          <w:p w14:paraId="07316024" w14:textId="77777777" w:rsidR="00EF2D22" w:rsidRPr="009F0F48" w:rsidRDefault="00EF2D22">
            <w:pPr>
              <w:rPr>
                <w:lang w:val="ky-KG"/>
              </w:rPr>
            </w:pPr>
          </w:p>
          <w:p w14:paraId="0C41F3E9" w14:textId="77777777" w:rsidR="00EF2D22" w:rsidRPr="009F0F48" w:rsidRDefault="00EF2D22">
            <w:pPr>
              <w:rPr>
                <w:lang w:val="ky-KG"/>
              </w:rPr>
            </w:pPr>
          </w:p>
        </w:tc>
        <w:tc>
          <w:tcPr>
            <w:tcW w:w="1701" w:type="dxa"/>
            <w:tcBorders>
              <w:top w:val="single" w:sz="6" w:space="0" w:color="A6A6A6"/>
              <w:left w:val="single" w:sz="6" w:space="0" w:color="A6A6A6"/>
              <w:bottom w:val="single" w:sz="6" w:space="0" w:color="A6A6A6"/>
              <w:right w:val="single" w:sz="6" w:space="0" w:color="A6A6A6"/>
            </w:tcBorders>
          </w:tcPr>
          <w:p w14:paraId="5936F946" w14:textId="77777777" w:rsidR="00EF2D22" w:rsidRPr="009F0F48" w:rsidRDefault="00EF2D22">
            <w:pPr>
              <w:rPr>
                <w:lang w:val="ky-KG"/>
              </w:rPr>
            </w:pPr>
          </w:p>
          <w:p w14:paraId="2D05E525" w14:textId="77777777" w:rsidR="00EF2D22" w:rsidRPr="009F0F48" w:rsidRDefault="00EF2D22">
            <w:pPr>
              <w:rPr>
                <w:lang w:val="ky-KG"/>
              </w:rPr>
            </w:pPr>
          </w:p>
        </w:tc>
        <w:tc>
          <w:tcPr>
            <w:tcW w:w="1701" w:type="dxa"/>
            <w:tcBorders>
              <w:top w:val="single" w:sz="6" w:space="0" w:color="A6A6A6"/>
              <w:left w:val="single" w:sz="6" w:space="0" w:color="A6A6A6"/>
              <w:bottom w:val="single" w:sz="6" w:space="0" w:color="A6A6A6"/>
              <w:right w:val="single" w:sz="6" w:space="0" w:color="A6A6A6"/>
            </w:tcBorders>
          </w:tcPr>
          <w:p w14:paraId="563499CD" w14:textId="77777777" w:rsidR="00EF2D22" w:rsidRPr="009F0F48" w:rsidRDefault="00EF2D22">
            <w:pPr>
              <w:rPr>
                <w:lang w:val="ky-KG"/>
              </w:rPr>
            </w:pPr>
          </w:p>
          <w:p w14:paraId="3AFD33C0" w14:textId="77777777" w:rsidR="00EF2D22" w:rsidRPr="009F0F48" w:rsidRDefault="00EF2D22">
            <w:pPr>
              <w:rPr>
                <w:lang w:val="ky-KG"/>
              </w:rPr>
            </w:pPr>
          </w:p>
        </w:tc>
        <w:tc>
          <w:tcPr>
            <w:tcW w:w="1701" w:type="dxa"/>
            <w:tcBorders>
              <w:top w:val="single" w:sz="6" w:space="0" w:color="A6A6A6"/>
              <w:left w:val="single" w:sz="6" w:space="0" w:color="A6A6A6"/>
              <w:bottom w:val="single" w:sz="6" w:space="0" w:color="A6A6A6"/>
              <w:right w:val="single" w:sz="6" w:space="0" w:color="A6A6A6"/>
            </w:tcBorders>
          </w:tcPr>
          <w:p w14:paraId="1EB72445" w14:textId="77777777" w:rsidR="00EF2D22" w:rsidRPr="009F0F48" w:rsidRDefault="00EF2D22">
            <w:pPr>
              <w:rPr>
                <w:lang w:val="ky-KG"/>
              </w:rPr>
            </w:pPr>
          </w:p>
          <w:p w14:paraId="72F72489" w14:textId="77777777" w:rsidR="00EF2D22" w:rsidRPr="009F0F48" w:rsidRDefault="00EF2D22">
            <w:pPr>
              <w:rPr>
                <w:lang w:val="ky-KG"/>
              </w:rPr>
            </w:pPr>
          </w:p>
        </w:tc>
        <w:tc>
          <w:tcPr>
            <w:tcW w:w="1701" w:type="dxa"/>
            <w:tcBorders>
              <w:top w:val="single" w:sz="6" w:space="0" w:color="A6A6A6"/>
              <w:left w:val="single" w:sz="6" w:space="0" w:color="A6A6A6"/>
              <w:bottom w:val="single" w:sz="6" w:space="0" w:color="A6A6A6"/>
              <w:right w:val="single" w:sz="6" w:space="0" w:color="A6A6A6"/>
            </w:tcBorders>
          </w:tcPr>
          <w:p w14:paraId="0E4181D3" w14:textId="77777777" w:rsidR="00EF2D22" w:rsidRPr="009F0F48" w:rsidRDefault="00EF2D22">
            <w:pPr>
              <w:rPr>
                <w:lang w:val="ky-KG"/>
              </w:rPr>
            </w:pPr>
          </w:p>
          <w:p w14:paraId="021E3E6B" w14:textId="77777777" w:rsidR="00EF2D22" w:rsidRPr="009F0F48" w:rsidRDefault="00EF2D22">
            <w:pPr>
              <w:rPr>
                <w:lang w:val="ky-KG"/>
              </w:rPr>
            </w:pPr>
          </w:p>
        </w:tc>
      </w:tr>
      <w:tr w:rsidR="00EF2D22" w:rsidRPr="009F0F48" w14:paraId="34DAFF0C" w14:textId="77777777">
        <w:trPr>
          <w:jc w:val="center"/>
        </w:trPr>
        <w:tc>
          <w:tcPr>
            <w:tcW w:w="1701" w:type="dxa"/>
            <w:tcBorders>
              <w:top w:val="single" w:sz="6" w:space="0" w:color="A6A6A6"/>
              <w:left w:val="single" w:sz="6" w:space="0" w:color="A6A6A6"/>
              <w:bottom w:val="single" w:sz="6" w:space="0" w:color="A6A6A6"/>
              <w:right w:val="single" w:sz="6" w:space="0" w:color="A6A6A6"/>
            </w:tcBorders>
          </w:tcPr>
          <w:p w14:paraId="770E4C7B" w14:textId="77777777" w:rsidR="00EF2D22" w:rsidRPr="009F0F48" w:rsidRDefault="00EF2D22">
            <w:pPr>
              <w:rPr>
                <w:lang w:val="ky-KG"/>
              </w:rPr>
            </w:pPr>
          </w:p>
          <w:p w14:paraId="7A98EF9C" w14:textId="77777777" w:rsidR="00EF2D22" w:rsidRPr="009F0F48" w:rsidRDefault="00EF2D22">
            <w:pPr>
              <w:rPr>
                <w:lang w:val="ky-KG"/>
              </w:rPr>
            </w:pPr>
          </w:p>
        </w:tc>
        <w:tc>
          <w:tcPr>
            <w:tcW w:w="1701" w:type="dxa"/>
            <w:tcBorders>
              <w:top w:val="single" w:sz="6" w:space="0" w:color="A6A6A6"/>
              <w:left w:val="single" w:sz="6" w:space="0" w:color="A6A6A6"/>
              <w:bottom w:val="single" w:sz="6" w:space="0" w:color="A6A6A6"/>
              <w:right w:val="single" w:sz="6" w:space="0" w:color="A6A6A6"/>
            </w:tcBorders>
          </w:tcPr>
          <w:p w14:paraId="582D2749" w14:textId="77777777" w:rsidR="00EF2D22" w:rsidRPr="009F0F48" w:rsidRDefault="00EF2D22">
            <w:pPr>
              <w:rPr>
                <w:lang w:val="ky-KG"/>
              </w:rPr>
            </w:pPr>
          </w:p>
          <w:p w14:paraId="5748FFD9" w14:textId="77777777" w:rsidR="00EF2D22" w:rsidRPr="009F0F48" w:rsidRDefault="00EF2D22">
            <w:pPr>
              <w:rPr>
                <w:lang w:val="ky-KG"/>
              </w:rPr>
            </w:pPr>
          </w:p>
        </w:tc>
        <w:tc>
          <w:tcPr>
            <w:tcW w:w="1701" w:type="dxa"/>
            <w:tcBorders>
              <w:top w:val="single" w:sz="6" w:space="0" w:color="A6A6A6"/>
              <w:left w:val="single" w:sz="6" w:space="0" w:color="A6A6A6"/>
              <w:bottom w:val="single" w:sz="6" w:space="0" w:color="A6A6A6"/>
              <w:right w:val="single" w:sz="6" w:space="0" w:color="A6A6A6"/>
            </w:tcBorders>
          </w:tcPr>
          <w:p w14:paraId="268C09FD" w14:textId="77777777" w:rsidR="00EF2D22" w:rsidRPr="009F0F48" w:rsidRDefault="00EF2D22">
            <w:pPr>
              <w:rPr>
                <w:lang w:val="ky-KG"/>
              </w:rPr>
            </w:pPr>
          </w:p>
          <w:p w14:paraId="656806CD" w14:textId="77777777" w:rsidR="00EF2D22" w:rsidRPr="009F0F48" w:rsidRDefault="00EF2D22">
            <w:pPr>
              <w:rPr>
                <w:lang w:val="ky-KG"/>
              </w:rPr>
            </w:pPr>
          </w:p>
        </w:tc>
        <w:tc>
          <w:tcPr>
            <w:tcW w:w="1701" w:type="dxa"/>
            <w:tcBorders>
              <w:top w:val="single" w:sz="6" w:space="0" w:color="A6A6A6"/>
              <w:left w:val="single" w:sz="6" w:space="0" w:color="A6A6A6"/>
              <w:bottom w:val="single" w:sz="6" w:space="0" w:color="A6A6A6"/>
              <w:right w:val="single" w:sz="6" w:space="0" w:color="A6A6A6"/>
            </w:tcBorders>
          </w:tcPr>
          <w:p w14:paraId="62D9C2C8" w14:textId="77777777" w:rsidR="00EF2D22" w:rsidRPr="009F0F48" w:rsidRDefault="00EF2D22">
            <w:pPr>
              <w:rPr>
                <w:lang w:val="ky-KG"/>
              </w:rPr>
            </w:pPr>
          </w:p>
          <w:p w14:paraId="57126A77" w14:textId="77777777" w:rsidR="00EF2D22" w:rsidRPr="009F0F48" w:rsidRDefault="00EF2D22">
            <w:pPr>
              <w:rPr>
                <w:lang w:val="ky-KG"/>
              </w:rPr>
            </w:pPr>
          </w:p>
        </w:tc>
        <w:tc>
          <w:tcPr>
            <w:tcW w:w="1701" w:type="dxa"/>
            <w:tcBorders>
              <w:top w:val="single" w:sz="6" w:space="0" w:color="A6A6A6"/>
              <w:left w:val="single" w:sz="6" w:space="0" w:color="A6A6A6"/>
              <w:bottom w:val="single" w:sz="6" w:space="0" w:color="A6A6A6"/>
              <w:right w:val="single" w:sz="6" w:space="0" w:color="A6A6A6"/>
            </w:tcBorders>
          </w:tcPr>
          <w:p w14:paraId="788B4213" w14:textId="77777777" w:rsidR="00EF2D22" w:rsidRPr="009F0F48" w:rsidRDefault="00EF2D22">
            <w:pPr>
              <w:rPr>
                <w:lang w:val="ky-KG"/>
              </w:rPr>
            </w:pPr>
          </w:p>
          <w:p w14:paraId="1172D3DB" w14:textId="77777777" w:rsidR="00EF2D22" w:rsidRPr="009F0F48" w:rsidRDefault="00EF2D22">
            <w:pPr>
              <w:rPr>
                <w:lang w:val="ky-KG"/>
              </w:rPr>
            </w:pPr>
          </w:p>
        </w:tc>
        <w:tc>
          <w:tcPr>
            <w:tcW w:w="1701" w:type="dxa"/>
            <w:tcBorders>
              <w:top w:val="single" w:sz="6" w:space="0" w:color="A6A6A6"/>
              <w:left w:val="single" w:sz="6" w:space="0" w:color="A6A6A6"/>
              <w:bottom w:val="single" w:sz="6" w:space="0" w:color="A6A6A6"/>
              <w:right w:val="single" w:sz="6" w:space="0" w:color="A6A6A6"/>
            </w:tcBorders>
          </w:tcPr>
          <w:p w14:paraId="7D364342" w14:textId="77777777" w:rsidR="00EF2D22" w:rsidRPr="009F0F48" w:rsidRDefault="00EF2D22">
            <w:pPr>
              <w:rPr>
                <w:lang w:val="ky-KG"/>
              </w:rPr>
            </w:pPr>
          </w:p>
          <w:p w14:paraId="25BF3EDA" w14:textId="77777777" w:rsidR="00EF2D22" w:rsidRPr="009F0F48" w:rsidRDefault="00EF2D22">
            <w:pPr>
              <w:rPr>
                <w:lang w:val="ky-KG"/>
              </w:rPr>
            </w:pPr>
          </w:p>
        </w:tc>
      </w:tr>
    </w:tbl>
    <w:p w14:paraId="50773EA2" w14:textId="337221F4" w:rsidR="00EF2D22" w:rsidRPr="009F0F48" w:rsidRDefault="003A6C31">
      <w:pPr>
        <w:pStyle w:val="1"/>
        <w:spacing w:before="200" w:after="80" w:line="240" w:lineRule="auto"/>
        <w:rPr>
          <w:lang w:val="ky-KG"/>
        </w:rPr>
      </w:pPr>
      <w:r w:rsidRPr="009F0F48">
        <w:rPr>
          <w:rFonts w:ascii="Arial" w:eastAsia="Arial" w:hAnsi="Arial"/>
          <w:color w:val="1F4E79"/>
          <w:sz w:val="26"/>
          <w:lang w:val="ky-KG"/>
        </w:rPr>
        <w:t>6</w:t>
      </w:r>
      <w:r w:rsidR="005C4F32" w:rsidRPr="009F0F48">
        <w:rPr>
          <w:rFonts w:ascii="Arial" w:eastAsia="Arial" w:hAnsi="Arial"/>
          <w:color w:val="1F4E79"/>
          <w:sz w:val="26"/>
          <w:lang w:val="ky-KG"/>
        </w:rPr>
        <w:t>-БӨЛҮМ</w:t>
      </w:r>
      <w:r w:rsidRPr="009F0F48">
        <w:rPr>
          <w:rFonts w:ascii="Arial" w:eastAsia="Arial" w:hAnsi="Arial"/>
          <w:color w:val="1F4E79"/>
          <w:sz w:val="26"/>
          <w:lang w:val="ky-KG"/>
        </w:rPr>
        <w:t xml:space="preserve">. </w:t>
      </w:r>
      <w:r w:rsidR="005C4F32" w:rsidRPr="009F0F48">
        <w:rPr>
          <w:rFonts w:ascii="Arial" w:eastAsia="Arial" w:hAnsi="Arial"/>
          <w:color w:val="1F4E79"/>
          <w:sz w:val="26"/>
          <w:lang w:val="ky-KG"/>
        </w:rPr>
        <w:t>Максаттуу топтор жана калк үчүн пайдасы</w:t>
      </w:r>
    </w:p>
    <w:tbl>
      <w:tblPr>
        <w:tblW w:w="0" w:type="auto"/>
        <w:jc w:val="center"/>
        <w:tblLayout w:type="fixed"/>
        <w:tblLook w:val="04A0" w:firstRow="1" w:lastRow="0" w:firstColumn="1" w:lastColumn="0" w:noHBand="0" w:noVBand="1"/>
      </w:tblPr>
      <w:tblGrid>
        <w:gridCol w:w="2948"/>
        <w:gridCol w:w="6236"/>
      </w:tblGrid>
      <w:tr w:rsidR="00EF2D22" w:rsidRPr="00772E4C" w14:paraId="424A4957" w14:textId="77777777">
        <w:trPr>
          <w:jc w:val="center"/>
        </w:trPr>
        <w:tc>
          <w:tcPr>
            <w:tcW w:w="2948" w:type="dxa"/>
            <w:tcBorders>
              <w:top w:val="single" w:sz="6" w:space="0" w:color="A6A6A6"/>
              <w:left w:val="single" w:sz="6" w:space="0" w:color="A6A6A6"/>
              <w:bottom w:val="single" w:sz="6" w:space="0" w:color="A6A6A6"/>
              <w:right w:val="single" w:sz="6" w:space="0" w:color="A6A6A6"/>
            </w:tcBorders>
            <w:shd w:val="clear" w:color="auto" w:fill="D9EAF7"/>
          </w:tcPr>
          <w:p w14:paraId="09AAAD70" w14:textId="43AE07D1" w:rsidR="00EF2D22" w:rsidRPr="009F0F48" w:rsidRDefault="005C4F32">
            <w:pPr>
              <w:rPr>
                <w:lang w:val="ky-KG"/>
              </w:rPr>
            </w:pPr>
            <w:r w:rsidRPr="009F0F48">
              <w:rPr>
                <w:b/>
                <w:sz w:val="18"/>
                <w:lang w:val="ky-KG"/>
              </w:rPr>
              <w:t>Долбоордон пайданы ким көрөт</w:t>
            </w:r>
            <w:r w:rsidR="003A6C31" w:rsidRPr="009F0F48">
              <w:rPr>
                <w:b/>
                <w:sz w:val="18"/>
                <w:lang w:val="ky-KG"/>
              </w:rPr>
              <w:t>?</w:t>
            </w:r>
          </w:p>
        </w:tc>
        <w:tc>
          <w:tcPr>
            <w:tcW w:w="6236" w:type="dxa"/>
            <w:tcBorders>
              <w:top w:val="single" w:sz="6" w:space="0" w:color="A6A6A6"/>
              <w:left w:val="single" w:sz="6" w:space="0" w:color="A6A6A6"/>
              <w:bottom w:val="single" w:sz="6" w:space="0" w:color="A6A6A6"/>
              <w:right w:val="single" w:sz="6" w:space="0" w:color="A6A6A6"/>
            </w:tcBorders>
          </w:tcPr>
          <w:p w14:paraId="73CC5A55" w14:textId="37B087E3" w:rsidR="00EF2D22" w:rsidRPr="009F0F48" w:rsidRDefault="005C4F32">
            <w:pPr>
              <w:rPr>
                <w:lang w:val="ky-KG"/>
              </w:rPr>
            </w:pPr>
            <w:r w:rsidRPr="009F0F48">
              <w:rPr>
                <w:i/>
                <w:color w:val="666666"/>
                <w:sz w:val="17"/>
                <w:lang w:val="ky-KG"/>
              </w:rPr>
              <w:t>Түз жана кыйыр бенефициарларды көрсөтүңүз: жашоочулар, объектти колдонуучулар, аялдар, жаштар, карылар, майыптар, муниципалдык кызматтар жана башка топтор</w:t>
            </w:r>
            <w:r w:rsidR="003A6C31" w:rsidRPr="009F0F48">
              <w:rPr>
                <w:i/>
                <w:color w:val="666666"/>
                <w:sz w:val="17"/>
                <w:lang w:val="ky-KG"/>
              </w:rPr>
              <w:t>.</w:t>
            </w:r>
          </w:p>
          <w:p w14:paraId="01B25503" w14:textId="77777777" w:rsidR="00EF2D22" w:rsidRPr="009F0F48" w:rsidRDefault="00EF2D22">
            <w:pPr>
              <w:rPr>
                <w:lang w:val="ky-KG"/>
              </w:rPr>
            </w:pPr>
          </w:p>
          <w:p w14:paraId="3173F762" w14:textId="77777777" w:rsidR="00EF2D22" w:rsidRPr="009F0F48" w:rsidRDefault="00EF2D22">
            <w:pPr>
              <w:rPr>
                <w:lang w:val="ky-KG"/>
              </w:rPr>
            </w:pPr>
          </w:p>
          <w:p w14:paraId="48E63349" w14:textId="77777777" w:rsidR="00EF2D22" w:rsidRPr="009F0F48" w:rsidRDefault="00EF2D22">
            <w:pPr>
              <w:rPr>
                <w:lang w:val="ky-KG"/>
              </w:rPr>
            </w:pPr>
          </w:p>
        </w:tc>
      </w:tr>
      <w:tr w:rsidR="00EF2D22" w:rsidRPr="00772E4C" w14:paraId="5A748C66" w14:textId="77777777">
        <w:trPr>
          <w:jc w:val="center"/>
        </w:trPr>
        <w:tc>
          <w:tcPr>
            <w:tcW w:w="2948" w:type="dxa"/>
            <w:tcBorders>
              <w:top w:val="single" w:sz="6" w:space="0" w:color="A6A6A6"/>
              <w:left w:val="single" w:sz="6" w:space="0" w:color="A6A6A6"/>
              <w:bottom w:val="single" w:sz="6" w:space="0" w:color="A6A6A6"/>
              <w:right w:val="single" w:sz="6" w:space="0" w:color="A6A6A6"/>
            </w:tcBorders>
            <w:shd w:val="clear" w:color="auto" w:fill="D9EAF7"/>
          </w:tcPr>
          <w:p w14:paraId="5E741858" w14:textId="51CF66E6" w:rsidR="00EF2D22" w:rsidRPr="009F0F48" w:rsidRDefault="005C4F32">
            <w:pPr>
              <w:rPr>
                <w:lang w:val="ky-KG"/>
              </w:rPr>
            </w:pPr>
            <w:r w:rsidRPr="009F0F48">
              <w:rPr>
                <w:b/>
                <w:sz w:val="18"/>
                <w:lang w:val="ky-KG"/>
              </w:rPr>
              <w:t xml:space="preserve">Аялуу топтордун муктаждыктарын эсепке алуу   </w:t>
            </w:r>
          </w:p>
        </w:tc>
        <w:tc>
          <w:tcPr>
            <w:tcW w:w="6236" w:type="dxa"/>
            <w:tcBorders>
              <w:top w:val="single" w:sz="6" w:space="0" w:color="A6A6A6"/>
              <w:left w:val="single" w:sz="6" w:space="0" w:color="A6A6A6"/>
              <w:bottom w:val="single" w:sz="6" w:space="0" w:color="A6A6A6"/>
              <w:right w:val="single" w:sz="6" w:space="0" w:color="A6A6A6"/>
            </w:tcBorders>
          </w:tcPr>
          <w:p w14:paraId="26D6BDB0" w14:textId="08CA2417" w:rsidR="00EF2D22" w:rsidRPr="009F0F48" w:rsidRDefault="005C4F32">
            <w:pPr>
              <w:rPr>
                <w:lang w:val="ky-KG"/>
              </w:rPr>
            </w:pPr>
            <w:r w:rsidRPr="009F0F48">
              <w:rPr>
                <w:i/>
                <w:color w:val="666666"/>
                <w:sz w:val="17"/>
                <w:lang w:val="ky-KG"/>
              </w:rPr>
              <w:t>Долбоор аялдардын, жаштардын, карылардын, майыптардын жана башка аялуу топтордун муктаждыктарын чечүү жолдорун сүрөттөңүз</w:t>
            </w:r>
            <w:r w:rsidR="003A6C31" w:rsidRPr="009F0F48">
              <w:rPr>
                <w:i/>
                <w:color w:val="666666"/>
                <w:sz w:val="17"/>
                <w:lang w:val="ky-KG"/>
              </w:rPr>
              <w:t>.</w:t>
            </w:r>
          </w:p>
          <w:p w14:paraId="1737DAFD" w14:textId="77777777" w:rsidR="00EF2D22" w:rsidRPr="009F0F48" w:rsidRDefault="00EF2D22">
            <w:pPr>
              <w:rPr>
                <w:lang w:val="ky-KG"/>
              </w:rPr>
            </w:pPr>
          </w:p>
          <w:p w14:paraId="54D8CB6A" w14:textId="77777777" w:rsidR="00EF2D22" w:rsidRPr="009F0F48" w:rsidRDefault="00EF2D22">
            <w:pPr>
              <w:rPr>
                <w:lang w:val="ky-KG"/>
              </w:rPr>
            </w:pPr>
          </w:p>
          <w:p w14:paraId="1C00817E" w14:textId="77777777" w:rsidR="00EF2D22" w:rsidRPr="009F0F48" w:rsidRDefault="00EF2D22">
            <w:pPr>
              <w:rPr>
                <w:lang w:val="ky-KG"/>
              </w:rPr>
            </w:pPr>
          </w:p>
        </w:tc>
      </w:tr>
    </w:tbl>
    <w:p w14:paraId="443B05CA" w14:textId="4BEFD3CE" w:rsidR="00EF2D22" w:rsidRPr="009F0F48" w:rsidRDefault="003A6C31">
      <w:pPr>
        <w:pStyle w:val="1"/>
        <w:spacing w:before="200" w:after="80" w:line="240" w:lineRule="auto"/>
        <w:rPr>
          <w:lang w:val="ky-KG"/>
        </w:rPr>
      </w:pPr>
      <w:r w:rsidRPr="009F0F48">
        <w:rPr>
          <w:rFonts w:ascii="Arial" w:eastAsia="Arial" w:hAnsi="Arial"/>
          <w:color w:val="1F4E79"/>
          <w:sz w:val="26"/>
          <w:lang w:val="ky-KG"/>
        </w:rPr>
        <w:t>7</w:t>
      </w:r>
      <w:r w:rsidR="005C4F32" w:rsidRPr="009F0F48">
        <w:rPr>
          <w:rFonts w:ascii="Arial" w:eastAsia="Arial" w:hAnsi="Arial"/>
          <w:color w:val="1F4E79"/>
          <w:sz w:val="26"/>
          <w:lang w:val="ky-KG"/>
        </w:rPr>
        <w:t>-БӨЛҮМ</w:t>
      </w:r>
      <w:r w:rsidRPr="009F0F48">
        <w:rPr>
          <w:rFonts w:ascii="Arial" w:eastAsia="Arial" w:hAnsi="Arial"/>
          <w:color w:val="1F4E79"/>
          <w:sz w:val="26"/>
          <w:lang w:val="ky-KG"/>
        </w:rPr>
        <w:t xml:space="preserve">. </w:t>
      </w:r>
      <w:r w:rsidR="005C4F32" w:rsidRPr="009F0F48">
        <w:rPr>
          <w:rFonts w:ascii="Arial" w:eastAsia="Arial" w:hAnsi="Arial"/>
          <w:color w:val="1F4E79"/>
          <w:sz w:val="26"/>
          <w:lang w:val="ky-KG"/>
        </w:rPr>
        <w:t xml:space="preserve">Күтүлүүчү натыйжалар жана иш-чаралар  </w:t>
      </w:r>
    </w:p>
    <w:p w14:paraId="2759DCF8" w14:textId="5C5101A3" w:rsidR="00EF2D22" w:rsidRPr="009F0F48" w:rsidRDefault="005C4F32">
      <w:pPr>
        <w:spacing w:after="80" w:line="240" w:lineRule="auto"/>
        <w:rPr>
          <w:lang w:val="ky-KG"/>
        </w:rPr>
      </w:pPr>
      <w:r w:rsidRPr="009F0F48">
        <w:rPr>
          <w:i/>
          <w:color w:val="5A5A5A"/>
          <w:sz w:val="17"/>
          <w:lang w:val="ky-KG"/>
        </w:rPr>
        <w:t>Натыйжалар конкреттүү жана өлчөнүүчү болушу керек. Иш-чаралар техникалык чечимге, календардык планга жана бюджетке ылайык келүүгө тийиш</w:t>
      </w:r>
      <w:r w:rsidR="003A6C31" w:rsidRPr="009F0F48">
        <w:rPr>
          <w:i/>
          <w:color w:val="5A5A5A"/>
          <w:sz w:val="17"/>
          <w:lang w:val="ky-KG"/>
        </w:rPr>
        <w:t>.</w:t>
      </w:r>
    </w:p>
    <w:tbl>
      <w:tblPr>
        <w:tblW w:w="0" w:type="auto"/>
        <w:jc w:val="center"/>
        <w:tblLook w:val="04A0" w:firstRow="1" w:lastRow="0" w:firstColumn="1" w:lastColumn="0" w:noHBand="0" w:noVBand="1"/>
      </w:tblPr>
      <w:tblGrid>
        <w:gridCol w:w="2547"/>
        <w:gridCol w:w="2547"/>
        <w:gridCol w:w="2548"/>
        <w:gridCol w:w="2548"/>
      </w:tblGrid>
      <w:tr w:rsidR="00EF2D22" w:rsidRPr="009F0F48" w14:paraId="691E0AD1" w14:textId="77777777">
        <w:trPr>
          <w:jc w:val="center"/>
        </w:trPr>
        <w:tc>
          <w:tcPr>
            <w:tcW w:w="2551" w:type="dxa"/>
            <w:tcBorders>
              <w:top w:val="single" w:sz="6" w:space="0" w:color="A6A6A6"/>
              <w:left w:val="single" w:sz="6" w:space="0" w:color="A6A6A6"/>
              <w:bottom w:val="single" w:sz="6" w:space="0" w:color="A6A6A6"/>
              <w:right w:val="single" w:sz="6" w:space="0" w:color="A6A6A6"/>
            </w:tcBorders>
            <w:shd w:val="clear" w:color="auto" w:fill="1F4E79"/>
          </w:tcPr>
          <w:p w14:paraId="3D7ECD9E" w14:textId="33FEAA22" w:rsidR="00EF2D22" w:rsidRPr="009F0F48" w:rsidRDefault="005C4F32">
            <w:pPr>
              <w:jc w:val="center"/>
              <w:rPr>
                <w:lang w:val="ky-KG"/>
              </w:rPr>
            </w:pPr>
            <w:r w:rsidRPr="009F0F48">
              <w:rPr>
                <w:b/>
                <w:color w:val="FFFFFF"/>
                <w:sz w:val="17"/>
                <w:lang w:val="ky-KG"/>
              </w:rPr>
              <w:t>Күтүлүүчү натыйжа</w:t>
            </w:r>
          </w:p>
        </w:tc>
        <w:tc>
          <w:tcPr>
            <w:tcW w:w="2551" w:type="dxa"/>
            <w:tcBorders>
              <w:top w:val="single" w:sz="6" w:space="0" w:color="A6A6A6"/>
              <w:left w:val="single" w:sz="6" w:space="0" w:color="A6A6A6"/>
              <w:bottom w:val="single" w:sz="6" w:space="0" w:color="A6A6A6"/>
              <w:right w:val="single" w:sz="6" w:space="0" w:color="A6A6A6"/>
            </w:tcBorders>
            <w:shd w:val="clear" w:color="auto" w:fill="1F4E79"/>
          </w:tcPr>
          <w:p w14:paraId="44A2F0BA" w14:textId="5D100432" w:rsidR="00EF2D22" w:rsidRPr="009F0F48" w:rsidRDefault="005C4F32">
            <w:pPr>
              <w:jc w:val="center"/>
              <w:rPr>
                <w:lang w:val="ky-KG"/>
              </w:rPr>
            </w:pPr>
            <w:r w:rsidRPr="009F0F48">
              <w:rPr>
                <w:b/>
                <w:color w:val="FFFFFF"/>
                <w:sz w:val="17"/>
                <w:lang w:val="ky-KG"/>
              </w:rPr>
              <w:t>Негизги иш-чаралар</w:t>
            </w:r>
          </w:p>
        </w:tc>
        <w:tc>
          <w:tcPr>
            <w:tcW w:w="2551" w:type="dxa"/>
            <w:tcBorders>
              <w:top w:val="single" w:sz="6" w:space="0" w:color="A6A6A6"/>
              <w:left w:val="single" w:sz="6" w:space="0" w:color="A6A6A6"/>
              <w:bottom w:val="single" w:sz="6" w:space="0" w:color="A6A6A6"/>
              <w:right w:val="single" w:sz="6" w:space="0" w:color="A6A6A6"/>
            </w:tcBorders>
            <w:shd w:val="clear" w:color="auto" w:fill="1F4E79"/>
          </w:tcPr>
          <w:p w14:paraId="39F9F09A" w14:textId="5555E1AB" w:rsidR="00EF2D22" w:rsidRPr="009F0F48" w:rsidRDefault="005C4F32">
            <w:pPr>
              <w:jc w:val="center"/>
              <w:rPr>
                <w:lang w:val="ky-KG"/>
              </w:rPr>
            </w:pPr>
            <w:r w:rsidRPr="009F0F48">
              <w:rPr>
                <w:b/>
                <w:color w:val="FFFFFF"/>
                <w:sz w:val="17"/>
                <w:lang w:val="ky-KG"/>
              </w:rPr>
              <w:t>Аткаруунун индикатору</w:t>
            </w:r>
          </w:p>
        </w:tc>
        <w:tc>
          <w:tcPr>
            <w:tcW w:w="2551" w:type="dxa"/>
            <w:tcBorders>
              <w:top w:val="single" w:sz="6" w:space="0" w:color="A6A6A6"/>
              <w:left w:val="single" w:sz="6" w:space="0" w:color="A6A6A6"/>
              <w:bottom w:val="single" w:sz="6" w:space="0" w:color="A6A6A6"/>
              <w:right w:val="single" w:sz="6" w:space="0" w:color="A6A6A6"/>
            </w:tcBorders>
            <w:shd w:val="clear" w:color="auto" w:fill="1F4E79"/>
          </w:tcPr>
          <w:p w14:paraId="44902667" w14:textId="33DEECB0" w:rsidR="00EF2D22" w:rsidRPr="009F0F48" w:rsidRDefault="005C4F32">
            <w:pPr>
              <w:jc w:val="center"/>
              <w:rPr>
                <w:lang w:val="ky-KG"/>
              </w:rPr>
            </w:pPr>
            <w:r w:rsidRPr="009F0F48">
              <w:rPr>
                <w:b/>
                <w:color w:val="FFFFFF"/>
                <w:sz w:val="17"/>
                <w:lang w:val="ky-KG"/>
              </w:rPr>
              <w:t>Ырастоочу документтер/</w:t>
            </w:r>
            <w:r w:rsidR="00C2304C" w:rsidRPr="009F0F48">
              <w:rPr>
                <w:b/>
                <w:color w:val="FFFFFF"/>
                <w:sz w:val="17"/>
                <w:lang w:val="ky-KG"/>
              </w:rPr>
              <w:t xml:space="preserve">                       </w:t>
            </w:r>
            <w:r w:rsidRPr="009F0F48">
              <w:rPr>
                <w:b/>
                <w:color w:val="FFFFFF"/>
                <w:sz w:val="17"/>
                <w:lang w:val="ky-KG"/>
              </w:rPr>
              <w:t xml:space="preserve">текшерүү булагы  </w:t>
            </w:r>
          </w:p>
        </w:tc>
      </w:tr>
      <w:tr w:rsidR="00EF2D22" w:rsidRPr="009F0F48" w14:paraId="426E48FC" w14:textId="77777777">
        <w:trPr>
          <w:jc w:val="center"/>
        </w:trPr>
        <w:tc>
          <w:tcPr>
            <w:tcW w:w="2551" w:type="dxa"/>
            <w:tcBorders>
              <w:top w:val="single" w:sz="6" w:space="0" w:color="A6A6A6"/>
              <w:left w:val="single" w:sz="6" w:space="0" w:color="A6A6A6"/>
              <w:bottom w:val="single" w:sz="6" w:space="0" w:color="A6A6A6"/>
              <w:right w:val="single" w:sz="6" w:space="0" w:color="A6A6A6"/>
            </w:tcBorders>
          </w:tcPr>
          <w:p w14:paraId="4091E61E" w14:textId="77777777" w:rsidR="00EF2D22" w:rsidRPr="009F0F48" w:rsidRDefault="00EF2D22">
            <w:pPr>
              <w:rPr>
                <w:lang w:val="ky-KG"/>
              </w:rPr>
            </w:pPr>
          </w:p>
          <w:p w14:paraId="3835DFD8" w14:textId="77777777" w:rsidR="00EF2D22" w:rsidRPr="009F0F48" w:rsidRDefault="00EF2D22">
            <w:pPr>
              <w:rPr>
                <w:lang w:val="ky-KG"/>
              </w:rPr>
            </w:pPr>
          </w:p>
        </w:tc>
        <w:tc>
          <w:tcPr>
            <w:tcW w:w="2551" w:type="dxa"/>
            <w:tcBorders>
              <w:top w:val="single" w:sz="6" w:space="0" w:color="A6A6A6"/>
              <w:left w:val="single" w:sz="6" w:space="0" w:color="A6A6A6"/>
              <w:bottom w:val="single" w:sz="6" w:space="0" w:color="A6A6A6"/>
              <w:right w:val="single" w:sz="6" w:space="0" w:color="A6A6A6"/>
            </w:tcBorders>
          </w:tcPr>
          <w:p w14:paraId="05D93E3C" w14:textId="77777777" w:rsidR="00EF2D22" w:rsidRPr="009F0F48" w:rsidRDefault="00EF2D22">
            <w:pPr>
              <w:rPr>
                <w:lang w:val="ky-KG"/>
              </w:rPr>
            </w:pPr>
          </w:p>
          <w:p w14:paraId="7A353253" w14:textId="77777777" w:rsidR="00EF2D22" w:rsidRPr="009F0F48" w:rsidRDefault="00EF2D22">
            <w:pPr>
              <w:rPr>
                <w:lang w:val="ky-KG"/>
              </w:rPr>
            </w:pPr>
          </w:p>
        </w:tc>
        <w:tc>
          <w:tcPr>
            <w:tcW w:w="2551" w:type="dxa"/>
            <w:tcBorders>
              <w:top w:val="single" w:sz="6" w:space="0" w:color="A6A6A6"/>
              <w:left w:val="single" w:sz="6" w:space="0" w:color="A6A6A6"/>
              <w:bottom w:val="single" w:sz="6" w:space="0" w:color="A6A6A6"/>
              <w:right w:val="single" w:sz="6" w:space="0" w:color="A6A6A6"/>
            </w:tcBorders>
          </w:tcPr>
          <w:p w14:paraId="65D892A3" w14:textId="77777777" w:rsidR="00EF2D22" w:rsidRPr="009F0F48" w:rsidRDefault="00EF2D22">
            <w:pPr>
              <w:rPr>
                <w:lang w:val="ky-KG"/>
              </w:rPr>
            </w:pPr>
          </w:p>
          <w:p w14:paraId="407E540D" w14:textId="77777777" w:rsidR="00EF2D22" w:rsidRPr="009F0F48" w:rsidRDefault="00EF2D22">
            <w:pPr>
              <w:rPr>
                <w:lang w:val="ky-KG"/>
              </w:rPr>
            </w:pPr>
          </w:p>
        </w:tc>
        <w:tc>
          <w:tcPr>
            <w:tcW w:w="2551" w:type="dxa"/>
            <w:tcBorders>
              <w:top w:val="single" w:sz="6" w:space="0" w:color="A6A6A6"/>
              <w:left w:val="single" w:sz="6" w:space="0" w:color="A6A6A6"/>
              <w:bottom w:val="single" w:sz="6" w:space="0" w:color="A6A6A6"/>
              <w:right w:val="single" w:sz="6" w:space="0" w:color="A6A6A6"/>
            </w:tcBorders>
          </w:tcPr>
          <w:p w14:paraId="496B5296" w14:textId="77777777" w:rsidR="00EF2D22" w:rsidRPr="009F0F48" w:rsidRDefault="00EF2D22">
            <w:pPr>
              <w:rPr>
                <w:lang w:val="ky-KG"/>
              </w:rPr>
            </w:pPr>
          </w:p>
          <w:p w14:paraId="354C127E" w14:textId="77777777" w:rsidR="00EF2D22" w:rsidRPr="009F0F48" w:rsidRDefault="00EF2D22">
            <w:pPr>
              <w:rPr>
                <w:lang w:val="ky-KG"/>
              </w:rPr>
            </w:pPr>
          </w:p>
        </w:tc>
      </w:tr>
      <w:tr w:rsidR="00EF2D22" w:rsidRPr="009F0F48" w14:paraId="0D6D7BBC" w14:textId="77777777">
        <w:trPr>
          <w:jc w:val="center"/>
        </w:trPr>
        <w:tc>
          <w:tcPr>
            <w:tcW w:w="2551" w:type="dxa"/>
            <w:tcBorders>
              <w:top w:val="single" w:sz="6" w:space="0" w:color="A6A6A6"/>
              <w:left w:val="single" w:sz="6" w:space="0" w:color="A6A6A6"/>
              <w:bottom w:val="single" w:sz="6" w:space="0" w:color="A6A6A6"/>
              <w:right w:val="single" w:sz="6" w:space="0" w:color="A6A6A6"/>
            </w:tcBorders>
          </w:tcPr>
          <w:p w14:paraId="1BF2C3E4" w14:textId="77777777" w:rsidR="00EF2D22" w:rsidRPr="009F0F48" w:rsidRDefault="00EF2D22">
            <w:pPr>
              <w:rPr>
                <w:lang w:val="ky-KG"/>
              </w:rPr>
            </w:pPr>
          </w:p>
          <w:p w14:paraId="4B51BB39" w14:textId="77777777" w:rsidR="00EF2D22" w:rsidRPr="009F0F48" w:rsidRDefault="00EF2D22">
            <w:pPr>
              <w:rPr>
                <w:lang w:val="ky-KG"/>
              </w:rPr>
            </w:pPr>
          </w:p>
        </w:tc>
        <w:tc>
          <w:tcPr>
            <w:tcW w:w="2551" w:type="dxa"/>
            <w:tcBorders>
              <w:top w:val="single" w:sz="6" w:space="0" w:color="A6A6A6"/>
              <w:left w:val="single" w:sz="6" w:space="0" w:color="A6A6A6"/>
              <w:bottom w:val="single" w:sz="6" w:space="0" w:color="A6A6A6"/>
              <w:right w:val="single" w:sz="6" w:space="0" w:color="A6A6A6"/>
            </w:tcBorders>
          </w:tcPr>
          <w:p w14:paraId="198858CB" w14:textId="77777777" w:rsidR="00EF2D22" w:rsidRPr="009F0F48" w:rsidRDefault="00EF2D22">
            <w:pPr>
              <w:rPr>
                <w:lang w:val="ky-KG"/>
              </w:rPr>
            </w:pPr>
          </w:p>
          <w:p w14:paraId="1EC32A7B" w14:textId="77777777" w:rsidR="00EF2D22" w:rsidRPr="009F0F48" w:rsidRDefault="00EF2D22">
            <w:pPr>
              <w:rPr>
                <w:lang w:val="ky-KG"/>
              </w:rPr>
            </w:pPr>
          </w:p>
        </w:tc>
        <w:tc>
          <w:tcPr>
            <w:tcW w:w="2551" w:type="dxa"/>
            <w:tcBorders>
              <w:top w:val="single" w:sz="6" w:space="0" w:color="A6A6A6"/>
              <w:left w:val="single" w:sz="6" w:space="0" w:color="A6A6A6"/>
              <w:bottom w:val="single" w:sz="6" w:space="0" w:color="A6A6A6"/>
              <w:right w:val="single" w:sz="6" w:space="0" w:color="A6A6A6"/>
            </w:tcBorders>
          </w:tcPr>
          <w:p w14:paraId="40417624" w14:textId="77777777" w:rsidR="00EF2D22" w:rsidRPr="009F0F48" w:rsidRDefault="00EF2D22">
            <w:pPr>
              <w:rPr>
                <w:lang w:val="ky-KG"/>
              </w:rPr>
            </w:pPr>
          </w:p>
          <w:p w14:paraId="2A5E2B88" w14:textId="77777777" w:rsidR="00EF2D22" w:rsidRPr="009F0F48" w:rsidRDefault="00EF2D22">
            <w:pPr>
              <w:rPr>
                <w:lang w:val="ky-KG"/>
              </w:rPr>
            </w:pPr>
          </w:p>
        </w:tc>
        <w:tc>
          <w:tcPr>
            <w:tcW w:w="2551" w:type="dxa"/>
            <w:tcBorders>
              <w:top w:val="single" w:sz="6" w:space="0" w:color="A6A6A6"/>
              <w:left w:val="single" w:sz="6" w:space="0" w:color="A6A6A6"/>
              <w:bottom w:val="single" w:sz="6" w:space="0" w:color="A6A6A6"/>
              <w:right w:val="single" w:sz="6" w:space="0" w:color="A6A6A6"/>
            </w:tcBorders>
          </w:tcPr>
          <w:p w14:paraId="79B8BBD2" w14:textId="77777777" w:rsidR="00EF2D22" w:rsidRPr="009F0F48" w:rsidRDefault="00EF2D22">
            <w:pPr>
              <w:rPr>
                <w:lang w:val="ky-KG"/>
              </w:rPr>
            </w:pPr>
          </w:p>
          <w:p w14:paraId="3F0A6911" w14:textId="77777777" w:rsidR="00EF2D22" w:rsidRPr="009F0F48" w:rsidRDefault="00EF2D22">
            <w:pPr>
              <w:rPr>
                <w:lang w:val="ky-KG"/>
              </w:rPr>
            </w:pPr>
          </w:p>
        </w:tc>
      </w:tr>
      <w:tr w:rsidR="00EF2D22" w:rsidRPr="009F0F48" w14:paraId="542AA4A5" w14:textId="77777777">
        <w:trPr>
          <w:jc w:val="center"/>
        </w:trPr>
        <w:tc>
          <w:tcPr>
            <w:tcW w:w="2551" w:type="dxa"/>
            <w:tcBorders>
              <w:top w:val="single" w:sz="6" w:space="0" w:color="A6A6A6"/>
              <w:left w:val="single" w:sz="6" w:space="0" w:color="A6A6A6"/>
              <w:bottom w:val="single" w:sz="6" w:space="0" w:color="A6A6A6"/>
              <w:right w:val="single" w:sz="6" w:space="0" w:color="A6A6A6"/>
            </w:tcBorders>
          </w:tcPr>
          <w:p w14:paraId="3C308482" w14:textId="77777777" w:rsidR="00EF2D22" w:rsidRPr="009F0F48" w:rsidRDefault="00EF2D22">
            <w:pPr>
              <w:rPr>
                <w:lang w:val="ky-KG"/>
              </w:rPr>
            </w:pPr>
          </w:p>
          <w:p w14:paraId="2C584552" w14:textId="77777777" w:rsidR="00EF2D22" w:rsidRPr="009F0F48" w:rsidRDefault="00EF2D22">
            <w:pPr>
              <w:rPr>
                <w:lang w:val="ky-KG"/>
              </w:rPr>
            </w:pPr>
          </w:p>
        </w:tc>
        <w:tc>
          <w:tcPr>
            <w:tcW w:w="2551" w:type="dxa"/>
            <w:tcBorders>
              <w:top w:val="single" w:sz="6" w:space="0" w:color="A6A6A6"/>
              <w:left w:val="single" w:sz="6" w:space="0" w:color="A6A6A6"/>
              <w:bottom w:val="single" w:sz="6" w:space="0" w:color="A6A6A6"/>
              <w:right w:val="single" w:sz="6" w:space="0" w:color="A6A6A6"/>
            </w:tcBorders>
          </w:tcPr>
          <w:p w14:paraId="51682950" w14:textId="77777777" w:rsidR="00EF2D22" w:rsidRPr="009F0F48" w:rsidRDefault="00EF2D22">
            <w:pPr>
              <w:rPr>
                <w:lang w:val="ky-KG"/>
              </w:rPr>
            </w:pPr>
          </w:p>
          <w:p w14:paraId="2405C9B1" w14:textId="77777777" w:rsidR="00EF2D22" w:rsidRPr="009F0F48" w:rsidRDefault="00EF2D22">
            <w:pPr>
              <w:rPr>
                <w:lang w:val="ky-KG"/>
              </w:rPr>
            </w:pPr>
          </w:p>
        </w:tc>
        <w:tc>
          <w:tcPr>
            <w:tcW w:w="2551" w:type="dxa"/>
            <w:tcBorders>
              <w:top w:val="single" w:sz="6" w:space="0" w:color="A6A6A6"/>
              <w:left w:val="single" w:sz="6" w:space="0" w:color="A6A6A6"/>
              <w:bottom w:val="single" w:sz="6" w:space="0" w:color="A6A6A6"/>
              <w:right w:val="single" w:sz="6" w:space="0" w:color="A6A6A6"/>
            </w:tcBorders>
          </w:tcPr>
          <w:p w14:paraId="0D1746CC" w14:textId="77777777" w:rsidR="00EF2D22" w:rsidRPr="009F0F48" w:rsidRDefault="00EF2D22">
            <w:pPr>
              <w:rPr>
                <w:lang w:val="ky-KG"/>
              </w:rPr>
            </w:pPr>
          </w:p>
          <w:p w14:paraId="5103BC20" w14:textId="77777777" w:rsidR="00EF2D22" w:rsidRPr="009F0F48" w:rsidRDefault="00EF2D22">
            <w:pPr>
              <w:rPr>
                <w:lang w:val="ky-KG"/>
              </w:rPr>
            </w:pPr>
          </w:p>
        </w:tc>
        <w:tc>
          <w:tcPr>
            <w:tcW w:w="2551" w:type="dxa"/>
            <w:tcBorders>
              <w:top w:val="single" w:sz="6" w:space="0" w:color="A6A6A6"/>
              <w:left w:val="single" w:sz="6" w:space="0" w:color="A6A6A6"/>
              <w:bottom w:val="single" w:sz="6" w:space="0" w:color="A6A6A6"/>
              <w:right w:val="single" w:sz="6" w:space="0" w:color="A6A6A6"/>
            </w:tcBorders>
          </w:tcPr>
          <w:p w14:paraId="1755046C" w14:textId="77777777" w:rsidR="00EF2D22" w:rsidRPr="009F0F48" w:rsidRDefault="00EF2D22">
            <w:pPr>
              <w:rPr>
                <w:lang w:val="ky-KG"/>
              </w:rPr>
            </w:pPr>
          </w:p>
          <w:p w14:paraId="3397732F" w14:textId="77777777" w:rsidR="00EF2D22" w:rsidRPr="009F0F48" w:rsidRDefault="00EF2D22">
            <w:pPr>
              <w:rPr>
                <w:lang w:val="ky-KG"/>
              </w:rPr>
            </w:pPr>
          </w:p>
        </w:tc>
      </w:tr>
      <w:tr w:rsidR="00EF2D22" w:rsidRPr="009F0F48" w14:paraId="343841DC" w14:textId="77777777">
        <w:trPr>
          <w:jc w:val="center"/>
        </w:trPr>
        <w:tc>
          <w:tcPr>
            <w:tcW w:w="2551" w:type="dxa"/>
            <w:tcBorders>
              <w:top w:val="single" w:sz="6" w:space="0" w:color="A6A6A6"/>
              <w:left w:val="single" w:sz="6" w:space="0" w:color="A6A6A6"/>
              <w:bottom w:val="single" w:sz="6" w:space="0" w:color="A6A6A6"/>
              <w:right w:val="single" w:sz="6" w:space="0" w:color="A6A6A6"/>
            </w:tcBorders>
          </w:tcPr>
          <w:p w14:paraId="02FB2E3A" w14:textId="77777777" w:rsidR="00EF2D22" w:rsidRPr="009F0F48" w:rsidRDefault="00EF2D22">
            <w:pPr>
              <w:rPr>
                <w:lang w:val="ky-KG"/>
              </w:rPr>
            </w:pPr>
          </w:p>
          <w:p w14:paraId="79292A34" w14:textId="77777777" w:rsidR="00EF2D22" w:rsidRPr="009F0F48" w:rsidRDefault="00EF2D22">
            <w:pPr>
              <w:rPr>
                <w:lang w:val="ky-KG"/>
              </w:rPr>
            </w:pPr>
          </w:p>
        </w:tc>
        <w:tc>
          <w:tcPr>
            <w:tcW w:w="2551" w:type="dxa"/>
            <w:tcBorders>
              <w:top w:val="single" w:sz="6" w:space="0" w:color="A6A6A6"/>
              <w:left w:val="single" w:sz="6" w:space="0" w:color="A6A6A6"/>
              <w:bottom w:val="single" w:sz="6" w:space="0" w:color="A6A6A6"/>
              <w:right w:val="single" w:sz="6" w:space="0" w:color="A6A6A6"/>
            </w:tcBorders>
          </w:tcPr>
          <w:p w14:paraId="3B450381" w14:textId="77777777" w:rsidR="00EF2D22" w:rsidRPr="009F0F48" w:rsidRDefault="00EF2D22">
            <w:pPr>
              <w:rPr>
                <w:lang w:val="ky-KG"/>
              </w:rPr>
            </w:pPr>
          </w:p>
          <w:p w14:paraId="61A44AF2" w14:textId="77777777" w:rsidR="00EF2D22" w:rsidRPr="009F0F48" w:rsidRDefault="00EF2D22">
            <w:pPr>
              <w:rPr>
                <w:lang w:val="ky-KG"/>
              </w:rPr>
            </w:pPr>
          </w:p>
        </w:tc>
        <w:tc>
          <w:tcPr>
            <w:tcW w:w="2551" w:type="dxa"/>
            <w:tcBorders>
              <w:top w:val="single" w:sz="6" w:space="0" w:color="A6A6A6"/>
              <w:left w:val="single" w:sz="6" w:space="0" w:color="A6A6A6"/>
              <w:bottom w:val="single" w:sz="6" w:space="0" w:color="A6A6A6"/>
              <w:right w:val="single" w:sz="6" w:space="0" w:color="A6A6A6"/>
            </w:tcBorders>
          </w:tcPr>
          <w:p w14:paraId="76DC1302" w14:textId="77777777" w:rsidR="00EF2D22" w:rsidRPr="009F0F48" w:rsidRDefault="00EF2D22">
            <w:pPr>
              <w:rPr>
                <w:lang w:val="ky-KG"/>
              </w:rPr>
            </w:pPr>
          </w:p>
          <w:p w14:paraId="73D21F8C" w14:textId="77777777" w:rsidR="00EF2D22" w:rsidRPr="009F0F48" w:rsidRDefault="00EF2D22">
            <w:pPr>
              <w:rPr>
                <w:lang w:val="ky-KG"/>
              </w:rPr>
            </w:pPr>
          </w:p>
        </w:tc>
        <w:tc>
          <w:tcPr>
            <w:tcW w:w="2551" w:type="dxa"/>
            <w:tcBorders>
              <w:top w:val="single" w:sz="6" w:space="0" w:color="A6A6A6"/>
              <w:left w:val="single" w:sz="6" w:space="0" w:color="A6A6A6"/>
              <w:bottom w:val="single" w:sz="6" w:space="0" w:color="A6A6A6"/>
              <w:right w:val="single" w:sz="6" w:space="0" w:color="A6A6A6"/>
            </w:tcBorders>
          </w:tcPr>
          <w:p w14:paraId="5F112662" w14:textId="77777777" w:rsidR="00EF2D22" w:rsidRPr="009F0F48" w:rsidRDefault="00EF2D22">
            <w:pPr>
              <w:rPr>
                <w:lang w:val="ky-KG"/>
              </w:rPr>
            </w:pPr>
          </w:p>
          <w:p w14:paraId="2FFA666D" w14:textId="77777777" w:rsidR="00EF2D22" w:rsidRPr="009F0F48" w:rsidRDefault="00EF2D22">
            <w:pPr>
              <w:rPr>
                <w:lang w:val="ky-KG"/>
              </w:rPr>
            </w:pPr>
          </w:p>
        </w:tc>
      </w:tr>
      <w:tr w:rsidR="00EF2D22" w:rsidRPr="009F0F48" w14:paraId="0AC8B18A" w14:textId="77777777">
        <w:trPr>
          <w:jc w:val="center"/>
        </w:trPr>
        <w:tc>
          <w:tcPr>
            <w:tcW w:w="2551" w:type="dxa"/>
            <w:tcBorders>
              <w:top w:val="single" w:sz="6" w:space="0" w:color="A6A6A6"/>
              <w:left w:val="single" w:sz="6" w:space="0" w:color="A6A6A6"/>
              <w:bottom w:val="single" w:sz="6" w:space="0" w:color="A6A6A6"/>
              <w:right w:val="single" w:sz="6" w:space="0" w:color="A6A6A6"/>
            </w:tcBorders>
          </w:tcPr>
          <w:p w14:paraId="6D435BBA" w14:textId="77777777" w:rsidR="00EF2D22" w:rsidRPr="009F0F48" w:rsidRDefault="00EF2D22">
            <w:pPr>
              <w:rPr>
                <w:lang w:val="ky-KG"/>
              </w:rPr>
            </w:pPr>
          </w:p>
          <w:p w14:paraId="4C22E15C" w14:textId="77777777" w:rsidR="00EF2D22" w:rsidRPr="009F0F48" w:rsidRDefault="00EF2D22">
            <w:pPr>
              <w:rPr>
                <w:lang w:val="ky-KG"/>
              </w:rPr>
            </w:pPr>
          </w:p>
        </w:tc>
        <w:tc>
          <w:tcPr>
            <w:tcW w:w="2551" w:type="dxa"/>
            <w:tcBorders>
              <w:top w:val="single" w:sz="6" w:space="0" w:color="A6A6A6"/>
              <w:left w:val="single" w:sz="6" w:space="0" w:color="A6A6A6"/>
              <w:bottom w:val="single" w:sz="6" w:space="0" w:color="A6A6A6"/>
              <w:right w:val="single" w:sz="6" w:space="0" w:color="A6A6A6"/>
            </w:tcBorders>
          </w:tcPr>
          <w:p w14:paraId="712C6AC0" w14:textId="77777777" w:rsidR="00EF2D22" w:rsidRPr="009F0F48" w:rsidRDefault="00EF2D22">
            <w:pPr>
              <w:rPr>
                <w:lang w:val="ky-KG"/>
              </w:rPr>
            </w:pPr>
          </w:p>
          <w:p w14:paraId="500829E8" w14:textId="77777777" w:rsidR="00EF2D22" w:rsidRPr="009F0F48" w:rsidRDefault="00EF2D22">
            <w:pPr>
              <w:rPr>
                <w:lang w:val="ky-KG"/>
              </w:rPr>
            </w:pPr>
          </w:p>
        </w:tc>
        <w:tc>
          <w:tcPr>
            <w:tcW w:w="2551" w:type="dxa"/>
            <w:tcBorders>
              <w:top w:val="single" w:sz="6" w:space="0" w:color="A6A6A6"/>
              <w:left w:val="single" w:sz="6" w:space="0" w:color="A6A6A6"/>
              <w:bottom w:val="single" w:sz="6" w:space="0" w:color="A6A6A6"/>
              <w:right w:val="single" w:sz="6" w:space="0" w:color="A6A6A6"/>
            </w:tcBorders>
          </w:tcPr>
          <w:p w14:paraId="643C8152" w14:textId="77777777" w:rsidR="00EF2D22" w:rsidRPr="009F0F48" w:rsidRDefault="00EF2D22">
            <w:pPr>
              <w:rPr>
                <w:lang w:val="ky-KG"/>
              </w:rPr>
            </w:pPr>
          </w:p>
          <w:p w14:paraId="003A110B" w14:textId="77777777" w:rsidR="00EF2D22" w:rsidRPr="009F0F48" w:rsidRDefault="00EF2D22">
            <w:pPr>
              <w:rPr>
                <w:lang w:val="ky-KG"/>
              </w:rPr>
            </w:pPr>
          </w:p>
        </w:tc>
        <w:tc>
          <w:tcPr>
            <w:tcW w:w="2551" w:type="dxa"/>
            <w:tcBorders>
              <w:top w:val="single" w:sz="6" w:space="0" w:color="A6A6A6"/>
              <w:left w:val="single" w:sz="6" w:space="0" w:color="A6A6A6"/>
              <w:bottom w:val="single" w:sz="6" w:space="0" w:color="A6A6A6"/>
              <w:right w:val="single" w:sz="6" w:space="0" w:color="A6A6A6"/>
            </w:tcBorders>
          </w:tcPr>
          <w:p w14:paraId="4EAC75D6" w14:textId="77777777" w:rsidR="00EF2D22" w:rsidRPr="009F0F48" w:rsidRDefault="00EF2D22">
            <w:pPr>
              <w:rPr>
                <w:lang w:val="ky-KG"/>
              </w:rPr>
            </w:pPr>
          </w:p>
          <w:p w14:paraId="49317E57" w14:textId="77777777" w:rsidR="00EF2D22" w:rsidRPr="009F0F48" w:rsidRDefault="00EF2D22">
            <w:pPr>
              <w:rPr>
                <w:lang w:val="ky-KG"/>
              </w:rPr>
            </w:pPr>
          </w:p>
        </w:tc>
      </w:tr>
    </w:tbl>
    <w:p w14:paraId="504FBE1E" w14:textId="65A05FF0" w:rsidR="00EF2D22" w:rsidRPr="009F0F48" w:rsidRDefault="003A6C31">
      <w:pPr>
        <w:pStyle w:val="1"/>
        <w:spacing w:before="200" w:after="80" w:line="240" w:lineRule="auto"/>
        <w:rPr>
          <w:lang w:val="ky-KG"/>
        </w:rPr>
      </w:pPr>
      <w:r w:rsidRPr="009F0F48">
        <w:rPr>
          <w:rFonts w:ascii="Arial" w:eastAsia="Arial" w:hAnsi="Arial"/>
          <w:color w:val="1F4E79"/>
          <w:sz w:val="26"/>
          <w:lang w:val="ky-KG"/>
        </w:rPr>
        <w:t>8</w:t>
      </w:r>
      <w:r w:rsidR="00C2304C" w:rsidRPr="009F0F48">
        <w:rPr>
          <w:rFonts w:ascii="Arial" w:eastAsia="Arial" w:hAnsi="Arial"/>
          <w:color w:val="1F4E79"/>
          <w:sz w:val="26"/>
          <w:lang w:val="ky-KG"/>
        </w:rPr>
        <w:t>-БӨЛҮМ</w:t>
      </w:r>
      <w:r w:rsidRPr="009F0F48">
        <w:rPr>
          <w:rFonts w:ascii="Arial" w:eastAsia="Arial" w:hAnsi="Arial"/>
          <w:color w:val="1F4E79"/>
          <w:sz w:val="26"/>
          <w:lang w:val="ky-KG"/>
        </w:rPr>
        <w:t xml:space="preserve">. </w:t>
      </w:r>
      <w:r w:rsidR="00C2304C" w:rsidRPr="009F0F48">
        <w:rPr>
          <w:rFonts w:ascii="Arial" w:eastAsia="Arial" w:hAnsi="Arial"/>
          <w:color w:val="1F4E79"/>
          <w:sz w:val="26"/>
          <w:lang w:val="ky-KG"/>
        </w:rPr>
        <w:t>Туруктуулук</w:t>
      </w:r>
      <w:r w:rsidRPr="009F0F48">
        <w:rPr>
          <w:rFonts w:ascii="Arial" w:eastAsia="Arial" w:hAnsi="Arial"/>
          <w:color w:val="1F4E79"/>
          <w:sz w:val="26"/>
          <w:lang w:val="ky-KG"/>
        </w:rPr>
        <w:t xml:space="preserve">, эксплуатация </w:t>
      </w:r>
      <w:r w:rsidR="00C2304C" w:rsidRPr="009F0F48">
        <w:rPr>
          <w:rFonts w:ascii="Arial" w:eastAsia="Arial" w:hAnsi="Arial"/>
          <w:color w:val="1F4E79"/>
          <w:sz w:val="26"/>
          <w:lang w:val="ky-KG"/>
        </w:rPr>
        <w:t>жана тейлөө</w:t>
      </w:r>
    </w:p>
    <w:tbl>
      <w:tblPr>
        <w:tblW w:w="0" w:type="auto"/>
        <w:jc w:val="center"/>
        <w:tblLayout w:type="fixed"/>
        <w:tblLook w:val="04A0" w:firstRow="1" w:lastRow="0" w:firstColumn="1" w:lastColumn="0" w:noHBand="0" w:noVBand="1"/>
      </w:tblPr>
      <w:tblGrid>
        <w:gridCol w:w="2948"/>
        <w:gridCol w:w="6236"/>
      </w:tblGrid>
      <w:tr w:rsidR="00EF2D22" w:rsidRPr="00772E4C" w14:paraId="0308774A" w14:textId="77777777">
        <w:trPr>
          <w:jc w:val="center"/>
        </w:trPr>
        <w:tc>
          <w:tcPr>
            <w:tcW w:w="2948" w:type="dxa"/>
            <w:tcBorders>
              <w:top w:val="single" w:sz="6" w:space="0" w:color="A6A6A6"/>
              <w:left w:val="single" w:sz="6" w:space="0" w:color="A6A6A6"/>
              <w:bottom w:val="single" w:sz="6" w:space="0" w:color="A6A6A6"/>
              <w:right w:val="single" w:sz="6" w:space="0" w:color="A6A6A6"/>
            </w:tcBorders>
            <w:shd w:val="clear" w:color="auto" w:fill="D9EAF7"/>
          </w:tcPr>
          <w:p w14:paraId="1E3D6D93" w14:textId="3C7B1B1C" w:rsidR="00EF2D22" w:rsidRPr="009F0F48" w:rsidRDefault="00C2304C">
            <w:pPr>
              <w:rPr>
                <w:lang w:val="ky-KG"/>
              </w:rPr>
            </w:pPr>
            <w:r w:rsidRPr="009F0F48">
              <w:rPr>
                <w:b/>
                <w:sz w:val="18"/>
                <w:lang w:val="ky-KG"/>
              </w:rPr>
              <w:t>Натыйжалар кантип сакталат</w:t>
            </w:r>
            <w:r w:rsidR="003A6C31" w:rsidRPr="009F0F48">
              <w:rPr>
                <w:b/>
                <w:sz w:val="18"/>
                <w:lang w:val="ky-KG"/>
              </w:rPr>
              <w:t>?</w:t>
            </w:r>
          </w:p>
        </w:tc>
        <w:tc>
          <w:tcPr>
            <w:tcW w:w="6236" w:type="dxa"/>
            <w:tcBorders>
              <w:top w:val="single" w:sz="6" w:space="0" w:color="A6A6A6"/>
              <w:left w:val="single" w:sz="6" w:space="0" w:color="A6A6A6"/>
              <w:bottom w:val="single" w:sz="6" w:space="0" w:color="A6A6A6"/>
              <w:right w:val="single" w:sz="6" w:space="0" w:color="A6A6A6"/>
            </w:tcBorders>
          </w:tcPr>
          <w:p w14:paraId="35A170BA" w14:textId="4FDC5AFA" w:rsidR="00EF2D22" w:rsidRPr="009F0F48" w:rsidRDefault="00C2304C">
            <w:pPr>
              <w:rPr>
                <w:lang w:val="ky-KG"/>
              </w:rPr>
            </w:pPr>
            <w:r w:rsidRPr="009F0F48">
              <w:rPr>
                <w:i/>
                <w:color w:val="666666"/>
                <w:sz w:val="17"/>
                <w:lang w:val="ky-KG"/>
              </w:rPr>
              <w:t>Долбоор аяктагандан кийин жабдууларды/инфраструктураны же жашыл мейкиндикти эксплуатациялоо, тейлөө, оңдоо, тейлөө үчүн жооптуларды сүрөттөп бериңиз</w:t>
            </w:r>
            <w:r w:rsidR="003A6C31" w:rsidRPr="009F0F48">
              <w:rPr>
                <w:i/>
                <w:color w:val="666666"/>
                <w:sz w:val="17"/>
                <w:lang w:val="ky-KG"/>
              </w:rPr>
              <w:t>.</w:t>
            </w:r>
          </w:p>
          <w:p w14:paraId="0D6E5EA0" w14:textId="77777777" w:rsidR="00EF2D22" w:rsidRPr="009F0F48" w:rsidRDefault="00EF2D22">
            <w:pPr>
              <w:rPr>
                <w:lang w:val="ky-KG"/>
              </w:rPr>
            </w:pPr>
          </w:p>
          <w:p w14:paraId="5E30C570" w14:textId="77777777" w:rsidR="00EF2D22" w:rsidRPr="009F0F48" w:rsidRDefault="00EF2D22">
            <w:pPr>
              <w:rPr>
                <w:lang w:val="ky-KG"/>
              </w:rPr>
            </w:pPr>
          </w:p>
          <w:p w14:paraId="10134510" w14:textId="77777777" w:rsidR="00EF2D22" w:rsidRPr="009F0F48" w:rsidRDefault="00EF2D22">
            <w:pPr>
              <w:rPr>
                <w:lang w:val="ky-KG"/>
              </w:rPr>
            </w:pPr>
          </w:p>
          <w:p w14:paraId="4E4D3574" w14:textId="77777777" w:rsidR="00EF2D22" w:rsidRPr="009F0F48" w:rsidRDefault="00EF2D22">
            <w:pPr>
              <w:rPr>
                <w:lang w:val="ky-KG"/>
              </w:rPr>
            </w:pPr>
          </w:p>
        </w:tc>
      </w:tr>
      <w:tr w:rsidR="00EF2D22" w:rsidRPr="00772E4C" w14:paraId="39F54F45" w14:textId="77777777">
        <w:trPr>
          <w:jc w:val="center"/>
        </w:trPr>
        <w:tc>
          <w:tcPr>
            <w:tcW w:w="2948" w:type="dxa"/>
            <w:tcBorders>
              <w:top w:val="single" w:sz="6" w:space="0" w:color="A6A6A6"/>
              <w:left w:val="single" w:sz="6" w:space="0" w:color="A6A6A6"/>
              <w:bottom w:val="single" w:sz="6" w:space="0" w:color="A6A6A6"/>
              <w:right w:val="single" w:sz="6" w:space="0" w:color="A6A6A6"/>
            </w:tcBorders>
            <w:shd w:val="clear" w:color="auto" w:fill="D9EAF7"/>
          </w:tcPr>
          <w:p w14:paraId="76D504AE" w14:textId="3CF0515B" w:rsidR="00EF2D22" w:rsidRPr="009F0F48" w:rsidRDefault="00C2304C">
            <w:pPr>
              <w:rPr>
                <w:lang w:val="ky-KG"/>
              </w:rPr>
            </w:pPr>
            <w:r w:rsidRPr="009F0F48">
              <w:rPr>
                <w:b/>
                <w:sz w:val="18"/>
                <w:lang w:val="ky-KG"/>
              </w:rPr>
              <w:t xml:space="preserve">Натыйжаларды өткөрүп берүү / кабыл алуу механизми  </w:t>
            </w:r>
          </w:p>
        </w:tc>
        <w:tc>
          <w:tcPr>
            <w:tcW w:w="6236" w:type="dxa"/>
            <w:tcBorders>
              <w:top w:val="single" w:sz="6" w:space="0" w:color="A6A6A6"/>
              <w:left w:val="single" w:sz="6" w:space="0" w:color="A6A6A6"/>
              <w:bottom w:val="single" w:sz="6" w:space="0" w:color="A6A6A6"/>
              <w:right w:val="single" w:sz="6" w:space="0" w:color="A6A6A6"/>
            </w:tcBorders>
          </w:tcPr>
          <w:p w14:paraId="65218D42" w14:textId="33978AAE" w:rsidR="00EF2D22" w:rsidRPr="009F0F48" w:rsidRDefault="00C2304C">
            <w:pPr>
              <w:rPr>
                <w:lang w:val="ky-KG"/>
              </w:rPr>
            </w:pPr>
            <w:r w:rsidRPr="009F0F48">
              <w:rPr>
                <w:i/>
                <w:color w:val="666666"/>
                <w:sz w:val="17"/>
                <w:lang w:val="ky-KG"/>
              </w:rPr>
              <w:t>Иштин натыйжасын ким кабыл алат, кандай актылар же документтер түзүлөт, андан ары колдонуучу же объект үчүн ким жооптуу болорун көрсөтүңүз</w:t>
            </w:r>
            <w:r w:rsidR="003A6C31" w:rsidRPr="009F0F48">
              <w:rPr>
                <w:i/>
                <w:color w:val="666666"/>
                <w:sz w:val="17"/>
                <w:lang w:val="ky-KG"/>
              </w:rPr>
              <w:t>.</w:t>
            </w:r>
          </w:p>
          <w:p w14:paraId="53350C18" w14:textId="77777777" w:rsidR="00EF2D22" w:rsidRPr="009F0F48" w:rsidRDefault="00EF2D22">
            <w:pPr>
              <w:rPr>
                <w:lang w:val="ky-KG"/>
              </w:rPr>
            </w:pPr>
          </w:p>
          <w:p w14:paraId="351DDCDF" w14:textId="77777777" w:rsidR="00EF2D22" w:rsidRPr="009F0F48" w:rsidRDefault="00EF2D22">
            <w:pPr>
              <w:rPr>
                <w:lang w:val="ky-KG"/>
              </w:rPr>
            </w:pPr>
          </w:p>
          <w:p w14:paraId="55AF1CEB" w14:textId="77777777" w:rsidR="00EF2D22" w:rsidRPr="009F0F48" w:rsidRDefault="00EF2D22">
            <w:pPr>
              <w:rPr>
                <w:lang w:val="ky-KG"/>
              </w:rPr>
            </w:pPr>
          </w:p>
        </w:tc>
      </w:tr>
      <w:tr w:rsidR="00EF2D22" w:rsidRPr="00772E4C" w14:paraId="36FFF782" w14:textId="77777777">
        <w:trPr>
          <w:jc w:val="center"/>
        </w:trPr>
        <w:tc>
          <w:tcPr>
            <w:tcW w:w="2948" w:type="dxa"/>
            <w:tcBorders>
              <w:top w:val="single" w:sz="6" w:space="0" w:color="A6A6A6"/>
              <w:left w:val="single" w:sz="6" w:space="0" w:color="A6A6A6"/>
              <w:bottom w:val="single" w:sz="6" w:space="0" w:color="A6A6A6"/>
              <w:right w:val="single" w:sz="6" w:space="0" w:color="A6A6A6"/>
            </w:tcBorders>
            <w:shd w:val="clear" w:color="auto" w:fill="D9EAF7"/>
          </w:tcPr>
          <w:p w14:paraId="12EED320" w14:textId="006BD348" w:rsidR="00EF2D22" w:rsidRPr="009F0F48" w:rsidRDefault="00C2304C">
            <w:pPr>
              <w:rPr>
                <w:lang w:val="ky-KG"/>
              </w:rPr>
            </w:pPr>
            <w:r w:rsidRPr="009F0F48">
              <w:rPr>
                <w:b/>
                <w:sz w:val="18"/>
                <w:lang w:val="ky-KG"/>
              </w:rPr>
              <w:t xml:space="preserve">Тобокелдиктерди төмөндөтүүнүн коркунучтары жана чаралары  </w:t>
            </w:r>
          </w:p>
        </w:tc>
        <w:tc>
          <w:tcPr>
            <w:tcW w:w="6236" w:type="dxa"/>
            <w:tcBorders>
              <w:top w:val="single" w:sz="6" w:space="0" w:color="A6A6A6"/>
              <w:left w:val="single" w:sz="6" w:space="0" w:color="A6A6A6"/>
              <w:bottom w:val="single" w:sz="6" w:space="0" w:color="A6A6A6"/>
              <w:right w:val="single" w:sz="6" w:space="0" w:color="A6A6A6"/>
            </w:tcBorders>
          </w:tcPr>
          <w:p w14:paraId="6F2629EB" w14:textId="0EC54F17" w:rsidR="00EF2D22" w:rsidRPr="009F0F48" w:rsidRDefault="00C2304C">
            <w:pPr>
              <w:rPr>
                <w:lang w:val="ky-KG"/>
              </w:rPr>
            </w:pPr>
            <w:r w:rsidRPr="009F0F48">
              <w:rPr>
                <w:i/>
                <w:color w:val="666666"/>
                <w:sz w:val="17"/>
                <w:lang w:val="ky-KG"/>
              </w:rPr>
              <w:t>Долбоорду ишке ашыруунун негизги тобокелдиктерин жана аларды азайтуу боюнча чараларды көрсөтүңүз: техникалык, финансылык, аба ырайы, социалдык, уюштуруу</w:t>
            </w:r>
            <w:r w:rsidR="003A6C31" w:rsidRPr="009F0F48">
              <w:rPr>
                <w:i/>
                <w:color w:val="666666"/>
                <w:sz w:val="17"/>
                <w:lang w:val="ky-KG"/>
              </w:rPr>
              <w:t>.</w:t>
            </w:r>
          </w:p>
          <w:p w14:paraId="26231E86" w14:textId="77777777" w:rsidR="00EF2D22" w:rsidRPr="009F0F48" w:rsidRDefault="00EF2D22">
            <w:pPr>
              <w:rPr>
                <w:lang w:val="ky-KG"/>
              </w:rPr>
            </w:pPr>
          </w:p>
          <w:p w14:paraId="2C56C1CA" w14:textId="77777777" w:rsidR="00EF2D22" w:rsidRPr="009F0F48" w:rsidRDefault="00EF2D22">
            <w:pPr>
              <w:rPr>
                <w:lang w:val="ky-KG"/>
              </w:rPr>
            </w:pPr>
          </w:p>
          <w:p w14:paraId="17552453" w14:textId="77777777" w:rsidR="00EF2D22" w:rsidRPr="009F0F48" w:rsidRDefault="00EF2D22">
            <w:pPr>
              <w:rPr>
                <w:lang w:val="ky-KG"/>
              </w:rPr>
            </w:pPr>
          </w:p>
          <w:p w14:paraId="385F31A2" w14:textId="77777777" w:rsidR="00EF2D22" w:rsidRPr="009F0F48" w:rsidRDefault="00EF2D22">
            <w:pPr>
              <w:rPr>
                <w:lang w:val="ky-KG"/>
              </w:rPr>
            </w:pPr>
          </w:p>
        </w:tc>
      </w:tr>
    </w:tbl>
    <w:p w14:paraId="14C70009" w14:textId="6FD8DC56" w:rsidR="00EF2D22" w:rsidRPr="009F0F48" w:rsidRDefault="003A6C31">
      <w:pPr>
        <w:pStyle w:val="1"/>
        <w:spacing w:before="200" w:after="80" w:line="240" w:lineRule="auto"/>
        <w:rPr>
          <w:lang w:val="ky-KG"/>
        </w:rPr>
      </w:pPr>
      <w:r w:rsidRPr="009F0F48">
        <w:rPr>
          <w:rFonts w:ascii="Arial" w:eastAsia="Arial" w:hAnsi="Arial"/>
          <w:color w:val="1F4E79"/>
          <w:sz w:val="26"/>
          <w:lang w:val="ky-KG"/>
        </w:rPr>
        <w:t>9</w:t>
      </w:r>
      <w:r w:rsidR="00C2304C" w:rsidRPr="009F0F48">
        <w:rPr>
          <w:rFonts w:ascii="Arial" w:eastAsia="Arial" w:hAnsi="Arial"/>
          <w:color w:val="1F4E79"/>
          <w:sz w:val="26"/>
          <w:lang w:val="ky-KG"/>
        </w:rPr>
        <w:t>-БӨЛҮМ</w:t>
      </w:r>
      <w:r w:rsidRPr="009F0F48">
        <w:rPr>
          <w:rFonts w:ascii="Arial" w:eastAsia="Arial" w:hAnsi="Arial"/>
          <w:color w:val="1F4E79"/>
          <w:sz w:val="26"/>
          <w:lang w:val="ky-KG"/>
        </w:rPr>
        <w:t>. Бюджет</w:t>
      </w:r>
      <w:r w:rsidR="00C2304C" w:rsidRPr="009F0F48">
        <w:rPr>
          <w:rFonts w:ascii="Arial" w:eastAsia="Arial" w:hAnsi="Arial"/>
          <w:color w:val="1F4E79"/>
          <w:sz w:val="26"/>
          <w:lang w:val="ky-KG"/>
        </w:rPr>
        <w:t>тик маалымат</w:t>
      </w:r>
    </w:p>
    <w:p w14:paraId="31590986" w14:textId="302263F2" w:rsidR="00EF2D22" w:rsidRPr="009F0F48" w:rsidRDefault="00C2304C">
      <w:pPr>
        <w:spacing w:after="80" w:line="240" w:lineRule="auto"/>
        <w:rPr>
          <w:lang w:val="ky-KG"/>
        </w:rPr>
      </w:pPr>
      <w:r w:rsidRPr="009F0F48">
        <w:rPr>
          <w:i/>
          <w:color w:val="5A5A5A"/>
          <w:sz w:val="17"/>
          <w:lang w:val="ky-KG"/>
        </w:rPr>
        <w:t>Толук бюджет 4-тиркемеде өзүнчө толтурулат. Бул бөлүмдө кыскача каржылык маалымат гана көрсөтүлгөн</w:t>
      </w:r>
      <w:r w:rsidR="003A6C31" w:rsidRPr="009F0F48">
        <w:rPr>
          <w:i/>
          <w:color w:val="5A5A5A"/>
          <w:sz w:val="17"/>
          <w:lang w:val="ky-KG"/>
        </w:rPr>
        <w:t>.</w:t>
      </w:r>
    </w:p>
    <w:tbl>
      <w:tblPr>
        <w:tblW w:w="0" w:type="auto"/>
        <w:jc w:val="center"/>
        <w:tblLayout w:type="fixed"/>
        <w:tblLook w:val="04A0" w:firstRow="1" w:lastRow="0" w:firstColumn="1" w:lastColumn="0" w:noHBand="0" w:noVBand="1"/>
      </w:tblPr>
      <w:tblGrid>
        <w:gridCol w:w="2948"/>
        <w:gridCol w:w="6236"/>
      </w:tblGrid>
      <w:tr w:rsidR="00EF2D22" w:rsidRPr="00772E4C" w14:paraId="008462C5" w14:textId="77777777">
        <w:trPr>
          <w:jc w:val="center"/>
        </w:trPr>
        <w:tc>
          <w:tcPr>
            <w:tcW w:w="2948" w:type="dxa"/>
            <w:tcBorders>
              <w:top w:val="single" w:sz="6" w:space="0" w:color="A6A6A6"/>
              <w:left w:val="single" w:sz="6" w:space="0" w:color="A6A6A6"/>
              <w:bottom w:val="single" w:sz="6" w:space="0" w:color="A6A6A6"/>
              <w:right w:val="single" w:sz="6" w:space="0" w:color="A6A6A6"/>
            </w:tcBorders>
            <w:shd w:val="clear" w:color="auto" w:fill="D9EAF7"/>
          </w:tcPr>
          <w:p w14:paraId="3FCF329F" w14:textId="0D59BC27" w:rsidR="00EF2D22" w:rsidRPr="009F0F48" w:rsidRDefault="00C2304C">
            <w:pPr>
              <w:rPr>
                <w:lang w:val="ky-KG"/>
              </w:rPr>
            </w:pPr>
            <w:r w:rsidRPr="009F0F48">
              <w:rPr>
                <w:b/>
                <w:sz w:val="18"/>
                <w:lang w:val="ky-KG"/>
              </w:rPr>
              <w:t>Суралып жаткан гранттын суммасы</w:t>
            </w:r>
          </w:p>
        </w:tc>
        <w:tc>
          <w:tcPr>
            <w:tcW w:w="6236" w:type="dxa"/>
            <w:tcBorders>
              <w:top w:val="single" w:sz="6" w:space="0" w:color="A6A6A6"/>
              <w:left w:val="single" w:sz="6" w:space="0" w:color="A6A6A6"/>
              <w:bottom w:val="single" w:sz="6" w:space="0" w:color="A6A6A6"/>
              <w:right w:val="single" w:sz="6" w:space="0" w:color="A6A6A6"/>
            </w:tcBorders>
          </w:tcPr>
          <w:p w14:paraId="0AD5C88B" w14:textId="2A34191F" w:rsidR="00EF2D22" w:rsidRPr="009F0F48" w:rsidRDefault="00C2304C">
            <w:pPr>
              <w:rPr>
                <w:lang w:val="ky-KG"/>
              </w:rPr>
            </w:pPr>
            <w:r w:rsidRPr="009F0F48">
              <w:rPr>
                <w:i/>
                <w:color w:val="666666"/>
                <w:sz w:val="17"/>
                <w:lang w:val="ky-KG"/>
              </w:rPr>
              <w:t>Өтүнмөнү даярдоо күнүнө карата БУУнун курсу боюнча сумманы АКШ доллары менен жана эквивалентин сом менен көрсөтүңүз</w:t>
            </w:r>
            <w:r w:rsidR="003A6C31" w:rsidRPr="009F0F48">
              <w:rPr>
                <w:i/>
                <w:color w:val="666666"/>
                <w:sz w:val="17"/>
                <w:lang w:val="ky-KG"/>
              </w:rPr>
              <w:t>.</w:t>
            </w:r>
          </w:p>
          <w:p w14:paraId="467B3A9D" w14:textId="77777777" w:rsidR="00EF2D22" w:rsidRPr="009F0F48" w:rsidRDefault="00EF2D22">
            <w:pPr>
              <w:rPr>
                <w:lang w:val="ky-KG"/>
              </w:rPr>
            </w:pPr>
          </w:p>
        </w:tc>
      </w:tr>
      <w:tr w:rsidR="00EF2D22" w:rsidRPr="00772E4C" w14:paraId="19133088" w14:textId="77777777">
        <w:trPr>
          <w:jc w:val="center"/>
        </w:trPr>
        <w:tc>
          <w:tcPr>
            <w:tcW w:w="2948" w:type="dxa"/>
            <w:tcBorders>
              <w:top w:val="single" w:sz="6" w:space="0" w:color="A6A6A6"/>
              <w:left w:val="single" w:sz="6" w:space="0" w:color="A6A6A6"/>
              <w:bottom w:val="single" w:sz="6" w:space="0" w:color="A6A6A6"/>
              <w:right w:val="single" w:sz="6" w:space="0" w:color="A6A6A6"/>
            </w:tcBorders>
            <w:shd w:val="clear" w:color="auto" w:fill="D9EAF7"/>
          </w:tcPr>
          <w:p w14:paraId="71CDC8D9" w14:textId="38A02814" w:rsidR="00EF2D22" w:rsidRPr="009F0F48" w:rsidRDefault="00C2304C">
            <w:pPr>
              <w:rPr>
                <w:lang w:val="ky-KG"/>
              </w:rPr>
            </w:pPr>
            <w:r w:rsidRPr="009F0F48">
              <w:rPr>
                <w:b/>
                <w:sz w:val="18"/>
                <w:lang w:val="ky-KG"/>
              </w:rPr>
              <w:t xml:space="preserve">Тең каржылоо </w:t>
            </w:r>
          </w:p>
        </w:tc>
        <w:tc>
          <w:tcPr>
            <w:tcW w:w="6236" w:type="dxa"/>
            <w:tcBorders>
              <w:top w:val="single" w:sz="6" w:space="0" w:color="A6A6A6"/>
              <w:left w:val="single" w:sz="6" w:space="0" w:color="A6A6A6"/>
              <w:bottom w:val="single" w:sz="6" w:space="0" w:color="A6A6A6"/>
              <w:right w:val="single" w:sz="6" w:space="0" w:color="A6A6A6"/>
            </w:tcBorders>
          </w:tcPr>
          <w:p w14:paraId="3C0B29EB" w14:textId="5494B506" w:rsidR="00EF2D22" w:rsidRPr="009F0F48" w:rsidRDefault="00C2304C">
            <w:pPr>
              <w:rPr>
                <w:lang w:val="ky-KG"/>
              </w:rPr>
            </w:pPr>
            <w:r w:rsidRPr="009F0F48">
              <w:rPr>
                <w:i/>
                <w:color w:val="666666"/>
                <w:sz w:val="17"/>
                <w:lang w:val="ky-KG"/>
              </w:rPr>
              <w:t xml:space="preserve">Тең каржылоонун суммасын жана формасын көрсөтүңүз. Тең каржылоо акчалай же натуралай болушу мүмкүн. Сунуш кылынган өлчөм — эгерде </w:t>
            </w:r>
            <w:r w:rsidRPr="009F0F48">
              <w:rPr>
                <w:i/>
                <w:color w:val="666666"/>
                <w:sz w:val="17"/>
                <w:lang w:val="ky-KG"/>
              </w:rPr>
              <w:lastRenderedPageBreak/>
              <w:t>конкурстун колдонмосунда башкача көрсөтүлбөсө, суралган гранттын суммасынан 20% дан кем эмес.</w:t>
            </w:r>
          </w:p>
          <w:p w14:paraId="13540367" w14:textId="77777777" w:rsidR="00EF2D22" w:rsidRPr="009F0F48" w:rsidRDefault="00EF2D22">
            <w:pPr>
              <w:rPr>
                <w:lang w:val="ky-KG"/>
              </w:rPr>
            </w:pPr>
          </w:p>
        </w:tc>
      </w:tr>
      <w:tr w:rsidR="00EF2D22" w:rsidRPr="00772E4C" w14:paraId="3FE88C88" w14:textId="77777777">
        <w:trPr>
          <w:jc w:val="center"/>
        </w:trPr>
        <w:tc>
          <w:tcPr>
            <w:tcW w:w="2948" w:type="dxa"/>
            <w:tcBorders>
              <w:top w:val="single" w:sz="6" w:space="0" w:color="A6A6A6"/>
              <w:left w:val="single" w:sz="6" w:space="0" w:color="A6A6A6"/>
              <w:bottom w:val="single" w:sz="6" w:space="0" w:color="A6A6A6"/>
              <w:right w:val="single" w:sz="6" w:space="0" w:color="A6A6A6"/>
            </w:tcBorders>
            <w:shd w:val="clear" w:color="auto" w:fill="D9EAF7"/>
          </w:tcPr>
          <w:p w14:paraId="10398808" w14:textId="0B3315DC" w:rsidR="00EF2D22" w:rsidRPr="009F0F48" w:rsidRDefault="00C2304C">
            <w:pPr>
              <w:rPr>
                <w:lang w:val="ky-KG"/>
              </w:rPr>
            </w:pPr>
            <w:r w:rsidRPr="009F0F48">
              <w:rPr>
                <w:b/>
                <w:sz w:val="18"/>
                <w:lang w:val="ky-KG"/>
              </w:rPr>
              <w:lastRenderedPageBreak/>
              <w:t xml:space="preserve">Долбоордун жалпы наркы  </w:t>
            </w:r>
          </w:p>
        </w:tc>
        <w:tc>
          <w:tcPr>
            <w:tcW w:w="6236" w:type="dxa"/>
            <w:tcBorders>
              <w:top w:val="single" w:sz="6" w:space="0" w:color="A6A6A6"/>
              <w:left w:val="single" w:sz="6" w:space="0" w:color="A6A6A6"/>
              <w:bottom w:val="single" w:sz="6" w:space="0" w:color="A6A6A6"/>
              <w:right w:val="single" w:sz="6" w:space="0" w:color="A6A6A6"/>
            </w:tcBorders>
          </w:tcPr>
          <w:p w14:paraId="0A245E58" w14:textId="740806BA" w:rsidR="00EF2D22" w:rsidRPr="009F0F48" w:rsidRDefault="00C2304C">
            <w:pPr>
              <w:rPr>
                <w:lang w:val="ky-KG"/>
              </w:rPr>
            </w:pPr>
            <w:r w:rsidRPr="009F0F48">
              <w:rPr>
                <w:i/>
                <w:color w:val="666666"/>
                <w:sz w:val="17"/>
                <w:lang w:val="ky-KG"/>
              </w:rPr>
              <w:t>Суралып жаткан грант</w:t>
            </w:r>
            <w:r w:rsidR="003A6C31" w:rsidRPr="009F0F48">
              <w:rPr>
                <w:i/>
                <w:color w:val="666666"/>
                <w:sz w:val="17"/>
                <w:lang w:val="ky-KG"/>
              </w:rPr>
              <w:t xml:space="preserve"> + </w:t>
            </w:r>
            <w:r w:rsidRPr="009F0F48">
              <w:rPr>
                <w:i/>
                <w:color w:val="666666"/>
                <w:sz w:val="17"/>
                <w:lang w:val="ky-KG"/>
              </w:rPr>
              <w:t>тең каржылоо.</w:t>
            </w:r>
          </w:p>
          <w:p w14:paraId="30441BBA" w14:textId="77777777" w:rsidR="00EF2D22" w:rsidRPr="009F0F48" w:rsidRDefault="00EF2D22">
            <w:pPr>
              <w:rPr>
                <w:lang w:val="ky-KG"/>
              </w:rPr>
            </w:pPr>
          </w:p>
        </w:tc>
      </w:tr>
    </w:tbl>
    <w:p w14:paraId="57640EB4" w14:textId="0B71F7BC" w:rsidR="00EF2D22" w:rsidRPr="009F0F48" w:rsidRDefault="00C2304C">
      <w:pPr>
        <w:spacing w:after="80" w:line="240" w:lineRule="auto"/>
        <w:rPr>
          <w:lang w:val="ky-KG"/>
        </w:rPr>
      </w:pPr>
      <w:r w:rsidRPr="009F0F48">
        <w:rPr>
          <w:i/>
          <w:color w:val="5A5A5A"/>
          <w:sz w:val="17"/>
          <w:lang w:val="ky-KG"/>
        </w:rPr>
        <w:t>Административдик чыгымдарга, эгерде алар долбоорду ишке ашыруу менен түздөн-түз байланыштуу болсо жана конкурстун белгиленген лимитинен ашпаса гана жол берилет. Бардык чыгымдар календардык пландагы иш-чараларга байланыштуу болушу керек</w:t>
      </w:r>
      <w:r w:rsidR="003A6C31" w:rsidRPr="009F0F48">
        <w:rPr>
          <w:i/>
          <w:color w:val="5A5A5A"/>
          <w:sz w:val="17"/>
          <w:lang w:val="ky-KG"/>
        </w:rPr>
        <w:t>.</w:t>
      </w:r>
    </w:p>
    <w:p w14:paraId="3494EC4D" w14:textId="14095C5D" w:rsidR="00EF2D22" w:rsidRPr="009F0F48" w:rsidRDefault="003A6C31">
      <w:pPr>
        <w:pStyle w:val="1"/>
        <w:spacing w:before="200" w:after="80" w:line="240" w:lineRule="auto"/>
        <w:rPr>
          <w:lang w:val="ky-KG"/>
        </w:rPr>
      </w:pPr>
      <w:r w:rsidRPr="009F0F48">
        <w:rPr>
          <w:rFonts w:ascii="Arial" w:eastAsia="Arial" w:hAnsi="Arial"/>
          <w:color w:val="1F4E79"/>
          <w:sz w:val="26"/>
          <w:lang w:val="ky-KG"/>
        </w:rPr>
        <w:t>10</w:t>
      </w:r>
      <w:r w:rsidR="00C2304C" w:rsidRPr="009F0F48">
        <w:rPr>
          <w:rFonts w:ascii="Arial" w:eastAsia="Arial" w:hAnsi="Arial"/>
          <w:color w:val="1F4E79"/>
          <w:sz w:val="26"/>
          <w:lang w:val="ky-KG"/>
        </w:rPr>
        <w:t>-БӨЛҮМ</w:t>
      </w:r>
      <w:r w:rsidRPr="009F0F48">
        <w:rPr>
          <w:rFonts w:ascii="Arial" w:eastAsia="Arial" w:hAnsi="Arial"/>
          <w:color w:val="1F4E79"/>
          <w:sz w:val="26"/>
          <w:lang w:val="ky-KG"/>
        </w:rPr>
        <w:t xml:space="preserve">. Мониторинг, </w:t>
      </w:r>
      <w:r w:rsidR="00C2304C" w:rsidRPr="009F0F48">
        <w:rPr>
          <w:rFonts w:ascii="Arial" w:eastAsia="Arial" w:hAnsi="Arial"/>
          <w:color w:val="1F4E79"/>
          <w:sz w:val="26"/>
          <w:lang w:val="ky-KG"/>
        </w:rPr>
        <w:t>отчеттуулук</w:t>
      </w:r>
      <w:r w:rsidRPr="009F0F48">
        <w:rPr>
          <w:rFonts w:ascii="Arial" w:eastAsia="Arial" w:hAnsi="Arial"/>
          <w:color w:val="1F4E79"/>
          <w:sz w:val="26"/>
          <w:lang w:val="ky-KG"/>
        </w:rPr>
        <w:t xml:space="preserve"> </w:t>
      </w:r>
      <w:r w:rsidR="00C2304C" w:rsidRPr="009F0F48">
        <w:rPr>
          <w:rFonts w:ascii="Arial" w:eastAsia="Arial" w:hAnsi="Arial"/>
          <w:color w:val="1F4E79"/>
          <w:sz w:val="26"/>
          <w:lang w:val="ky-KG"/>
        </w:rPr>
        <w:t>жана колдоо жөнүндө маалымдоо</w:t>
      </w:r>
      <w:r w:rsidRPr="009F0F48">
        <w:rPr>
          <w:rFonts w:ascii="Arial" w:eastAsia="Arial" w:hAnsi="Arial"/>
          <w:color w:val="1F4E79"/>
          <w:sz w:val="26"/>
          <w:lang w:val="ky-KG"/>
        </w:rPr>
        <w:t xml:space="preserve"> </w:t>
      </w:r>
      <w:r w:rsidR="00C2304C" w:rsidRPr="009F0F48">
        <w:rPr>
          <w:rFonts w:ascii="Arial" w:eastAsia="Arial" w:hAnsi="Arial"/>
          <w:color w:val="1F4E79"/>
          <w:sz w:val="26"/>
          <w:lang w:val="ky-KG"/>
        </w:rPr>
        <w:t xml:space="preserve"> </w:t>
      </w:r>
    </w:p>
    <w:tbl>
      <w:tblPr>
        <w:tblW w:w="0" w:type="auto"/>
        <w:jc w:val="center"/>
        <w:tblLayout w:type="fixed"/>
        <w:tblLook w:val="04A0" w:firstRow="1" w:lastRow="0" w:firstColumn="1" w:lastColumn="0" w:noHBand="0" w:noVBand="1"/>
      </w:tblPr>
      <w:tblGrid>
        <w:gridCol w:w="2948"/>
        <w:gridCol w:w="6236"/>
      </w:tblGrid>
      <w:tr w:rsidR="00EF2D22" w:rsidRPr="00772E4C" w14:paraId="3423363E" w14:textId="77777777">
        <w:trPr>
          <w:jc w:val="center"/>
        </w:trPr>
        <w:tc>
          <w:tcPr>
            <w:tcW w:w="2948" w:type="dxa"/>
            <w:tcBorders>
              <w:top w:val="single" w:sz="6" w:space="0" w:color="A6A6A6"/>
              <w:left w:val="single" w:sz="6" w:space="0" w:color="A6A6A6"/>
              <w:bottom w:val="single" w:sz="6" w:space="0" w:color="A6A6A6"/>
              <w:right w:val="single" w:sz="6" w:space="0" w:color="A6A6A6"/>
            </w:tcBorders>
            <w:shd w:val="clear" w:color="auto" w:fill="D9EAF7"/>
          </w:tcPr>
          <w:p w14:paraId="503A28CD" w14:textId="27722ACA" w:rsidR="00EF2D22" w:rsidRPr="009F0F48" w:rsidRDefault="00C2304C">
            <w:pPr>
              <w:rPr>
                <w:lang w:val="ky-KG"/>
              </w:rPr>
            </w:pPr>
            <w:r w:rsidRPr="009F0F48">
              <w:rPr>
                <w:b/>
                <w:sz w:val="18"/>
                <w:lang w:val="ky-KG"/>
              </w:rPr>
              <w:t xml:space="preserve">Сапатка жана натыйжаларга мониторинг жүргүзүү  </w:t>
            </w:r>
          </w:p>
        </w:tc>
        <w:tc>
          <w:tcPr>
            <w:tcW w:w="6236" w:type="dxa"/>
            <w:tcBorders>
              <w:top w:val="single" w:sz="6" w:space="0" w:color="A6A6A6"/>
              <w:left w:val="single" w:sz="6" w:space="0" w:color="A6A6A6"/>
              <w:bottom w:val="single" w:sz="6" w:space="0" w:color="A6A6A6"/>
              <w:right w:val="single" w:sz="6" w:space="0" w:color="A6A6A6"/>
            </w:tcBorders>
          </w:tcPr>
          <w:p w14:paraId="623C30B7" w14:textId="77492270" w:rsidR="00EF2D22" w:rsidRPr="009F0F48" w:rsidRDefault="00C2304C">
            <w:pPr>
              <w:rPr>
                <w:lang w:val="ky-KG"/>
              </w:rPr>
            </w:pPr>
            <w:r w:rsidRPr="009F0F48">
              <w:rPr>
                <w:i/>
                <w:color w:val="666666"/>
                <w:sz w:val="17"/>
                <w:lang w:val="ky-KG"/>
              </w:rPr>
              <w:t>Уюм иштин сапатын, графиктин аткарылышын, натыйжаларга жетишүүнү жана гранттык каражаттардын колдонулушун кантип көзөмөлдөй турганын сүрөттөп бериңиз</w:t>
            </w:r>
            <w:r w:rsidR="003A6C31" w:rsidRPr="009F0F48">
              <w:rPr>
                <w:i/>
                <w:color w:val="666666"/>
                <w:sz w:val="17"/>
                <w:lang w:val="ky-KG"/>
              </w:rPr>
              <w:t>.</w:t>
            </w:r>
          </w:p>
          <w:p w14:paraId="3A25BA11" w14:textId="77777777" w:rsidR="00EF2D22" w:rsidRPr="009F0F48" w:rsidRDefault="00EF2D22">
            <w:pPr>
              <w:rPr>
                <w:lang w:val="ky-KG"/>
              </w:rPr>
            </w:pPr>
          </w:p>
          <w:p w14:paraId="545FF2FE" w14:textId="77777777" w:rsidR="00EF2D22" w:rsidRPr="009F0F48" w:rsidRDefault="00EF2D22">
            <w:pPr>
              <w:rPr>
                <w:lang w:val="ky-KG"/>
              </w:rPr>
            </w:pPr>
          </w:p>
          <w:p w14:paraId="7FF9EBC9" w14:textId="77777777" w:rsidR="00EF2D22" w:rsidRPr="009F0F48" w:rsidRDefault="00EF2D22">
            <w:pPr>
              <w:rPr>
                <w:lang w:val="ky-KG"/>
              </w:rPr>
            </w:pPr>
          </w:p>
          <w:p w14:paraId="31D78557" w14:textId="77777777" w:rsidR="00EF2D22" w:rsidRPr="009F0F48" w:rsidRDefault="00EF2D22">
            <w:pPr>
              <w:rPr>
                <w:lang w:val="ky-KG"/>
              </w:rPr>
            </w:pPr>
          </w:p>
        </w:tc>
      </w:tr>
      <w:tr w:rsidR="00EF2D22" w:rsidRPr="00772E4C" w14:paraId="7F0BCB3B" w14:textId="77777777">
        <w:trPr>
          <w:jc w:val="center"/>
        </w:trPr>
        <w:tc>
          <w:tcPr>
            <w:tcW w:w="2948" w:type="dxa"/>
            <w:tcBorders>
              <w:top w:val="single" w:sz="6" w:space="0" w:color="A6A6A6"/>
              <w:left w:val="single" w:sz="6" w:space="0" w:color="A6A6A6"/>
              <w:bottom w:val="single" w:sz="6" w:space="0" w:color="A6A6A6"/>
              <w:right w:val="single" w:sz="6" w:space="0" w:color="A6A6A6"/>
            </w:tcBorders>
            <w:shd w:val="clear" w:color="auto" w:fill="D9EAF7"/>
          </w:tcPr>
          <w:p w14:paraId="45E4C7FB" w14:textId="376EE469" w:rsidR="00EF2D22" w:rsidRPr="009F0F48" w:rsidRDefault="003A6C31">
            <w:pPr>
              <w:rPr>
                <w:lang w:val="ky-KG"/>
              </w:rPr>
            </w:pPr>
            <w:r w:rsidRPr="009F0F48">
              <w:rPr>
                <w:b/>
                <w:sz w:val="18"/>
                <w:lang w:val="ky-KG"/>
              </w:rPr>
              <w:t>Отчет</w:t>
            </w:r>
            <w:r w:rsidR="00C2304C" w:rsidRPr="009F0F48">
              <w:rPr>
                <w:b/>
                <w:sz w:val="18"/>
                <w:lang w:val="ky-KG"/>
              </w:rPr>
              <w:t xml:space="preserve">туулук жана ырастоочу </w:t>
            </w:r>
            <w:r w:rsidRPr="009F0F48">
              <w:rPr>
                <w:b/>
                <w:sz w:val="18"/>
                <w:lang w:val="ky-KG"/>
              </w:rPr>
              <w:t>материал</w:t>
            </w:r>
            <w:r w:rsidR="00C2304C" w:rsidRPr="009F0F48">
              <w:rPr>
                <w:b/>
                <w:sz w:val="18"/>
                <w:lang w:val="ky-KG"/>
              </w:rPr>
              <w:t>дар</w:t>
            </w:r>
          </w:p>
        </w:tc>
        <w:tc>
          <w:tcPr>
            <w:tcW w:w="6236" w:type="dxa"/>
            <w:tcBorders>
              <w:top w:val="single" w:sz="6" w:space="0" w:color="A6A6A6"/>
              <w:left w:val="single" w:sz="6" w:space="0" w:color="A6A6A6"/>
              <w:bottom w:val="single" w:sz="6" w:space="0" w:color="A6A6A6"/>
              <w:right w:val="single" w:sz="6" w:space="0" w:color="A6A6A6"/>
            </w:tcBorders>
          </w:tcPr>
          <w:p w14:paraId="74D8D1C1" w14:textId="647C76A8" w:rsidR="00EF2D22" w:rsidRPr="009F0F48" w:rsidRDefault="00C2304C">
            <w:pPr>
              <w:rPr>
                <w:lang w:val="ky-KG"/>
              </w:rPr>
            </w:pPr>
            <w:r w:rsidRPr="009F0F48">
              <w:rPr>
                <w:i/>
                <w:color w:val="666666"/>
                <w:sz w:val="17"/>
                <w:lang w:val="ky-KG"/>
              </w:rPr>
              <w:t>Натыйжаларды тастыктоо үчүн колдонулуучу документтерди көрсөтүңүз: фото, видео, аткарылган иштердин актылары, коштомо кагаздар, протоколдор, отчеттор, катышуучулардын тизмеси ж. б</w:t>
            </w:r>
            <w:r w:rsidR="003A6C31" w:rsidRPr="009F0F48">
              <w:rPr>
                <w:i/>
                <w:color w:val="666666"/>
                <w:sz w:val="17"/>
                <w:lang w:val="ky-KG"/>
              </w:rPr>
              <w:t>.</w:t>
            </w:r>
          </w:p>
          <w:p w14:paraId="3CF3D6B2" w14:textId="77777777" w:rsidR="00EF2D22" w:rsidRPr="009F0F48" w:rsidRDefault="00EF2D22">
            <w:pPr>
              <w:rPr>
                <w:lang w:val="ky-KG"/>
              </w:rPr>
            </w:pPr>
          </w:p>
          <w:p w14:paraId="71802E9F" w14:textId="77777777" w:rsidR="00EF2D22" w:rsidRPr="009F0F48" w:rsidRDefault="00EF2D22">
            <w:pPr>
              <w:rPr>
                <w:lang w:val="ky-KG"/>
              </w:rPr>
            </w:pPr>
          </w:p>
          <w:p w14:paraId="5D89804C" w14:textId="77777777" w:rsidR="00EF2D22" w:rsidRPr="009F0F48" w:rsidRDefault="00EF2D22">
            <w:pPr>
              <w:rPr>
                <w:lang w:val="ky-KG"/>
              </w:rPr>
            </w:pPr>
          </w:p>
        </w:tc>
      </w:tr>
      <w:tr w:rsidR="00EF2D22" w:rsidRPr="009F0F48" w14:paraId="7141C011" w14:textId="77777777">
        <w:trPr>
          <w:jc w:val="center"/>
        </w:trPr>
        <w:tc>
          <w:tcPr>
            <w:tcW w:w="2948" w:type="dxa"/>
            <w:tcBorders>
              <w:top w:val="single" w:sz="6" w:space="0" w:color="A6A6A6"/>
              <w:left w:val="single" w:sz="6" w:space="0" w:color="A6A6A6"/>
              <w:bottom w:val="single" w:sz="6" w:space="0" w:color="A6A6A6"/>
              <w:right w:val="single" w:sz="6" w:space="0" w:color="A6A6A6"/>
            </w:tcBorders>
            <w:shd w:val="clear" w:color="auto" w:fill="D9EAF7"/>
          </w:tcPr>
          <w:p w14:paraId="02809EA8" w14:textId="2F011987" w:rsidR="00EF2D22" w:rsidRPr="009F0F48" w:rsidRDefault="00C2304C">
            <w:pPr>
              <w:rPr>
                <w:lang w:val="ky-KG"/>
              </w:rPr>
            </w:pPr>
            <w:r w:rsidRPr="009F0F48">
              <w:rPr>
                <w:b/>
                <w:sz w:val="18"/>
                <w:lang w:val="ky-KG"/>
              </w:rPr>
              <w:t xml:space="preserve">Долбоорду колдоо жөнүндө маалымдоо  </w:t>
            </w:r>
          </w:p>
        </w:tc>
        <w:tc>
          <w:tcPr>
            <w:tcW w:w="6236" w:type="dxa"/>
            <w:tcBorders>
              <w:top w:val="single" w:sz="6" w:space="0" w:color="A6A6A6"/>
              <w:left w:val="single" w:sz="6" w:space="0" w:color="A6A6A6"/>
              <w:bottom w:val="single" w:sz="6" w:space="0" w:color="A6A6A6"/>
              <w:right w:val="single" w:sz="6" w:space="0" w:color="A6A6A6"/>
            </w:tcBorders>
          </w:tcPr>
          <w:p w14:paraId="1B534F34" w14:textId="38D32CC2" w:rsidR="00EF2D22" w:rsidRPr="009F0F48" w:rsidRDefault="00B8478E">
            <w:pPr>
              <w:rPr>
                <w:lang w:val="ky-KG"/>
              </w:rPr>
            </w:pPr>
            <w:r w:rsidRPr="009F0F48">
              <w:rPr>
                <w:i/>
                <w:color w:val="666666"/>
                <w:sz w:val="17"/>
                <w:lang w:val="ky-KG"/>
              </w:rPr>
              <w:t>Гранттык долбоордун алкагында даярдалган бардык ачык материалдарда, иш-чараларда, жарыялоолордо, фото -, видео-жана маалыматтык продуктыларда грант алуучу долбоор Жапон Өкмөтүнүн жана БУУӨПтүн колдоосу менен ишке ашырылып жатканын көрсөтүүгө тийиш. Логотиптерди жана коомдук материалдарды колдонуу БУУӨП менен шайкеш келет</w:t>
            </w:r>
            <w:r w:rsidR="003A6C31" w:rsidRPr="009F0F48">
              <w:rPr>
                <w:i/>
                <w:color w:val="666666"/>
                <w:sz w:val="17"/>
                <w:lang w:val="ky-KG"/>
              </w:rPr>
              <w:t>.</w:t>
            </w:r>
          </w:p>
          <w:p w14:paraId="66122BE6" w14:textId="77777777" w:rsidR="00EF2D22" w:rsidRPr="009F0F48" w:rsidRDefault="00EF2D22">
            <w:pPr>
              <w:rPr>
                <w:lang w:val="ky-KG"/>
              </w:rPr>
            </w:pPr>
          </w:p>
          <w:p w14:paraId="622AF543" w14:textId="77777777" w:rsidR="00EF2D22" w:rsidRPr="009F0F48" w:rsidRDefault="00EF2D22">
            <w:pPr>
              <w:rPr>
                <w:lang w:val="ky-KG"/>
              </w:rPr>
            </w:pPr>
          </w:p>
          <w:p w14:paraId="250FFBF6" w14:textId="77777777" w:rsidR="00EF2D22" w:rsidRPr="009F0F48" w:rsidRDefault="00EF2D22">
            <w:pPr>
              <w:rPr>
                <w:lang w:val="ky-KG"/>
              </w:rPr>
            </w:pPr>
          </w:p>
        </w:tc>
      </w:tr>
    </w:tbl>
    <w:p w14:paraId="027232C2" w14:textId="6C2D7041" w:rsidR="00EF2D22" w:rsidRPr="009F0F48" w:rsidRDefault="003A6C31">
      <w:pPr>
        <w:pStyle w:val="1"/>
        <w:spacing w:before="200" w:after="80" w:line="240" w:lineRule="auto"/>
        <w:rPr>
          <w:lang w:val="ky-KG"/>
        </w:rPr>
      </w:pPr>
      <w:r w:rsidRPr="009F0F48">
        <w:rPr>
          <w:rFonts w:ascii="Arial" w:eastAsia="Arial" w:hAnsi="Arial"/>
          <w:color w:val="1F4E79"/>
          <w:sz w:val="26"/>
          <w:lang w:val="ky-KG"/>
        </w:rPr>
        <w:t>11</w:t>
      </w:r>
      <w:r w:rsidR="00B8478E" w:rsidRPr="009F0F48">
        <w:rPr>
          <w:rFonts w:ascii="Arial" w:eastAsia="Arial" w:hAnsi="Arial"/>
          <w:color w:val="1F4E79"/>
          <w:sz w:val="26"/>
          <w:lang w:val="ky-KG"/>
        </w:rPr>
        <w:t>-БӨЛҮМ</w:t>
      </w:r>
      <w:r w:rsidRPr="009F0F48">
        <w:rPr>
          <w:rFonts w:ascii="Arial" w:eastAsia="Arial" w:hAnsi="Arial"/>
          <w:color w:val="1F4E79"/>
          <w:sz w:val="26"/>
          <w:lang w:val="ky-KG"/>
        </w:rPr>
        <w:t xml:space="preserve">. </w:t>
      </w:r>
      <w:r w:rsidR="00B8478E" w:rsidRPr="009F0F48">
        <w:rPr>
          <w:rFonts w:ascii="Arial" w:eastAsia="Arial" w:hAnsi="Arial"/>
          <w:color w:val="1F4E79"/>
          <w:sz w:val="26"/>
          <w:lang w:val="ky-KG"/>
        </w:rPr>
        <w:t xml:space="preserve">Өтүнмөгө тиркемелердин тизмеги </w:t>
      </w:r>
    </w:p>
    <w:tbl>
      <w:tblPr>
        <w:tblW w:w="0" w:type="auto"/>
        <w:jc w:val="center"/>
        <w:tblLook w:val="04A0" w:firstRow="1" w:lastRow="0" w:firstColumn="1" w:lastColumn="0" w:noHBand="0" w:noVBand="1"/>
      </w:tblPr>
      <w:tblGrid>
        <w:gridCol w:w="10190"/>
      </w:tblGrid>
      <w:tr w:rsidR="00EF2D22" w:rsidRPr="009F0F48" w14:paraId="33468B4D" w14:textId="77777777">
        <w:trPr>
          <w:jc w:val="center"/>
        </w:trPr>
        <w:tc>
          <w:tcPr>
            <w:tcW w:w="10206" w:type="dxa"/>
            <w:tcBorders>
              <w:top w:val="single" w:sz="6" w:space="0" w:color="A6A6A6"/>
              <w:left w:val="single" w:sz="6" w:space="0" w:color="A6A6A6"/>
              <w:bottom w:val="single" w:sz="6" w:space="0" w:color="A6A6A6"/>
              <w:right w:val="single" w:sz="6" w:space="0" w:color="A6A6A6"/>
            </w:tcBorders>
            <w:shd w:val="clear" w:color="auto" w:fill="D9EAF7"/>
          </w:tcPr>
          <w:p w14:paraId="7211E336" w14:textId="69C88DA6" w:rsidR="00EF2D22" w:rsidRPr="009F0F48" w:rsidRDefault="00B8478E">
            <w:pPr>
              <w:rPr>
                <w:lang w:val="ky-KG"/>
              </w:rPr>
            </w:pPr>
            <w:r w:rsidRPr="009F0F48">
              <w:rPr>
                <w:b/>
                <w:sz w:val="18"/>
                <w:lang w:val="ky-KG"/>
              </w:rPr>
              <w:t>Өтүнмөгө тиркелүүчү документтерди белгилеңиз</w:t>
            </w:r>
            <w:r w:rsidR="003A6C31" w:rsidRPr="009F0F48">
              <w:rPr>
                <w:b/>
                <w:sz w:val="18"/>
                <w:lang w:val="ky-KG"/>
              </w:rPr>
              <w:t>:</w:t>
            </w:r>
          </w:p>
        </w:tc>
      </w:tr>
      <w:tr w:rsidR="00EF2D22" w:rsidRPr="00772E4C" w14:paraId="15A65683" w14:textId="77777777">
        <w:trPr>
          <w:jc w:val="center"/>
        </w:trPr>
        <w:tc>
          <w:tcPr>
            <w:tcW w:w="10206" w:type="dxa"/>
          </w:tcPr>
          <w:p w14:paraId="345ADD1E" w14:textId="77777777" w:rsidR="00EF2D22" w:rsidRPr="009F0F48" w:rsidRDefault="00EF2D22">
            <w:pPr>
              <w:rPr>
                <w:lang w:val="ky-KG"/>
              </w:rPr>
            </w:pPr>
          </w:p>
          <w:p w14:paraId="1CE1A111" w14:textId="2DCDA481" w:rsidR="00EF2D22" w:rsidRPr="009F0F48" w:rsidRDefault="003A6C31">
            <w:pPr>
              <w:rPr>
                <w:lang w:val="ky-KG"/>
              </w:rPr>
            </w:pPr>
            <w:r w:rsidRPr="009F0F48">
              <w:rPr>
                <w:sz w:val="18"/>
                <w:lang w:val="ky-KG"/>
              </w:rPr>
              <w:t xml:space="preserve">☐ </w:t>
            </w:r>
            <w:r w:rsidR="00B8478E" w:rsidRPr="009F0F48">
              <w:rPr>
                <w:sz w:val="18"/>
                <w:lang w:val="ky-KG"/>
              </w:rPr>
              <w:t>Өтүнмөнүн толтурулган формасы</w:t>
            </w:r>
            <w:r w:rsidRPr="009F0F48">
              <w:rPr>
                <w:sz w:val="18"/>
                <w:lang w:val="ky-KG"/>
              </w:rPr>
              <w:t xml:space="preserve"> (2</w:t>
            </w:r>
            <w:r w:rsidR="00B8478E" w:rsidRPr="009F0F48">
              <w:rPr>
                <w:sz w:val="18"/>
                <w:lang w:val="ky-KG"/>
              </w:rPr>
              <w:t>-тиркеме</w:t>
            </w:r>
            <w:r w:rsidRPr="009F0F48">
              <w:rPr>
                <w:sz w:val="18"/>
                <w:lang w:val="ky-KG"/>
              </w:rPr>
              <w:t>)</w:t>
            </w:r>
          </w:p>
          <w:p w14:paraId="16ECC280" w14:textId="398CDEC3" w:rsidR="00EF2D22" w:rsidRPr="009F0F48" w:rsidRDefault="003A6C31">
            <w:pPr>
              <w:rPr>
                <w:lang w:val="ky-KG"/>
              </w:rPr>
            </w:pPr>
            <w:r w:rsidRPr="009F0F48">
              <w:rPr>
                <w:sz w:val="18"/>
                <w:lang w:val="ky-KG"/>
              </w:rPr>
              <w:t xml:space="preserve">☐ </w:t>
            </w:r>
            <w:r w:rsidR="00B8478E" w:rsidRPr="009F0F48">
              <w:rPr>
                <w:sz w:val="18"/>
                <w:lang w:val="ky-KG"/>
              </w:rPr>
              <w:t>Долбоорду ишке ашыруунун календардык планы</w:t>
            </w:r>
            <w:r w:rsidRPr="009F0F48">
              <w:rPr>
                <w:sz w:val="18"/>
                <w:lang w:val="ky-KG"/>
              </w:rPr>
              <w:t xml:space="preserve"> (3</w:t>
            </w:r>
            <w:r w:rsidR="00B8478E" w:rsidRPr="009F0F48">
              <w:rPr>
                <w:sz w:val="18"/>
                <w:lang w:val="ky-KG"/>
              </w:rPr>
              <w:t>-тиркеме</w:t>
            </w:r>
            <w:r w:rsidRPr="009F0F48">
              <w:rPr>
                <w:sz w:val="18"/>
                <w:lang w:val="ky-KG"/>
              </w:rPr>
              <w:t>)</w:t>
            </w:r>
          </w:p>
          <w:p w14:paraId="13EE5A41" w14:textId="5C696757" w:rsidR="00EF2D22" w:rsidRPr="009F0F48" w:rsidRDefault="003A6C31">
            <w:pPr>
              <w:rPr>
                <w:lang w:val="ky-KG"/>
              </w:rPr>
            </w:pPr>
            <w:r w:rsidRPr="009F0F48">
              <w:rPr>
                <w:sz w:val="18"/>
                <w:lang w:val="ky-KG"/>
              </w:rPr>
              <w:lastRenderedPageBreak/>
              <w:t xml:space="preserve">☐ </w:t>
            </w:r>
            <w:r w:rsidR="00B8478E" w:rsidRPr="009F0F48">
              <w:rPr>
                <w:sz w:val="18"/>
                <w:lang w:val="ky-KG"/>
              </w:rPr>
              <w:t>Долбоордун бюджети</w:t>
            </w:r>
            <w:r w:rsidRPr="009F0F48">
              <w:rPr>
                <w:sz w:val="18"/>
                <w:lang w:val="ky-KG"/>
              </w:rPr>
              <w:t xml:space="preserve"> (4</w:t>
            </w:r>
            <w:r w:rsidR="00B8478E" w:rsidRPr="009F0F48">
              <w:rPr>
                <w:sz w:val="18"/>
                <w:lang w:val="ky-KG"/>
              </w:rPr>
              <w:t>-тиркеме</w:t>
            </w:r>
            <w:r w:rsidRPr="009F0F48">
              <w:rPr>
                <w:sz w:val="18"/>
                <w:lang w:val="ky-KG"/>
              </w:rPr>
              <w:t>)</w:t>
            </w:r>
          </w:p>
          <w:p w14:paraId="3A093A78" w14:textId="0931C61F" w:rsidR="00EF2D22" w:rsidRPr="009F0F48" w:rsidRDefault="003A6C31">
            <w:pPr>
              <w:rPr>
                <w:lang w:val="ky-KG"/>
              </w:rPr>
            </w:pPr>
            <w:r w:rsidRPr="009F0F48">
              <w:rPr>
                <w:sz w:val="18"/>
                <w:lang w:val="ky-KG"/>
              </w:rPr>
              <w:t xml:space="preserve">☐ </w:t>
            </w:r>
            <w:r w:rsidR="00B8478E" w:rsidRPr="009F0F48">
              <w:rPr>
                <w:sz w:val="18"/>
                <w:lang w:val="ky-KG"/>
              </w:rPr>
              <w:t xml:space="preserve">Уюмду каттоо жөнүндө күбөлүктүн көчүрмөсү </w:t>
            </w:r>
          </w:p>
          <w:p w14:paraId="0F14D2AE" w14:textId="5EDC5692" w:rsidR="00EF2D22" w:rsidRPr="009F0F48" w:rsidRDefault="003A6C31">
            <w:pPr>
              <w:rPr>
                <w:lang w:val="ky-KG"/>
              </w:rPr>
            </w:pPr>
            <w:r w:rsidRPr="009F0F48">
              <w:rPr>
                <w:sz w:val="18"/>
                <w:lang w:val="ky-KG"/>
              </w:rPr>
              <w:t xml:space="preserve">☐ </w:t>
            </w:r>
            <w:r w:rsidR="00B8478E" w:rsidRPr="009F0F48">
              <w:rPr>
                <w:sz w:val="18"/>
                <w:lang w:val="ky-KG"/>
              </w:rPr>
              <w:t xml:space="preserve">Уюмдун уюмдаштыруучу документтердин көчүрмөлөрү  </w:t>
            </w:r>
          </w:p>
          <w:p w14:paraId="2CE322D2" w14:textId="287321D0" w:rsidR="00EF2D22" w:rsidRPr="009F0F48" w:rsidRDefault="003A6C31">
            <w:pPr>
              <w:rPr>
                <w:lang w:val="ky-KG"/>
              </w:rPr>
            </w:pPr>
            <w:r w:rsidRPr="009F0F48">
              <w:rPr>
                <w:sz w:val="18"/>
                <w:lang w:val="ky-KG"/>
              </w:rPr>
              <w:t xml:space="preserve">☐ </w:t>
            </w:r>
            <w:r w:rsidR="00B8478E" w:rsidRPr="009F0F48">
              <w:rPr>
                <w:sz w:val="18"/>
                <w:lang w:val="ky-KG"/>
              </w:rPr>
              <w:t>Эсептешүү эсебин/банктык реквизиттерин көрсөтүү менен банктан маалым кат</w:t>
            </w:r>
          </w:p>
          <w:p w14:paraId="20BBA251" w14:textId="26717F86" w:rsidR="00EF2D22" w:rsidRPr="009F0F48" w:rsidRDefault="003A6C31">
            <w:pPr>
              <w:rPr>
                <w:lang w:val="ky-KG"/>
              </w:rPr>
            </w:pPr>
            <w:r w:rsidRPr="009F0F48">
              <w:rPr>
                <w:sz w:val="18"/>
                <w:lang w:val="ky-KG"/>
              </w:rPr>
              <w:t xml:space="preserve">☐ </w:t>
            </w:r>
            <w:r w:rsidR="00B8478E" w:rsidRPr="009F0F48">
              <w:rPr>
                <w:sz w:val="18"/>
                <w:lang w:val="ky-KG"/>
              </w:rPr>
              <w:t xml:space="preserve">Салыктар жана жыйымдар боюнча карыздардын жоктугу тууралуу маалым кат  </w:t>
            </w:r>
          </w:p>
          <w:p w14:paraId="594EB09A" w14:textId="6B4C45C1" w:rsidR="00EF2D22" w:rsidRPr="009F0F48" w:rsidRDefault="003A6C31">
            <w:pPr>
              <w:rPr>
                <w:lang w:val="ky-KG"/>
              </w:rPr>
            </w:pPr>
            <w:r w:rsidRPr="009F0F48">
              <w:rPr>
                <w:sz w:val="18"/>
                <w:lang w:val="ky-KG"/>
              </w:rPr>
              <w:t xml:space="preserve">☐ </w:t>
            </w:r>
            <w:r w:rsidR="000469AC" w:rsidRPr="009F0F48">
              <w:rPr>
                <w:sz w:val="18"/>
                <w:lang w:val="ky-KG"/>
              </w:rPr>
              <w:t xml:space="preserve">Долбоордун жетекчисинин жана негизги адистеринин резюмелери  </w:t>
            </w:r>
          </w:p>
          <w:p w14:paraId="3AD9E01C" w14:textId="76458932" w:rsidR="00EF2D22" w:rsidRPr="009F0F48" w:rsidRDefault="003A6C31">
            <w:pPr>
              <w:rPr>
                <w:lang w:val="ky-KG"/>
              </w:rPr>
            </w:pPr>
            <w:r w:rsidRPr="009F0F48">
              <w:rPr>
                <w:sz w:val="18"/>
                <w:lang w:val="ky-KG"/>
              </w:rPr>
              <w:t xml:space="preserve">☐ </w:t>
            </w:r>
            <w:r w:rsidR="000469AC" w:rsidRPr="009F0F48">
              <w:rPr>
                <w:sz w:val="18"/>
                <w:lang w:val="ky-KG"/>
              </w:rPr>
              <w:t xml:space="preserve">Техникалык адистердин / инженердин  резюмеси же мындай экспертизаны тартууну ырастоо  </w:t>
            </w:r>
          </w:p>
          <w:p w14:paraId="537755AE" w14:textId="600D2898" w:rsidR="00EF2D22" w:rsidRPr="009F0F48" w:rsidRDefault="003A6C31">
            <w:pPr>
              <w:rPr>
                <w:lang w:val="ky-KG"/>
              </w:rPr>
            </w:pPr>
            <w:r w:rsidRPr="009F0F48">
              <w:rPr>
                <w:sz w:val="18"/>
                <w:lang w:val="ky-KG"/>
              </w:rPr>
              <w:t>☐ Техни</w:t>
            </w:r>
            <w:r w:rsidR="000469AC" w:rsidRPr="009F0F48">
              <w:rPr>
                <w:sz w:val="18"/>
                <w:lang w:val="ky-KG"/>
              </w:rPr>
              <w:t>калык</w:t>
            </w:r>
            <w:r w:rsidRPr="009F0F48">
              <w:rPr>
                <w:sz w:val="18"/>
                <w:lang w:val="ky-KG"/>
              </w:rPr>
              <w:t xml:space="preserve"> документ</w:t>
            </w:r>
            <w:r w:rsidR="000469AC" w:rsidRPr="009F0F48">
              <w:rPr>
                <w:sz w:val="18"/>
                <w:lang w:val="ky-KG"/>
              </w:rPr>
              <w:t>тер</w:t>
            </w:r>
            <w:r w:rsidRPr="009F0F48">
              <w:rPr>
                <w:sz w:val="18"/>
                <w:lang w:val="ky-KG"/>
              </w:rPr>
              <w:t xml:space="preserve">: </w:t>
            </w:r>
            <w:r w:rsidR="000469AC" w:rsidRPr="009F0F48">
              <w:rPr>
                <w:sz w:val="18"/>
                <w:lang w:val="ky-KG"/>
              </w:rPr>
              <w:t>Д</w:t>
            </w:r>
            <w:r w:rsidRPr="009F0F48">
              <w:rPr>
                <w:sz w:val="18"/>
                <w:lang w:val="ky-KG"/>
              </w:rPr>
              <w:t xml:space="preserve">СД, смета, </w:t>
            </w:r>
            <w:r w:rsidR="000469AC" w:rsidRPr="009F0F48">
              <w:rPr>
                <w:sz w:val="18"/>
                <w:lang w:val="ky-KG"/>
              </w:rPr>
              <w:t xml:space="preserve">жумуш көлөмүнүн </w:t>
            </w:r>
            <w:r w:rsidRPr="009F0F48">
              <w:rPr>
                <w:sz w:val="18"/>
                <w:lang w:val="ky-KG"/>
              </w:rPr>
              <w:t>ведомост</w:t>
            </w:r>
            <w:r w:rsidR="000469AC" w:rsidRPr="009F0F48">
              <w:rPr>
                <w:sz w:val="18"/>
                <w:lang w:val="ky-KG"/>
              </w:rPr>
              <w:t>у</w:t>
            </w:r>
            <w:r w:rsidRPr="009F0F48">
              <w:rPr>
                <w:sz w:val="18"/>
                <w:lang w:val="ky-KG"/>
              </w:rPr>
              <w:t>, дефект</w:t>
            </w:r>
            <w:r w:rsidR="000469AC" w:rsidRPr="009F0F48">
              <w:rPr>
                <w:sz w:val="18"/>
                <w:lang w:val="ky-KG"/>
              </w:rPr>
              <w:t>тик</w:t>
            </w:r>
            <w:r w:rsidRPr="009F0F48">
              <w:rPr>
                <w:sz w:val="18"/>
                <w:lang w:val="ky-KG"/>
              </w:rPr>
              <w:t xml:space="preserve"> акт</w:t>
            </w:r>
            <w:r w:rsidR="000469AC" w:rsidRPr="009F0F48">
              <w:rPr>
                <w:sz w:val="18"/>
                <w:lang w:val="ky-KG"/>
              </w:rPr>
              <w:t>ысы</w:t>
            </w:r>
            <w:r w:rsidRPr="009F0F48">
              <w:rPr>
                <w:sz w:val="18"/>
                <w:lang w:val="ky-KG"/>
              </w:rPr>
              <w:t>, схема, техни</w:t>
            </w:r>
            <w:r w:rsidR="000469AC" w:rsidRPr="009F0F48">
              <w:rPr>
                <w:sz w:val="18"/>
                <w:lang w:val="ky-KG"/>
              </w:rPr>
              <w:t>калык корутунду жана башка документтер</w:t>
            </w:r>
          </w:p>
          <w:p w14:paraId="241EE74E" w14:textId="693248EA" w:rsidR="00EF2D22" w:rsidRPr="009F0F48" w:rsidRDefault="003A6C31">
            <w:pPr>
              <w:rPr>
                <w:lang w:val="ky-KG"/>
              </w:rPr>
            </w:pPr>
            <w:r w:rsidRPr="009F0F48">
              <w:rPr>
                <w:sz w:val="18"/>
                <w:lang w:val="ky-KG"/>
              </w:rPr>
              <w:t xml:space="preserve">☐ </w:t>
            </w:r>
            <w:r w:rsidR="009F0F48" w:rsidRPr="009F0F48">
              <w:rPr>
                <w:sz w:val="18"/>
                <w:lang w:val="ky-KG"/>
              </w:rPr>
              <w:t xml:space="preserve">Объекттин ээсинен же балансында кармоочудан колдоо каты / макулдашуу    </w:t>
            </w:r>
          </w:p>
          <w:p w14:paraId="509C4ED0" w14:textId="2DA349AD" w:rsidR="00EF2D22" w:rsidRPr="009F0F48" w:rsidRDefault="003A6C31">
            <w:pPr>
              <w:rPr>
                <w:lang w:val="ky-KG"/>
              </w:rPr>
            </w:pPr>
            <w:r w:rsidRPr="009F0F48">
              <w:rPr>
                <w:sz w:val="18"/>
                <w:lang w:val="ky-KG"/>
              </w:rPr>
              <w:t xml:space="preserve">☐ </w:t>
            </w:r>
            <w:r w:rsidR="009F0F48" w:rsidRPr="009F0F48">
              <w:rPr>
                <w:sz w:val="18"/>
                <w:lang w:val="ky-KG"/>
              </w:rPr>
              <w:t>Тең каржылоону ырастоо, колдонулса</w:t>
            </w:r>
          </w:p>
          <w:p w14:paraId="1788533D" w14:textId="2A752C29" w:rsidR="00EF2D22" w:rsidRPr="009F0F48" w:rsidRDefault="003A6C31">
            <w:pPr>
              <w:rPr>
                <w:lang w:val="ky-KG"/>
              </w:rPr>
            </w:pPr>
            <w:r w:rsidRPr="009F0F48">
              <w:rPr>
                <w:sz w:val="18"/>
                <w:lang w:val="ky-KG"/>
              </w:rPr>
              <w:t xml:space="preserve">☐ </w:t>
            </w:r>
            <w:r w:rsidR="009F0F48" w:rsidRPr="009F0F48">
              <w:rPr>
                <w:sz w:val="18"/>
                <w:lang w:val="ky-KG"/>
              </w:rPr>
              <w:t>Сатып алуулар каралган болсо, жабдууларга, материалдарга же кызматтарга п</w:t>
            </w:r>
            <w:r w:rsidRPr="009F0F48">
              <w:rPr>
                <w:sz w:val="18"/>
                <w:lang w:val="ky-KG"/>
              </w:rPr>
              <w:t>райс-</w:t>
            </w:r>
            <w:r w:rsidR="009F0F48" w:rsidRPr="009F0F48">
              <w:rPr>
                <w:sz w:val="18"/>
                <w:lang w:val="ky-KG"/>
              </w:rPr>
              <w:t>баракчалары</w:t>
            </w:r>
            <w:r w:rsidRPr="009F0F48">
              <w:rPr>
                <w:sz w:val="18"/>
                <w:lang w:val="ky-KG"/>
              </w:rPr>
              <w:t xml:space="preserve"> / коммер</w:t>
            </w:r>
            <w:r w:rsidR="009F0F48" w:rsidRPr="009F0F48">
              <w:rPr>
                <w:sz w:val="18"/>
                <w:lang w:val="ky-KG"/>
              </w:rPr>
              <w:t xml:space="preserve">циялык сунуштар  </w:t>
            </w:r>
          </w:p>
          <w:p w14:paraId="63EDFE2F" w14:textId="0A884F9D" w:rsidR="00EF2D22" w:rsidRPr="009F0F48" w:rsidRDefault="003A6C31">
            <w:pPr>
              <w:rPr>
                <w:lang w:val="ky-KG"/>
              </w:rPr>
            </w:pPr>
            <w:r w:rsidRPr="009F0F48">
              <w:rPr>
                <w:sz w:val="18"/>
                <w:lang w:val="ky-KG"/>
              </w:rPr>
              <w:t xml:space="preserve">☐ </w:t>
            </w:r>
            <w:r w:rsidR="009F0F48" w:rsidRPr="009F0F48">
              <w:rPr>
                <w:sz w:val="18"/>
                <w:lang w:val="ky-KG"/>
              </w:rPr>
              <w:t>Уюмдун тажрыйбасын ырастоочу документтер, колдонулса</w:t>
            </w:r>
          </w:p>
          <w:p w14:paraId="3C3D45AA" w14:textId="49F64380" w:rsidR="00EF2D22" w:rsidRPr="009F0F48" w:rsidRDefault="003A6C31">
            <w:pPr>
              <w:rPr>
                <w:lang w:val="ky-KG"/>
              </w:rPr>
            </w:pPr>
            <w:r w:rsidRPr="009F0F48">
              <w:rPr>
                <w:sz w:val="18"/>
                <w:lang w:val="ky-KG"/>
              </w:rPr>
              <w:t xml:space="preserve">☐ </w:t>
            </w:r>
            <w:r w:rsidR="009F0F48" w:rsidRPr="009F0F48">
              <w:rPr>
                <w:sz w:val="18"/>
                <w:lang w:val="ky-KG"/>
              </w:rPr>
              <w:t xml:space="preserve">долбоордун ишке ашырылууга даярдыгын ырастоочу башка документтер  </w:t>
            </w:r>
          </w:p>
        </w:tc>
      </w:tr>
    </w:tbl>
    <w:p w14:paraId="2951AB92" w14:textId="7881632F" w:rsidR="00EF2D22" w:rsidRPr="009F0F48" w:rsidRDefault="003A6C31">
      <w:pPr>
        <w:pStyle w:val="1"/>
        <w:spacing w:before="200" w:after="80" w:line="240" w:lineRule="auto"/>
        <w:rPr>
          <w:lang w:val="ky-KG"/>
        </w:rPr>
      </w:pPr>
      <w:r w:rsidRPr="009F0F48">
        <w:rPr>
          <w:rFonts w:ascii="Arial" w:eastAsia="Arial" w:hAnsi="Arial"/>
          <w:color w:val="1F4E79"/>
          <w:sz w:val="26"/>
          <w:lang w:val="ky-KG"/>
        </w:rPr>
        <w:lastRenderedPageBreak/>
        <w:t>12</w:t>
      </w:r>
      <w:r w:rsidR="009F0F48" w:rsidRPr="009F0F48">
        <w:rPr>
          <w:rFonts w:ascii="Arial" w:eastAsia="Arial" w:hAnsi="Arial"/>
          <w:color w:val="1F4E79"/>
          <w:sz w:val="26"/>
          <w:lang w:val="ky-KG"/>
        </w:rPr>
        <w:t>-БӨЛҮМ</w:t>
      </w:r>
      <w:r w:rsidRPr="009F0F48">
        <w:rPr>
          <w:rFonts w:ascii="Arial" w:eastAsia="Arial" w:hAnsi="Arial"/>
          <w:color w:val="1F4E79"/>
          <w:sz w:val="26"/>
          <w:lang w:val="ky-KG"/>
        </w:rPr>
        <w:t xml:space="preserve">. </w:t>
      </w:r>
      <w:r w:rsidR="009F0F48" w:rsidRPr="009F0F48">
        <w:rPr>
          <w:rFonts w:ascii="Arial" w:eastAsia="Arial" w:hAnsi="Arial"/>
          <w:color w:val="1F4E79"/>
          <w:sz w:val="26"/>
          <w:lang w:val="ky-KG"/>
        </w:rPr>
        <w:t>Өтүнмө берүүчүнүн декларациясы</w:t>
      </w:r>
    </w:p>
    <w:p w14:paraId="3D2FBA8F" w14:textId="058E0C02" w:rsidR="00EF2D22" w:rsidRPr="009F0F48" w:rsidRDefault="009F0F48">
      <w:pPr>
        <w:spacing w:after="80" w:line="240" w:lineRule="auto"/>
        <w:rPr>
          <w:lang w:val="ky-KG"/>
        </w:rPr>
      </w:pPr>
      <w:r w:rsidRPr="009F0F48">
        <w:rPr>
          <w:b/>
          <w:lang w:val="ky-KG"/>
        </w:rPr>
        <w:t xml:space="preserve">Маалыматтын аныктыгын ырастоо  </w:t>
      </w:r>
    </w:p>
    <w:p w14:paraId="6B14D477" w14:textId="58313FC2" w:rsidR="00EF2D22" w:rsidRPr="009F0F48" w:rsidRDefault="009F0F48">
      <w:pPr>
        <w:spacing w:after="80" w:line="240" w:lineRule="auto"/>
        <w:rPr>
          <w:lang w:val="ky-KG"/>
        </w:rPr>
      </w:pPr>
      <w:r w:rsidRPr="009F0F48">
        <w:rPr>
          <w:sz w:val="19"/>
          <w:lang w:val="ky-KG"/>
        </w:rPr>
        <w:t>Мен, төмөндө кол койгон, өтүнмөнүн ушул формасында жана анын тиркемелеринде берилген маалыматтын аныктыгын жана толуктугун ырастайм. Жалган же адаштыруучу маалымат берүү өтүнмөнүн четке кагылышына же гранттык келишимдин токтотулушуна алып келиши мүмкүндүгүн түшүнөм</w:t>
      </w:r>
      <w:r w:rsidR="003A6C31" w:rsidRPr="009F0F48">
        <w:rPr>
          <w:sz w:val="19"/>
          <w:lang w:val="ky-KG"/>
        </w:rPr>
        <w:t>.</w:t>
      </w:r>
    </w:p>
    <w:p w14:paraId="1927D53D" w14:textId="4E7190D7" w:rsidR="00EF2D22" w:rsidRPr="009F0F48" w:rsidRDefault="009F0F48">
      <w:pPr>
        <w:spacing w:after="80" w:line="240" w:lineRule="auto"/>
        <w:rPr>
          <w:lang w:val="ky-KG"/>
        </w:rPr>
      </w:pPr>
      <w:r w:rsidRPr="009F0F48">
        <w:rPr>
          <w:b/>
          <w:lang w:val="ky-KG"/>
        </w:rPr>
        <w:t>Коррупцияга каршы милдеттенме</w:t>
      </w:r>
    </w:p>
    <w:p w14:paraId="282C5051" w14:textId="6BA56FEC" w:rsidR="00EF2D22" w:rsidRPr="009F0F48" w:rsidRDefault="009F0F48">
      <w:pPr>
        <w:spacing w:after="80" w:line="240" w:lineRule="auto"/>
        <w:rPr>
          <w:lang w:val="ky-KG"/>
        </w:rPr>
      </w:pPr>
      <w:r w:rsidRPr="009F0F48">
        <w:rPr>
          <w:sz w:val="19"/>
          <w:lang w:val="ky-KG"/>
        </w:rPr>
        <w:t>Уюм гранттык долбоорду даярдоодо жана ишке ашырууда гранттык келишимди тандоо процесси, түзүү же аткаруу менен байланышкан мыйзамсыз төлөмдөрдү, белектерди, сыйлыктарды же пайдаларды сунуштабайт, бербейт же албайт деп ырастайт</w:t>
      </w:r>
      <w:r w:rsidR="003A6C31" w:rsidRPr="009F0F48">
        <w:rPr>
          <w:sz w:val="19"/>
          <w:lang w:val="ky-KG"/>
        </w:rPr>
        <w:t>.</w:t>
      </w:r>
      <w:r w:rsidRPr="009F0F48">
        <w:rPr>
          <w:sz w:val="19"/>
          <w:lang w:val="ky-KG"/>
        </w:rPr>
        <w:t xml:space="preserve"> </w:t>
      </w:r>
    </w:p>
    <w:p w14:paraId="4711EE05" w14:textId="21F15EAB" w:rsidR="00EF2D22" w:rsidRPr="009F0F48" w:rsidRDefault="009F0F48">
      <w:pPr>
        <w:spacing w:after="80" w:line="240" w:lineRule="auto"/>
        <w:rPr>
          <w:lang w:val="ky-KG"/>
        </w:rPr>
      </w:pPr>
      <w:r w:rsidRPr="009F0F48">
        <w:rPr>
          <w:b/>
          <w:lang w:val="ky-KG"/>
        </w:rPr>
        <w:t>Басмырлабоо боюнча милдеттенме</w:t>
      </w:r>
    </w:p>
    <w:p w14:paraId="15E5114F" w14:textId="3F2E3426" w:rsidR="00EF2D22" w:rsidRPr="009F0F48" w:rsidRDefault="009F0F48">
      <w:pPr>
        <w:spacing w:after="80" w:line="240" w:lineRule="auto"/>
        <w:rPr>
          <w:lang w:val="ky-KG"/>
        </w:rPr>
      </w:pPr>
      <w:r w:rsidRPr="009F0F48">
        <w:rPr>
          <w:sz w:val="19"/>
          <w:lang w:val="ky-KG"/>
        </w:rPr>
        <w:t>Уюм долбоорду жынысы, курагы, этностук теги, майыптыгы, дини, социалдык абалы же башка белгилери боюнча басмырлоосуз ишке ашыра тургандыгын тастыктайт, ошондой эле социалдык инклюзивдүүлүк жана долбоордун натыйжаларына бирдей жеткиликтүүлүк принциптерин эске алат</w:t>
      </w:r>
      <w:r w:rsidR="003A6C31" w:rsidRPr="009F0F48">
        <w:rPr>
          <w:sz w:val="19"/>
          <w:lang w:val="ky-KG"/>
        </w:rPr>
        <w:t>.</w:t>
      </w:r>
    </w:p>
    <w:tbl>
      <w:tblPr>
        <w:tblW w:w="0" w:type="auto"/>
        <w:tblLook w:val="04A0" w:firstRow="1" w:lastRow="0" w:firstColumn="1" w:lastColumn="0" w:noHBand="0" w:noVBand="1"/>
      </w:tblPr>
      <w:tblGrid>
        <w:gridCol w:w="5096"/>
        <w:gridCol w:w="5094"/>
      </w:tblGrid>
      <w:tr w:rsidR="00EF2D22" w:rsidRPr="009F0F48" w14:paraId="447530F9" w14:textId="77777777">
        <w:tc>
          <w:tcPr>
            <w:tcW w:w="5103" w:type="dxa"/>
            <w:tcBorders>
              <w:top w:val="single" w:sz="6" w:space="0" w:color="A6A6A6"/>
              <w:left w:val="single" w:sz="6" w:space="0" w:color="A6A6A6"/>
              <w:bottom w:val="single" w:sz="6" w:space="0" w:color="A6A6A6"/>
              <w:right w:val="single" w:sz="6" w:space="0" w:color="A6A6A6"/>
            </w:tcBorders>
            <w:shd w:val="clear" w:color="auto" w:fill="D9EAF7"/>
          </w:tcPr>
          <w:p w14:paraId="0FD5AEDC" w14:textId="51F50951" w:rsidR="00EF2D22" w:rsidRPr="009F0F48" w:rsidRDefault="009F0F48">
            <w:pPr>
              <w:rPr>
                <w:lang w:val="ky-KG"/>
              </w:rPr>
            </w:pPr>
            <w:r w:rsidRPr="009F0F48">
              <w:rPr>
                <w:b/>
                <w:sz w:val="18"/>
                <w:lang w:val="ky-KG"/>
              </w:rPr>
              <w:t>Уюмдун жетекчисинин ФАА</w:t>
            </w:r>
          </w:p>
        </w:tc>
        <w:tc>
          <w:tcPr>
            <w:tcW w:w="5103" w:type="dxa"/>
            <w:tcBorders>
              <w:top w:val="single" w:sz="6" w:space="0" w:color="A6A6A6"/>
              <w:left w:val="single" w:sz="6" w:space="0" w:color="A6A6A6"/>
              <w:bottom w:val="single" w:sz="6" w:space="0" w:color="A6A6A6"/>
              <w:right w:val="single" w:sz="6" w:space="0" w:color="A6A6A6"/>
            </w:tcBorders>
          </w:tcPr>
          <w:p w14:paraId="13A1F961" w14:textId="77777777" w:rsidR="00EF2D22" w:rsidRPr="009F0F48" w:rsidRDefault="00EF2D22">
            <w:pPr>
              <w:rPr>
                <w:lang w:val="ky-KG"/>
              </w:rPr>
            </w:pPr>
          </w:p>
          <w:p w14:paraId="47E8AE58" w14:textId="77777777" w:rsidR="00EF2D22" w:rsidRPr="009F0F48" w:rsidRDefault="00EF2D22">
            <w:pPr>
              <w:rPr>
                <w:lang w:val="ky-KG"/>
              </w:rPr>
            </w:pPr>
          </w:p>
        </w:tc>
      </w:tr>
      <w:tr w:rsidR="00EF2D22" w:rsidRPr="009F0F48" w14:paraId="59B31CA2" w14:textId="77777777">
        <w:tc>
          <w:tcPr>
            <w:tcW w:w="5103" w:type="dxa"/>
            <w:tcBorders>
              <w:top w:val="single" w:sz="6" w:space="0" w:color="A6A6A6"/>
              <w:left w:val="single" w:sz="6" w:space="0" w:color="A6A6A6"/>
              <w:bottom w:val="single" w:sz="6" w:space="0" w:color="A6A6A6"/>
              <w:right w:val="single" w:sz="6" w:space="0" w:color="A6A6A6"/>
            </w:tcBorders>
            <w:shd w:val="clear" w:color="auto" w:fill="D9EAF7"/>
          </w:tcPr>
          <w:p w14:paraId="5EE4937A" w14:textId="1D0DA76E" w:rsidR="00EF2D22" w:rsidRPr="009F0F48" w:rsidRDefault="009F0F48">
            <w:pPr>
              <w:rPr>
                <w:lang w:val="ky-KG"/>
              </w:rPr>
            </w:pPr>
            <w:r w:rsidRPr="009F0F48">
              <w:rPr>
                <w:b/>
                <w:sz w:val="18"/>
                <w:lang w:val="ky-KG"/>
              </w:rPr>
              <w:t xml:space="preserve">Кызматы </w:t>
            </w:r>
          </w:p>
        </w:tc>
        <w:tc>
          <w:tcPr>
            <w:tcW w:w="5103" w:type="dxa"/>
            <w:tcBorders>
              <w:top w:val="single" w:sz="6" w:space="0" w:color="A6A6A6"/>
              <w:left w:val="single" w:sz="6" w:space="0" w:color="A6A6A6"/>
              <w:bottom w:val="single" w:sz="6" w:space="0" w:color="A6A6A6"/>
              <w:right w:val="single" w:sz="6" w:space="0" w:color="A6A6A6"/>
            </w:tcBorders>
          </w:tcPr>
          <w:p w14:paraId="01FA930E" w14:textId="77777777" w:rsidR="00EF2D22" w:rsidRPr="009F0F48" w:rsidRDefault="00EF2D22">
            <w:pPr>
              <w:rPr>
                <w:lang w:val="ky-KG"/>
              </w:rPr>
            </w:pPr>
          </w:p>
          <w:p w14:paraId="04E82A80" w14:textId="77777777" w:rsidR="00EF2D22" w:rsidRPr="009F0F48" w:rsidRDefault="00EF2D22">
            <w:pPr>
              <w:rPr>
                <w:lang w:val="ky-KG"/>
              </w:rPr>
            </w:pPr>
          </w:p>
        </w:tc>
      </w:tr>
      <w:tr w:rsidR="00EF2D22" w:rsidRPr="009F0F48" w14:paraId="4C7C0E27" w14:textId="77777777">
        <w:tc>
          <w:tcPr>
            <w:tcW w:w="5103" w:type="dxa"/>
            <w:tcBorders>
              <w:top w:val="single" w:sz="6" w:space="0" w:color="A6A6A6"/>
              <w:left w:val="single" w:sz="6" w:space="0" w:color="A6A6A6"/>
              <w:bottom w:val="single" w:sz="6" w:space="0" w:color="A6A6A6"/>
              <w:right w:val="single" w:sz="6" w:space="0" w:color="A6A6A6"/>
            </w:tcBorders>
            <w:shd w:val="clear" w:color="auto" w:fill="D9EAF7"/>
          </w:tcPr>
          <w:p w14:paraId="475E6329" w14:textId="6FA6144A" w:rsidR="00EF2D22" w:rsidRPr="009F0F48" w:rsidRDefault="009F0F48">
            <w:pPr>
              <w:rPr>
                <w:lang w:val="ky-KG"/>
              </w:rPr>
            </w:pPr>
            <w:r w:rsidRPr="009F0F48">
              <w:rPr>
                <w:b/>
                <w:sz w:val="18"/>
                <w:lang w:val="ky-KG"/>
              </w:rPr>
              <w:t xml:space="preserve">Колу </w:t>
            </w:r>
          </w:p>
        </w:tc>
        <w:tc>
          <w:tcPr>
            <w:tcW w:w="5103" w:type="dxa"/>
            <w:tcBorders>
              <w:top w:val="single" w:sz="6" w:space="0" w:color="A6A6A6"/>
              <w:left w:val="single" w:sz="6" w:space="0" w:color="A6A6A6"/>
              <w:bottom w:val="single" w:sz="6" w:space="0" w:color="A6A6A6"/>
              <w:right w:val="single" w:sz="6" w:space="0" w:color="A6A6A6"/>
            </w:tcBorders>
          </w:tcPr>
          <w:p w14:paraId="0B0EF12B" w14:textId="77777777" w:rsidR="00EF2D22" w:rsidRPr="009F0F48" w:rsidRDefault="00EF2D22">
            <w:pPr>
              <w:rPr>
                <w:lang w:val="ky-KG"/>
              </w:rPr>
            </w:pPr>
          </w:p>
          <w:p w14:paraId="5746A6DB" w14:textId="77777777" w:rsidR="00EF2D22" w:rsidRPr="009F0F48" w:rsidRDefault="00EF2D22">
            <w:pPr>
              <w:rPr>
                <w:lang w:val="ky-KG"/>
              </w:rPr>
            </w:pPr>
          </w:p>
        </w:tc>
      </w:tr>
      <w:tr w:rsidR="00EF2D22" w:rsidRPr="009F0F48" w14:paraId="0EABFE30" w14:textId="77777777">
        <w:tc>
          <w:tcPr>
            <w:tcW w:w="5103" w:type="dxa"/>
            <w:tcBorders>
              <w:top w:val="single" w:sz="6" w:space="0" w:color="A6A6A6"/>
              <w:left w:val="single" w:sz="6" w:space="0" w:color="A6A6A6"/>
              <w:bottom w:val="single" w:sz="6" w:space="0" w:color="A6A6A6"/>
              <w:right w:val="single" w:sz="6" w:space="0" w:color="A6A6A6"/>
            </w:tcBorders>
            <w:shd w:val="clear" w:color="auto" w:fill="D9EAF7"/>
          </w:tcPr>
          <w:p w14:paraId="4E37CBE7" w14:textId="3553701F" w:rsidR="00EF2D22" w:rsidRPr="009F0F48" w:rsidRDefault="003A6C31">
            <w:pPr>
              <w:rPr>
                <w:lang w:val="ky-KG"/>
              </w:rPr>
            </w:pPr>
            <w:r w:rsidRPr="009F0F48">
              <w:rPr>
                <w:b/>
                <w:sz w:val="18"/>
                <w:lang w:val="ky-KG"/>
              </w:rPr>
              <w:t>Дата</w:t>
            </w:r>
            <w:r w:rsidR="009F0F48" w:rsidRPr="009F0F48">
              <w:rPr>
                <w:b/>
                <w:sz w:val="18"/>
                <w:lang w:val="ky-KG"/>
              </w:rPr>
              <w:t>сы</w:t>
            </w:r>
          </w:p>
        </w:tc>
        <w:tc>
          <w:tcPr>
            <w:tcW w:w="5103" w:type="dxa"/>
            <w:tcBorders>
              <w:top w:val="single" w:sz="6" w:space="0" w:color="A6A6A6"/>
              <w:left w:val="single" w:sz="6" w:space="0" w:color="A6A6A6"/>
              <w:bottom w:val="single" w:sz="6" w:space="0" w:color="A6A6A6"/>
              <w:right w:val="single" w:sz="6" w:space="0" w:color="A6A6A6"/>
            </w:tcBorders>
          </w:tcPr>
          <w:p w14:paraId="4D963FAC" w14:textId="77777777" w:rsidR="00EF2D22" w:rsidRPr="009F0F48" w:rsidRDefault="00EF2D22">
            <w:pPr>
              <w:rPr>
                <w:lang w:val="ky-KG"/>
              </w:rPr>
            </w:pPr>
          </w:p>
          <w:p w14:paraId="181592C3" w14:textId="77777777" w:rsidR="00EF2D22" w:rsidRPr="009F0F48" w:rsidRDefault="00EF2D22">
            <w:pPr>
              <w:rPr>
                <w:lang w:val="ky-KG"/>
              </w:rPr>
            </w:pPr>
          </w:p>
        </w:tc>
      </w:tr>
      <w:tr w:rsidR="00EF2D22" w:rsidRPr="009F0F48" w14:paraId="0D711351" w14:textId="77777777">
        <w:tc>
          <w:tcPr>
            <w:tcW w:w="5103" w:type="dxa"/>
            <w:tcBorders>
              <w:top w:val="single" w:sz="6" w:space="0" w:color="A6A6A6"/>
              <w:left w:val="single" w:sz="6" w:space="0" w:color="A6A6A6"/>
              <w:bottom w:val="single" w:sz="6" w:space="0" w:color="A6A6A6"/>
              <w:right w:val="single" w:sz="6" w:space="0" w:color="A6A6A6"/>
            </w:tcBorders>
            <w:shd w:val="clear" w:color="auto" w:fill="D9EAF7"/>
          </w:tcPr>
          <w:p w14:paraId="77432584" w14:textId="11CD9E82" w:rsidR="00EF2D22" w:rsidRPr="009F0F48" w:rsidRDefault="009F0F48">
            <w:pPr>
              <w:rPr>
                <w:lang w:val="ky-KG"/>
              </w:rPr>
            </w:pPr>
            <w:r w:rsidRPr="009F0F48">
              <w:rPr>
                <w:b/>
                <w:sz w:val="18"/>
                <w:lang w:val="ky-KG"/>
              </w:rPr>
              <w:lastRenderedPageBreak/>
              <w:t xml:space="preserve">Уюмдун мөөрү </w:t>
            </w:r>
          </w:p>
        </w:tc>
        <w:tc>
          <w:tcPr>
            <w:tcW w:w="5103" w:type="dxa"/>
            <w:tcBorders>
              <w:top w:val="single" w:sz="6" w:space="0" w:color="A6A6A6"/>
              <w:left w:val="single" w:sz="6" w:space="0" w:color="A6A6A6"/>
              <w:bottom w:val="single" w:sz="6" w:space="0" w:color="A6A6A6"/>
              <w:right w:val="single" w:sz="6" w:space="0" w:color="A6A6A6"/>
            </w:tcBorders>
          </w:tcPr>
          <w:p w14:paraId="66032DFD" w14:textId="77777777" w:rsidR="00EF2D22" w:rsidRPr="009F0F48" w:rsidRDefault="00EF2D22">
            <w:pPr>
              <w:rPr>
                <w:lang w:val="ky-KG"/>
              </w:rPr>
            </w:pPr>
          </w:p>
          <w:p w14:paraId="230838A0" w14:textId="77777777" w:rsidR="00EF2D22" w:rsidRPr="009F0F48" w:rsidRDefault="00EF2D22">
            <w:pPr>
              <w:rPr>
                <w:lang w:val="ky-KG"/>
              </w:rPr>
            </w:pPr>
          </w:p>
        </w:tc>
      </w:tr>
    </w:tbl>
    <w:p w14:paraId="45FEBEF3" w14:textId="77777777" w:rsidR="006C7BCF" w:rsidRPr="009F0F48" w:rsidRDefault="006C7BCF">
      <w:pPr>
        <w:rPr>
          <w:lang w:val="ky-KG"/>
        </w:rPr>
      </w:pPr>
    </w:p>
    <w:sectPr w:rsidR="006C7BCF" w:rsidRPr="009F0F48" w:rsidSect="00034616">
      <w:headerReference w:type="default" r:id="rId8"/>
      <w:pgSz w:w="11906" w:h="16838"/>
      <w:pgMar w:top="964" w:right="850" w:bottom="850" w:left="850" w:header="283" w:footer="28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07B14F" w14:textId="77777777" w:rsidR="004321D7" w:rsidRDefault="004321D7">
      <w:pPr>
        <w:spacing w:after="0" w:line="240" w:lineRule="auto"/>
      </w:pPr>
      <w:r>
        <w:separator/>
      </w:r>
    </w:p>
  </w:endnote>
  <w:endnote w:type="continuationSeparator" w:id="0">
    <w:p w14:paraId="34697A65" w14:textId="77777777" w:rsidR="004321D7" w:rsidRDefault="004321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9949B3" w14:textId="77777777" w:rsidR="004321D7" w:rsidRDefault="004321D7">
      <w:pPr>
        <w:spacing w:after="0" w:line="240" w:lineRule="auto"/>
      </w:pPr>
      <w:r>
        <w:separator/>
      </w:r>
    </w:p>
  </w:footnote>
  <w:footnote w:type="continuationSeparator" w:id="0">
    <w:p w14:paraId="7AB49CE8" w14:textId="77777777" w:rsidR="004321D7" w:rsidRDefault="004321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B0BC3" w14:textId="77777777" w:rsidR="00EF2D22" w:rsidRDefault="00EF2D22">
    <w:pPr>
      <w:pStyle w:val="a5"/>
    </w:pPr>
  </w:p>
  <w:tbl>
    <w:tblPr>
      <w:tblW w:w="0" w:type="auto"/>
      <w:jc w:val="center"/>
      <w:tblLook w:val="04A0" w:firstRow="1" w:lastRow="0" w:firstColumn="1" w:lastColumn="0" w:noHBand="0" w:noVBand="1"/>
    </w:tblPr>
    <w:tblGrid>
      <w:gridCol w:w="2268"/>
      <w:gridCol w:w="5669"/>
      <w:gridCol w:w="2268"/>
    </w:tblGrid>
    <w:tr w:rsidR="00EF2D22" w14:paraId="5A8B5C50" w14:textId="77777777">
      <w:trPr>
        <w:jc w:val="center"/>
      </w:trPr>
      <w:tc>
        <w:tcPr>
          <w:tcW w:w="2268" w:type="dxa"/>
          <w:tcBorders>
            <w:top w:val="nil"/>
            <w:left w:val="nil"/>
            <w:bottom w:val="nil"/>
            <w:right w:val="nil"/>
          </w:tcBorders>
        </w:tcPr>
        <w:p w14:paraId="4C2F14C0" w14:textId="77777777" w:rsidR="00EF2D22" w:rsidRDefault="003A6C31">
          <w:r>
            <w:rPr>
              <w:noProof/>
            </w:rPr>
            <w:drawing>
              <wp:inline distT="0" distB="0" distL="0" distR="0" wp14:anchorId="6881E891" wp14:editId="5AC40486">
                <wp:extent cx="792000" cy="5913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g"/>
                        <pic:cNvPicPr/>
                      </pic:nvPicPr>
                      <pic:blipFill>
                        <a:blip r:embed="rId1"/>
                        <a:stretch>
                          <a:fillRect/>
                        </a:stretch>
                      </pic:blipFill>
                      <pic:spPr>
                        <a:xfrm>
                          <a:off x="0" y="0"/>
                          <a:ext cx="792000" cy="591360"/>
                        </a:xfrm>
                        <a:prstGeom prst="rect">
                          <a:avLst/>
                        </a:prstGeom>
                      </pic:spPr>
                    </pic:pic>
                  </a:graphicData>
                </a:graphic>
              </wp:inline>
            </w:drawing>
          </w:r>
        </w:p>
      </w:tc>
      <w:tc>
        <w:tcPr>
          <w:tcW w:w="5669" w:type="dxa"/>
          <w:tcBorders>
            <w:top w:val="nil"/>
            <w:left w:val="nil"/>
            <w:bottom w:val="nil"/>
            <w:right w:val="nil"/>
          </w:tcBorders>
        </w:tcPr>
        <w:p w14:paraId="453BEC95" w14:textId="2B8050F2" w:rsidR="00EF2D22" w:rsidRPr="002927D4" w:rsidRDefault="002927D4">
          <w:pPr>
            <w:jc w:val="center"/>
          </w:pPr>
          <w:r>
            <w:rPr>
              <w:b/>
              <w:sz w:val="17"/>
              <w:lang w:val="ky-KG"/>
            </w:rPr>
            <w:t xml:space="preserve">“Борбордук Азияда кырсыктар жана климаттын өзгөрүшү тобокелдиктерине шаарлардын туруктуулугун жогорулатуу” долбоору </w:t>
          </w:r>
          <w:r w:rsidRPr="002927D4">
            <w:rPr>
              <w:b/>
              <w:sz w:val="17"/>
            </w:rPr>
            <w:t xml:space="preserve"> </w:t>
          </w:r>
          <w:r w:rsidR="003A6C31" w:rsidRPr="002927D4">
            <w:rPr>
              <w:b/>
              <w:sz w:val="17"/>
            </w:rPr>
            <w:t xml:space="preserve"> </w:t>
          </w:r>
        </w:p>
      </w:tc>
      <w:tc>
        <w:tcPr>
          <w:tcW w:w="2268" w:type="dxa"/>
          <w:tcBorders>
            <w:top w:val="nil"/>
            <w:left w:val="nil"/>
            <w:bottom w:val="nil"/>
            <w:right w:val="nil"/>
          </w:tcBorders>
        </w:tcPr>
        <w:p w14:paraId="26EFDA03" w14:textId="77777777" w:rsidR="00EF2D22" w:rsidRDefault="003A6C31">
          <w:pPr>
            <w:jc w:val="right"/>
          </w:pPr>
          <w:r>
            <w:rPr>
              <w:noProof/>
            </w:rPr>
            <w:drawing>
              <wp:inline distT="0" distB="0" distL="0" distR="0" wp14:anchorId="2CEE8091" wp14:editId="54C70621">
                <wp:extent cx="468000" cy="94617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pic:nvPicPr>
                      <pic:blipFill>
                        <a:blip r:embed="rId2"/>
                        <a:stretch>
                          <a:fillRect/>
                        </a:stretch>
                      </pic:blipFill>
                      <pic:spPr>
                        <a:xfrm>
                          <a:off x="0" y="0"/>
                          <a:ext cx="468000" cy="946174"/>
                        </a:xfrm>
                        <a:prstGeom prst="rect">
                          <a:avLst/>
                        </a:prstGeom>
                      </pic:spPr>
                    </pic:pic>
                  </a:graphicData>
                </a:graphic>
              </wp:inline>
            </w:drawing>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1745952787">
    <w:abstractNumId w:val="8"/>
  </w:num>
  <w:num w:numId="2" w16cid:durableId="265967319">
    <w:abstractNumId w:val="6"/>
  </w:num>
  <w:num w:numId="3" w16cid:durableId="1303388434">
    <w:abstractNumId w:val="5"/>
  </w:num>
  <w:num w:numId="4" w16cid:durableId="110976966">
    <w:abstractNumId w:val="4"/>
  </w:num>
  <w:num w:numId="5" w16cid:durableId="1083142819">
    <w:abstractNumId w:val="7"/>
  </w:num>
  <w:num w:numId="6" w16cid:durableId="307320352">
    <w:abstractNumId w:val="3"/>
  </w:num>
  <w:num w:numId="7" w16cid:durableId="2098482241">
    <w:abstractNumId w:val="2"/>
  </w:num>
  <w:num w:numId="8" w16cid:durableId="2098556695">
    <w:abstractNumId w:val="1"/>
  </w:num>
  <w:num w:numId="9" w16cid:durableId="18318660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469AC"/>
    <w:rsid w:val="00056CA2"/>
    <w:rsid w:val="0006063C"/>
    <w:rsid w:val="00090D03"/>
    <w:rsid w:val="000C2317"/>
    <w:rsid w:val="00134B73"/>
    <w:rsid w:val="0015074B"/>
    <w:rsid w:val="002177B3"/>
    <w:rsid w:val="002927D4"/>
    <w:rsid w:val="0029639D"/>
    <w:rsid w:val="002F16D5"/>
    <w:rsid w:val="00326F90"/>
    <w:rsid w:val="00335B26"/>
    <w:rsid w:val="003A6C31"/>
    <w:rsid w:val="004321D7"/>
    <w:rsid w:val="00434D66"/>
    <w:rsid w:val="0045050B"/>
    <w:rsid w:val="00544B76"/>
    <w:rsid w:val="005913DE"/>
    <w:rsid w:val="005C4F32"/>
    <w:rsid w:val="00692808"/>
    <w:rsid w:val="006C7BCF"/>
    <w:rsid w:val="006F1EE5"/>
    <w:rsid w:val="00735C31"/>
    <w:rsid w:val="00772E4C"/>
    <w:rsid w:val="007A6197"/>
    <w:rsid w:val="009F0F48"/>
    <w:rsid w:val="00AA1D8D"/>
    <w:rsid w:val="00B47730"/>
    <w:rsid w:val="00B8478E"/>
    <w:rsid w:val="00B96140"/>
    <w:rsid w:val="00BD26B3"/>
    <w:rsid w:val="00C2304C"/>
    <w:rsid w:val="00CB0664"/>
    <w:rsid w:val="00CB1CB9"/>
    <w:rsid w:val="00E015B3"/>
    <w:rsid w:val="00E623D4"/>
    <w:rsid w:val="00EF2D22"/>
    <w:rsid w:val="00F13EE4"/>
    <w:rsid w:val="00FC693F"/>
    <w:rsid w:val="00FF14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F5B183"/>
  <w14:defaultImageDpi w14:val="300"/>
  <w15:docId w15:val="{30EEE263-E913-44F0-8E92-AE5E80881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rPr>
      <w:rFonts w:ascii="Arial" w:eastAsia="Arial" w:hAnsi="Arial"/>
      <w:sz w:val="20"/>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Документ" ma:contentTypeID="0x01010061F872169EA1784A850AF6FBEC661C2B" ma:contentTypeVersion="19" ma:contentTypeDescription="Создание документа." ma:contentTypeScope="" ma:versionID="b6cc1223f4a526c7043265bffcb1091c">
  <xsd:schema xmlns:xsd="http://www.w3.org/2001/XMLSchema" xmlns:xs="http://www.w3.org/2001/XMLSchema" xmlns:p="http://schemas.microsoft.com/office/2006/metadata/properties" xmlns:ns2="6c69a0a0-9879-479b-a758-0616cad2705a" xmlns:ns3="b50eb652-19d5-4e10-aeb5-3430ff274d62" targetNamespace="http://schemas.microsoft.com/office/2006/metadata/properties" ma:root="true" ma:fieldsID="e453105d9ad2dea0a48c72bdcc05872b" ns2:_="" ns3:_="">
    <xsd:import namespace="6c69a0a0-9879-479b-a758-0616cad2705a"/>
    <xsd:import namespace="b50eb652-19d5-4e10-aeb5-3430ff274d6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69a0a0-9879-479b-a758-0616cad270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Теги изображений"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50eb652-19d5-4e10-aeb5-3430ff274d62" elementFormDefault="qualified">
    <xsd:import namespace="http://schemas.microsoft.com/office/2006/documentManagement/types"/>
    <xsd:import namespace="http://schemas.microsoft.com/office/infopath/2007/PartnerControls"/>
    <xsd:element name="SharedWithUsers" ma:index="18"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Совместно с подробностями" ma:internalName="SharedWithDetails" ma:readOnly="true">
      <xsd:simpleType>
        <xsd:restriction base="dms:Note">
          <xsd:maxLength value="255"/>
        </xsd:restriction>
      </xsd:simpleType>
    </xsd:element>
    <xsd:element name="TaxCatchAll" ma:index="23" nillable="true" ma:displayName="Taxonomy Catch All Column" ma:hidden="true" ma:list="{a41fbe12-bcde-469e-b443-ab204b88ba28}" ma:internalName="TaxCatchAll" ma:showField="CatchAllData" ma:web="b50eb652-19d5-4e10-aeb5-3430ff274d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50eb652-19d5-4e10-aeb5-3430ff274d62" xsi:nil="true"/>
    <lcf76f155ced4ddcb4097134ff3c332f xmlns="6c69a0a0-9879-479b-a758-0616cad2705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B579DBEB-B39A-4AAB-B585-E9284F2BC050}"/>
</file>

<file path=customXml/itemProps3.xml><?xml version="1.0" encoding="utf-8"?>
<ds:datastoreItem xmlns:ds="http://schemas.openxmlformats.org/officeDocument/2006/customXml" ds:itemID="{F9293CE0-C25C-4E31-9803-44EFB4820B98}"/>
</file>

<file path=customXml/itemProps4.xml><?xml version="1.0" encoding="utf-8"?>
<ds:datastoreItem xmlns:ds="http://schemas.openxmlformats.org/officeDocument/2006/customXml" ds:itemID="{7B9221CF-3DA4-49A3-A784-6D78218AD8FC}"/>
</file>

<file path=docProps/app.xml><?xml version="1.0" encoding="utf-8"?>
<Properties xmlns="http://schemas.openxmlformats.org/officeDocument/2006/extended-properties" xmlns:vt="http://schemas.openxmlformats.org/officeDocument/2006/docPropsVTypes">
  <Template>Normal</Template>
  <TotalTime>2</TotalTime>
  <Pages>9</Pages>
  <Words>1207</Words>
  <Characters>8876</Characters>
  <Application>Microsoft Office Word</Application>
  <DocSecurity>0</DocSecurity>
  <Lines>227</Lines>
  <Paragraphs>155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9928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Иса Абдрахматов</cp:lastModifiedBy>
  <cp:revision>2</cp:revision>
  <dcterms:created xsi:type="dcterms:W3CDTF">2026-08-03T11:21:00Z</dcterms:created>
  <dcterms:modified xsi:type="dcterms:W3CDTF">2026-08-03T11:21:00Z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e56d40d2-dbea-4254-9287-d3406b33ffa1</vt:lpwstr>
  </property>
  <property fmtid="{D5CDD505-2E9C-101B-9397-08002B2CF9AE}" pid="3" name="ContentTypeId">
    <vt:lpwstr>0x01010061F872169EA1784A850AF6FBEC661C2B</vt:lpwstr>
  </property>
</Properties>
</file>